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02896" w14:textId="371A4340" w:rsidR="00DD4158" w:rsidRDefault="00DD4158">
      <w:pPr>
        <w:jc w:val="center"/>
        <w:rPr>
          <w:rFonts w:ascii="標楷體" w:eastAsia="標楷體" w:hAnsi="標楷體"/>
          <w:b/>
          <w:sz w:val="20"/>
          <w:szCs w:val="20"/>
          <w:lang w:eastAsia="zh-TW"/>
        </w:rPr>
      </w:pP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w:drawing>
          <wp:anchor distT="0" distB="0" distL="114300" distR="114300" simplePos="0" relativeHeight="251659264" behindDoc="0" locked="0" layoutInCell="1" allowOverlap="1" wp14:anchorId="5B1D539B" wp14:editId="2E2993C9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6675120" cy="2010410"/>
            <wp:effectExtent l="0" t="0" r="0" b="8890"/>
            <wp:wrapSquare wrapText="bothSides"/>
            <wp:docPr id="2547769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76927" name="圖片 2547769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YT Delta Wing</w:t>
      </w:r>
      <w:r w:rsidR="00ED007B" w:rsidRPr="007A442F">
        <w:rPr>
          <w:rFonts w:ascii="標楷體" w:eastAsia="標楷體" w:hAnsi="標楷體"/>
          <w:b/>
          <w:sz w:val="20"/>
          <w:szCs w:val="20"/>
        </w:rPr>
        <w:t xml:space="preserve"> Pre Flight Checklist / </w:t>
      </w:r>
      <w:proofErr w:type="gramStart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御</w:t>
      </w:r>
      <w:proofErr w:type="gramEnd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天三角</w:t>
      </w:r>
      <w:proofErr w:type="gramStart"/>
      <w:r w:rsidR="00F86414">
        <w:rPr>
          <w:rFonts w:ascii="標楷體" w:eastAsia="標楷體" w:hAnsi="標楷體" w:hint="eastAsia"/>
          <w:b/>
          <w:sz w:val="20"/>
          <w:szCs w:val="20"/>
          <w:lang w:eastAsia="zh-TW"/>
        </w:rPr>
        <w:t>翼</w:t>
      </w:r>
      <w:proofErr w:type="spellStart"/>
      <w:proofErr w:type="gramEnd"/>
      <w:r w:rsidR="00ED007B" w:rsidRPr="007A442F">
        <w:rPr>
          <w:rFonts w:ascii="標楷體" w:eastAsia="標楷體" w:hAnsi="標楷體"/>
          <w:b/>
          <w:sz w:val="20"/>
          <w:szCs w:val="20"/>
        </w:rPr>
        <w:t>飛行前檢</w:t>
      </w:r>
      <w:proofErr w:type="spellEnd"/>
      <w:r w:rsidR="00C02AF1" w:rsidRPr="007A442F">
        <w:rPr>
          <w:rFonts w:ascii="標楷體" w:eastAsia="標楷體" w:hAnsi="標楷體" w:hint="eastAsia"/>
          <w:b/>
          <w:sz w:val="20"/>
          <w:szCs w:val="20"/>
          <w:lang w:eastAsia="zh-TW"/>
        </w:rPr>
        <w:t>查</w:t>
      </w:r>
      <w:r w:rsidR="00ED007B" w:rsidRPr="007A442F">
        <w:rPr>
          <w:rFonts w:ascii="標楷體" w:eastAsia="標楷體" w:hAnsi="標楷體"/>
          <w:b/>
          <w:sz w:val="20"/>
          <w:szCs w:val="20"/>
        </w:rPr>
        <w:t>表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10502"/>
      </w:tblGrid>
      <w:tr w:rsidR="000210AC" w:rsidRPr="007A442F" w14:paraId="097380B8" w14:textId="77777777" w:rsidTr="00784858">
        <w:tc>
          <w:tcPr>
            <w:tcW w:w="10502" w:type="dxa"/>
            <w:shd w:val="clear" w:color="auto" w:fill="F2F2F2"/>
          </w:tcPr>
          <w:p w14:paraId="314399E4" w14:textId="5D44851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VERSION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版本</w:t>
            </w:r>
            <w:proofErr w:type="spellEnd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: V 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0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.0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</w:p>
        </w:tc>
      </w:tr>
      <w:tr w:rsidR="000210AC" w:rsidRPr="007A442F" w14:paraId="2608B58C" w14:textId="77777777" w:rsidTr="00784858">
        <w:tc>
          <w:tcPr>
            <w:tcW w:w="10502" w:type="dxa"/>
            <w:shd w:val="clear" w:color="auto" w:fill="F2F2F2"/>
          </w:tcPr>
          <w:p w14:paraId="2F1DD1DC" w14:textId="2C13E04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EFFECTIVE DATE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生效日期</w:t>
            </w:r>
            <w:proofErr w:type="spellEnd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: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="00940CC3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SEP</w:t>
            </w:r>
            <w:r w:rsidR="001C032E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</w:t>
            </w:r>
            <w:r w:rsidR="00486F61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2026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 / 202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6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年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9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月</w:t>
            </w:r>
            <w:r w:rsidR="00D4296F" w:rsidRPr="007A442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1</w:t>
            </w: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日</w:t>
            </w:r>
          </w:p>
        </w:tc>
      </w:tr>
      <w:tr w:rsidR="000210AC" w:rsidRPr="007A442F" w14:paraId="4E306A6D" w14:textId="77777777" w:rsidTr="00784858">
        <w:tc>
          <w:tcPr>
            <w:tcW w:w="10502" w:type="dxa"/>
            <w:shd w:val="clear" w:color="auto" w:fill="F2F2F2"/>
          </w:tcPr>
          <w:p w14:paraId="3729806B" w14:textId="362EE7C9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Read &amp; Do / </w:t>
            </w:r>
            <w:r w:rsidR="001864E9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逐項</w:t>
            </w:r>
            <w:r w:rsidR="00940CC3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閱讀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並執行</w:t>
            </w:r>
            <w:proofErr w:type="spellEnd"/>
          </w:p>
        </w:tc>
      </w:tr>
      <w:tr w:rsidR="000210AC" w:rsidRPr="007A442F" w14:paraId="04D10684" w14:textId="77777777" w:rsidTr="00784858">
        <w:tc>
          <w:tcPr>
            <w:tcW w:w="10502" w:type="dxa"/>
            <w:shd w:val="clear" w:color="auto" w:fill="F2F2F2"/>
          </w:tcPr>
          <w:p w14:paraId="326FC478" w14:textId="6A6A40AC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 xml:space="preserve">[ ] = If Applicable / </w:t>
            </w:r>
            <w:proofErr w:type="spellStart"/>
            <w:r w:rsidRPr="007A442F">
              <w:rPr>
                <w:rFonts w:ascii="標楷體" w:eastAsia="標楷體" w:hAnsi="標楷體"/>
                <w:b/>
                <w:sz w:val="20"/>
                <w:szCs w:val="20"/>
              </w:rPr>
              <w:t>適用</w:t>
            </w:r>
            <w:proofErr w:type="spellEnd"/>
            <w:r w:rsidR="00DB2677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(合格</w:t>
            </w:r>
            <w:r w:rsidR="00AC3A2A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打勾</w:t>
            </w:r>
            <w:r w:rsidR="00DB2677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)</w:t>
            </w:r>
          </w:p>
        </w:tc>
      </w:tr>
      <w:tr w:rsidR="00784858" w:rsidRPr="007A442F" w14:paraId="0F740AC7" w14:textId="77777777" w:rsidTr="00784858">
        <w:tc>
          <w:tcPr>
            <w:tcW w:w="10502" w:type="dxa"/>
            <w:shd w:val="clear" w:color="auto" w:fill="F2F2F2"/>
          </w:tcPr>
          <w:p w14:paraId="3788A022" w14:textId="78F76DBF" w:rsidR="00784858" w:rsidRPr="00B11844" w:rsidRDefault="002E493D">
            <w:pPr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Check clockwise from left to right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 xml:space="preserve"> &amp;</w:t>
            </w:r>
            <w:r w:rsidRPr="002E493D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 xml:space="preserve"> 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f</w:t>
            </w:r>
            <w:r w:rsidR="0024003F" w:rsidRPr="0024003F">
              <w:rPr>
                <w:rFonts w:ascii="標楷體" w:eastAsia="標楷體" w:hAnsi="標楷體"/>
                <w:b/>
                <w:sz w:val="20"/>
                <w:szCs w:val="20"/>
                <w:lang w:eastAsia="zh-TW"/>
              </w:rPr>
              <w:t>rom back to front</w:t>
            </w:r>
            <w:r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/</w:t>
            </w:r>
            <w:r w:rsidR="0024003F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順時針檢查</w:t>
            </w:r>
            <w:r w:rsidR="00784858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由左</w:t>
            </w:r>
            <w:proofErr w:type="gramStart"/>
            <w:r w:rsidR="00784858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至右</w:t>
            </w:r>
            <w:r w:rsidR="00B11844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由後</w:t>
            </w:r>
            <w:proofErr w:type="gramEnd"/>
            <w:r w:rsidR="00B11844">
              <w:rPr>
                <w:rFonts w:ascii="標楷體" w:eastAsia="標楷體" w:hAnsi="標楷體" w:hint="eastAsia"/>
                <w:b/>
                <w:sz w:val="20"/>
                <w:szCs w:val="20"/>
                <w:lang w:eastAsia="zh-TW"/>
              </w:rPr>
              <w:t>至前</w:t>
            </w:r>
          </w:p>
        </w:tc>
      </w:tr>
    </w:tbl>
    <w:p w14:paraId="61F39E0A" w14:textId="5F1B5860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7"/>
        <w:gridCol w:w="5891"/>
        <w:gridCol w:w="3342"/>
        <w:gridCol w:w="702"/>
      </w:tblGrid>
      <w:tr w:rsidR="000210AC" w:rsidRPr="007A442F" w14:paraId="377DEADC" w14:textId="77777777" w:rsidTr="00F459C7">
        <w:tc>
          <w:tcPr>
            <w:tcW w:w="10502" w:type="dxa"/>
            <w:gridSpan w:val="4"/>
            <w:shd w:val="clear" w:color="auto" w:fill="1B365D"/>
          </w:tcPr>
          <w:p w14:paraId="5A02C64A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1. DETAILS 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詳細資訊</w:t>
            </w:r>
            <w:proofErr w:type="spellEnd"/>
          </w:p>
        </w:tc>
      </w:tr>
      <w:tr w:rsidR="000210AC" w:rsidRPr="007A442F" w14:paraId="462DC302" w14:textId="77777777" w:rsidTr="00F459C7">
        <w:tc>
          <w:tcPr>
            <w:tcW w:w="567" w:type="dxa"/>
          </w:tcPr>
          <w:p w14:paraId="74A7DBED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91" w:type="dxa"/>
          </w:tcPr>
          <w:p w14:paraId="66AD036A" w14:textId="6E004AA3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機尾編號</w:t>
            </w:r>
            <w:proofErr w:type="spellEnd"/>
            <w:r w:rsidR="00441DA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41DAD" w:rsidRPr="007A442F">
              <w:rPr>
                <w:rFonts w:ascii="標楷體" w:eastAsia="標楷體" w:hAnsi="標楷體"/>
                <w:sz w:val="20"/>
                <w:szCs w:val="20"/>
              </w:rPr>
              <w:t xml:space="preserve"> Tail Number:</w:t>
            </w:r>
          </w:p>
        </w:tc>
        <w:tc>
          <w:tcPr>
            <w:tcW w:w="3342" w:type="dxa"/>
          </w:tcPr>
          <w:p w14:paraId="1668DE24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501EBC61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30133FA3" w14:textId="77777777" w:rsidTr="00F459C7">
        <w:tc>
          <w:tcPr>
            <w:tcW w:w="567" w:type="dxa"/>
          </w:tcPr>
          <w:p w14:paraId="649F0189" w14:textId="77777777" w:rsidR="000210AC" w:rsidRPr="007A442F" w:rsidRDefault="00ED007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91" w:type="dxa"/>
          </w:tcPr>
          <w:p w14:paraId="430ACE7E" w14:textId="117748DA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飛行地點</w:t>
            </w:r>
            <w:proofErr w:type="spellEnd"/>
            <w:r w:rsidR="00974C3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965C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+</w:t>
            </w:r>
            <w:r w:rsidR="00974C3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經緯度)</w:t>
            </w:r>
            <w:r w:rsidR="00441DA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41DAD" w:rsidRPr="007A442F">
              <w:rPr>
                <w:rFonts w:ascii="標楷體" w:eastAsia="標楷體" w:hAnsi="標楷體"/>
                <w:sz w:val="20"/>
                <w:szCs w:val="20"/>
              </w:rPr>
              <w:t>light Location:</w:t>
            </w:r>
          </w:p>
        </w:tc>
        <w:tc>
          <w:tcPr>
            <w:tcW w:w="3342" w:type="dxa"/>
          </w:tcPr>
          <w:p w14:paraId="10A09CEE" w14:textId="1C5BB08C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CB1122D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B2B81" w:rsidRPr="007A442F" w14:paraId="1F82A41C" w14:textId="77777777" w:rsidTr="00F459C7">
        <w:tc>
          <w:tcPr>
            <w:tcW w:w="567" w:type="dxa"/>
          </w:tcPr>
          <w:p w14:paraId="506F8A7A" w14:textId="52212552" w:rsidR="008B2B81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91" w:type="dxa"/>
          </w:tcPr>
          <w:p w14:paraId="6220450F" w14:textId="679314F3" w:rsidR="008B2B81" w:rsidRPr="007A442F" w:rsidRDefault="00841919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場域大小</w:t>
            </w:r>
            <w:r w:rsidR="00E965C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(飛行場範圍)</w:t>
            </w:r>
            <w:r w:rsidR="007023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023A1">
              <w:t xml:space="preserve"> </w:t>
            </w:r>
            <w:r w:rsidR="007023A1" w:rsidRPr="007023A1">
              <w:rPr>
                <w:rFonts w:ascii="標楷體" w:eastAsia="標楷體" w:hAnsi="標楷體"/>
                <w:sz w:val="20"/>
                <w:szCs w:val="20"/>
                <w:lang w:eastAsia="zh-TW"/>
              </w:rPr>
              <w:t>Field size</w:t>
            </w:r>
            <w:r w:rsidR="007023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0B06347B" w14:textId="77777777" w:rsidR="008B2B81" w:rsidRDefault="008B2B81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81818F8" w14:textId="77777777" w:rsidR="008B2B81" w:rsidRPr="007A442F" w:rsidRDefault="008B2B81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A3B2B" w:rsidRPr="007A442F" w14:paraId="701AC421" w14:textId="77777777" w:rsidTr="00F459C7">
        <w:tc>
          <w:tcPr>
            <w:tcW w:w="567" w:type="dxa"/>
          </w:tcPr>
          <w:p w14:paraId="080E77CA" w14:textId="5CA18B8F" w:rsidR="009A3B2B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91" w:type="dxa"/>
          </w:tcPr>
          <w:p w14:paraId="2E1629F8" w14:textId="246EA645" w:rsidR="009A3B2B" w:rsidRDefault="00E965CD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使用空域(+經緯度)</w:t>
            </w:r>
            <w:r w:rsidR="000E28A1" w:rsidRPr="000E28A1">
              <w:rPr>
                <w:rFonts w:ascii="標楷體" w:eastAsia="標楷體" w:hAnsi="標楷體"/>
              </w:rPr>
              <w:t xml:space="preserve"> </w:t>
            </w:r>
            <w:r w:rsidR="000E28A1" w:rsidRPr="000E28A1">
              <w:rPr>
                <w:rFonts w:ascii="標楷體" w:eastAsia="標楷體" w:hAnsi="標楷體" w:hint="eastAsia"/>
                <w:lang w:eastAsia="zh-TW"/>
              </w:rPr>
              <w:t>/</w:t>
            </w:r>
            <w:r w:rsidR="000E28A1" w:rsidRPr="000E28A1">
              <w:rPr>
                <w:rFonts w:ascii="標楷體" w:eastAsia="標楷體" w:hAnsi="標楷體"/>
                <w:sz w:val="20"/>
                <w:szCs w:val="20"/>
                <w:lang w:eastAsia="zh-TW"/>
              </w:rPr>
              <w:t>airspace used</w:t>
            </w:r>
            <w:r w:rsidR="000E28A1" w:rsidRPr="000E28A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3342" w:type="dxa"/>
          </w:tcPr>
          <w:p w14:paraId="2354E1AB" w14:textId="77777777" w:rsidR="009A3B2B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0A62170B" w14:textId="77777777" w:rsidR="009A3B2B" w:rsidRPr="007A442F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9A3B2B" w:rsidRPr="007A442F" w14:paraId="552AE678" w14:textId="77777777" w:rsidTr="00F459C7">
        <w:tc>
          <w:tcPr>
            <w:tcW w:w="567" w:type="dxa"/>
          </w:tcPr>
          <w:p w14:paraId="02886C26" w14:textId="3C73E5CF" w:rsidR="009A3B2B" w:rsidRPr="007A442F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91" w:type="dxa"/>
          </w:tcPr>
          <w:p w14:paraId="46A9A5C7" w14:textId="787C8B69" w:rsidR="009A3B2B" w:rsidRDefault="00E965CD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起飛方式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(跑道、</w:t>
            </w:r>
            <w:proofErr w:type="gramStart"/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拋飛</w:t>
            </w:r>
            <w:proofErr w:type="gramEnd"/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、彈射架)/</w:t>
            </w:r>
            <w:r w:rsidR="000456B8">
              <w:t xml:space="preserve"> </w:t>
            </w:r>
            <w:r w:rsidR="000456B8" w:rsidRPr="000456B8">
              <w:rPr>
                <w:rFonts w:ascii="標楷體" w:eastAsia="標楷體" w:hAnsi="標楷體"/>
                <w:sz w:val="20"/>
                <w:szCs w:val="20"/>
                <w:lang w:eastAsia="zh-TW"/>
              </w:rPr>
              <w:t>takeoff method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 w:rsid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 w:rsidR="000350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hrow、</w:t>
            </w:r>
            <w:r w:rsidR="00035060" w:rsidRPr="00035060">
              <w:rPr>
                <w:rFonts w:ascii="標楷體" w:eastAsia="標楷體" w:hAnsi="標楷體"/>
                <w:sz w:val="20"/>
                <w:szCs w:val="20"/>
                <w:lang w:eastAsia="zh-TW"/>
              </w:rPr>
              <w:t>catapult</w:t>
            </w:r>
            <w:r w:rsidR="000456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):</w:t>
            </w:r>
          </w:p>
        </w:tc>
        <w:tc>
          <w:tcPr>
            <w:tcW w:w="3342" w:type="dxa"/>
          </w:tcPr>
          <w:p w14:paraId="75499111" w14:textId="77777777" w:rsidR="009A3B2B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224F3EDA" w14:textId="77777777" w:rsidR="009A3B2B" w:rsidRPr="007A442F" w:rsidRDefault="009A3B2B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441DAD" w:rsidRPr="007A442F" w14:paraId="7449BBE9" w14:textId="77777777" w:rsidTr="00F459C7">
        <w:tc>
          <w:tcPr>
            <w:tcW w:w="567" w:type="dxa"/>
          </w:tcPr>
          <w:p w14:paraId="20224DA9" w14:textId="16C76864" w:rsidR="00441DAD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91" w:type="dxa"/>
          </w:tcPr>
          <w:p w14:paraId="5F0A0F01" w14:textId="4A589241" w:rsidR="00441DAD" w:rsidRPr="00633958" w:rsidRDefault="00441DAD" w:rsidP="00632149">
            <w:pPr>
              <w:rPr>
                <w:rFonts w:ascii="標楷體" w:eastAsia="標楷體" w:hAnsi="標楷體"/>
                <w:b/>
                <w:bCs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天氣預報</w:t>
            </w:r>
            <w:r w:rsidR="006339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33958">
              <w:t xml:space="preserve"> </w:t>
            </w:r>
            <w:r w:rsidR="00633958" w:rsidRPr="00633958">
              <w:rPr>
                <w:rFonts w:ascii="標楷體" w:eastAsia="標楷體" w:hAnsi="標楷體"/>
                <w:sz w:val="20"/>
                <w:szCs w:val="20"/>
                <w:lang w:eastAsia="zh-TW"/>
              </w:rPr>
              <w:t>Weather forecast</w:t>
            </w:r>
            <w:r w:rsidR="00084D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C014D">
              <w:rPr>
                <w:rFonts w:ascii="標楷體" w:eastAsia="標楷體" w:hAnsi="標楷體"/>
                <w:sz w:val="20"/>
                <w:szCs w:val="20"/>
                <w:lang w:eastAsia="zh-TW"/>
              </w:rPr>
              <w:t>幾度</w:t>
            </w:r>
            <w:proofErr w:type="gramStart"/>
            <w:r w:rsidR="00EC014D">
              <w:rPr>
                <w:rFonts w:ascii="標楷體" w:eastAsia="標楷體" w:hAnsi="標楷體"/>
                <w:sz w:val="20"/>
                <w:szCs w:val="20"/>
                <w:lang w:eastAsia="zh-TW"/>
              </w:rPr>
              <w:t>風幾</w:t>
            </w:r>
            <w:r w:rsidR="00084D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浬)</w:t>
            </w:r>
            <w:proofErr w:type="gramEnd"/>
          </w:p>
        </w:tc>
        <w:tc>
          <w:tcPr>
            <w:tcW w:w="3342" w:type="dxa"/>
          </w:tcPr>
          <w:p w14:paraId="1FEE8590" w14:textId="77777777" w:rsidR="00441DAD" w:rsidRDefault="00441DAD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C86A3E1" w14:textId="77777777" w:rsidR="00441DAD" w:rsidRPr="007A442F" w:rsidRDefault="00441DAD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33958" w:rsidRPr="007A442F" w14:paraId="7EC129E0" w14:textId="77777777" w:rsidTr="00F459C7">
        <w:tc>
          <w:tcPr>
            <w:tcW w:w="567" w:type="dxa"/>
          </w:tcPr>
          <w:p w14:paraId="2671E539" w14:textId="7AFC7F25" w:rsidR="00633958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91" w:type="dxa"/>
          </w:tcPr>
          <w:p w14:paraId="7A738AC1" w14:textId="3C5A2C6C" w:rsidR="00A0326D" w:rsidRDefault="00633958" w:rsidP="00A0326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跑道方向</w:t>
            </w:r>
            <w:r w:rsid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/</w:t>
            </w:r>
            <w:r w:rsidR="00A0326D">
              <w:t xml:space="preserve"> </w:t>
            </w:r>
            <w:r w:rsidR="00A0326D" w:rsidRP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runway direction</w:t>
            </w:r>
            <w:r w:rsidR="00A0326D">
              <w:rPr>
                <w:rFonts w:ascii="標楷體" w:eastAsia="標楷體" w:hAnsi="標楷體"/>
                <w:sz w:val="20"/>
                <w:szCs w:val="20"/>
                <w:lang w:eastAsia="zh-TW"/>
              </w:rPr>
              <w:t>:(風向</w:t>
            </w:r>
            <w:r w:rsidR="008858EA">
              <w:rPr>
                <w:rFonts w:ascii="標楷體" w:eastAsia="標楷體" w:hAnsi="標楷體"/>
                <w:sz w:val="20"/>
                <w:szCs w:val="20"/>
                <w:lang w:eastAsia="zh-TW"/>
              </w:rPr>
              <w:t>及地點決定起飛方向</w:t>
            </w:r>
            <w:r w:rsidR="00C24958">
              <w:rPr>
                <w:rFonts w:ascii="標楷體" w:eastAsia="標楷體" w:hAnsi="標楷體"/>
                <w:sz w:val="20"/>
                <w:szCs w:val="20"/>
                <w:lang w:eastAsia="zh-TW"/>
              </w:rPr>
              <w:t>)</w:t>
            </w:r>
          </w:p>
        </w:tc>
        <w:tc>
          <w:tcPr>
            <w:tcW w:w="3342" w:type="dxa"/>
          </w:tcPr>
          <w:p w14:paraId="3D9F0028" w14:textId="77777777" w:rsidR="00633958" w:rsidRDefault="00633958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17D5C3B1" w14:textId="77777777" w:rsidR="00633958" w:rsidRPr="007A442F" w:rsidRDefault="00633958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233CF4" w:rsidRPr="007A442F" w14:paraId="21F9ED7A" w14:textId="77777777" w:rsidTr="00F459C7">
        <w:tc>
          <w:tcPr>
            <w:tcW w:w="567" w:type="dxa"/>
          </w:tcPr>
          <w:p w14:paraId="6A1EB96A" w14:textId="43A69ED5" w:rsidR="00233CF4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91" w:type="dxa"/>
          </w:tcPr>
          <w:p w14:paraId="37BC1011" w14:textId="77803205" w:rsidR="00233CF4" w:rsidRDefault="00233CF4" w:rsidP="00A0326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落地方式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="00E541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跑道、攔截網、降落傘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)/Landing method</w:t>
            </w:r>
            <w:r w:rsidR="00B12DF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(Runway、</w:t>
            </w:r>
            <w:r w:rsidR="00101EC7" w:rsidRPr="00101EC7">
              <w:rPr>
                <w:rFonts w:ascii="標楷體" w:eastAsia="標楷體" w:hAnsi="標楷體"/>
                <w:sz w:val="20"/>
                <w:szCs w:val="20"/>
                <w:lang w:eastAsia="zh-TW"/>
              </w:rPr>
              <w:t>interception net</w:t>
            </w:r>
            <w:r w:rsidR="005F1D1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5F1D12" w:rsidRPr="005F1D12">
              <w:rPr>
                <w:rFonts w:ascii="標楷體" w:eastAsia="標楷體" w:hAnsi="標楷體"/>
                <w:sz w:val="20"/>
                <w:szCs w:val="20"/>
                <w:lang w:eastAsia="zh-TW"/>
              </w:rPr>
              <w:t>Parachute</w:t>
            </w:r>
            <w:r w:rsidR="00B12DF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D272B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 </w:t>
            </w:r>
          </w:p>
        </w:tc>
        <w:tc>
          <w:tcPr>
            <w:tcW w:w="3342" w:type="dxa"/>
          </w:tcPr>
          <w:p w14:paraId="44C13FFB" w14:textId="77777777" w:rsidR="00233CF4" w:rsidRDefault="00233CF4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44C057ED" w14:textId="77777777" w:rsidR="00233CF4" w:rsidRPr="007A442F" w:rsidRDefault="00233CF4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5A5A4553" w14:textId="77777777" w:rsidTr="00F459C7">
        <w:tc>
          <w:tcPr>
            <w:tcW w:w="567" w:type="dxa"/>
          </w:tcPr>
          <w:p w14:paraId="6D7D0A48" w14:textId="6A283CE6" w:rsidR="000210AC" w:rsidRPr="007A442F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5891" w:type="dxa"/>
          </w:tcPr>
          <w:p w14:paraId="71006397" w14:textId="77777777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Date: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日期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36F98660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1DA4E7B8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19779E17" w14:textId="77777777" w:rsidTr="00F459C7">
        <w:tc>
          <w:tcPr>
            <w:tcW w:w="567" w:type="dxa"/>
          </w:tcPr>
          <w:p w14:paraId="542265EE" w14:textId="56F8720A" w:rsidR="000210AC" w:rsidRPr="007A442F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5891" w:type="dxa"/>
          </w:tcPr>
          <w:p w14:paraId="46AD4110" w14:textId="77777777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Time: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時間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:</w:t>
            </w:r>
          </w:p>
        </w:tc>
        <w:tc>
          <w:tcPr>
            <w:tcW w:w="3342" w:type="dxa"/>
          </w:tcPr>
          <w:p w14:paraId="7FA5E856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2" w:type="dxa"/>
          </w:tcPr>
          <w:p w14:paraId="1ACF302B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F459C7" w:rsidRPr="007A442F" w14:paraId="02C3207D" w14:textId="77777777" w:rsidTr="00F459C7">
        <w:tc>
          <w:tcPr>
            <w:tcW w:w="567" w:type="dxa"/>
          </w:tcPr>
          <w:p w14:paraId="46C758C5" w14:textId="53C9AA80" w:rsidR="00F459C7" w:rsidRPr="007A442F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91" w:type="dxa"/>
          </w:tcPr>
          <w:p w14:paraId="68A56916" w14:textId="5559540A" w:rsidR="00F459C7" w:rsidRPr="007A442F" w:rsidRDefault="00312526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執行人數:建議2-3人(視機種調整)</w:t>
            </w:r>
          </w:p>
        </w:tc>
        <w:tc>
          <w:tcPr>
            <w:tcW w:w="3342" w:type="dxa"/>
          </w:tcPr>
          <w:p w14:paraId="2CBD63EF" w14:textId="5D297855" w:rsidR="00F459C7" w:rsidRPr="007A442F" w:rsidRDefault="00F459C7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702" w:type="dxa"/>
          </w:tcPr>
          <w:p w14:paraId="78AF93B9" w14:textId="77777777" w:rsidR="00F459C7" w:rsidRPr="007A442F" w:rsidRDefault="00F459C7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0210AC" w:rsidRPr="007A442F" w14:paraId="627CB5EC" w14:textId="77777777" w:rsidTr="00F459C7">
        <w:tc>
          <w:tcPr>
            <w:tcW w:w="567" w:type="dxa"/>
          </w:tcPr>
          <w:p w14:paraId="0A56C1E0" w14:textId="3815E52B" w:rsidR="00035060" w:rsidRDefault="001A4B26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  <w:p w14:paraId="00E88E4E" w14:textId="77777777" w:rsidR="00035060" w:rsidRDefault="00035060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1CF8A23D" w14:textId="0ADCD80F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  <w:tc>
          <w:tcPr>
            <w:tcW w:w="5891" w:type="dxa"/>
          </w:tcPr>
          <w:p w14:paraId="4B54B9CF" w14:textId="32EC2F8C" w:rsidR="005A7BAE" w:rsidRDefault="005A7BAE" w:rsidP="00632149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飛行前檢查</w:t>
            </w:r>
            <w:proofErr w:type="spellEnd"/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員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Pre</w:t>
            </w:r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-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Flight </w:t>
            </w:r>
            <w:r w:rsidR="00D9394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inspector</w:t>
            </w:r>
            <w:r w:rsidR="000D30B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proofErr w:type="gramStart"/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飛手姓名</w:t>
            </w:r>
            <w:proofErr w:type="gramEnd"/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7F0E36">
              <w:rPr>
                <w:rFonts w:ascii="標楷體" w:eastAsia="標楷體" w:hAnsi="標楷體"/>
                <w:sz w:val="20"/>
                <w:szCs w:val="20"/>
                <w:lang w:eastAsia="zh-TW"/>
              </w:rPr>
              <w:t>controller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B42D8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ame</w:t>
            </w:r>
          </w:p>
          <w:p w14:paraId="0974B563" w14:textId="5D1B2C10" w:rsidR="000210AC" w:rsidRPr="007A442F" w:rsidRDefault="00ED007B" w:rsidP="0063214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技術人員</w:t>
            </w:r>
            <w:proofErr w:type="spellEnd"/>
            <w:r w:rsidR="005A7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Technician:</w:t>
            </w:r>
            <w:r w:rsidR="007F0E36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技術人員姓名/</w:t>
            </w:r>
            <w:r w:rsidR="00B42D85" w:rsidRPr="007A442F">
              <w:rPr>
                <w:rFonts w:ascii="標楷體" w:eastAsia="標楷體" w:hAnsi="標楷體"/>
                <w:sz w:val="20"/>
                <w:szCs w:val="20"/>
              </w:rPr>
              <w:t xml:space="preserve"> Technician</w:t>
            </w:r>
            <w:r w:rsidR="00B42D8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Name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</w:p>
        </w:tc>
        <w:tc>
          <w:tcPr>
            <w:tcW w:w="3342" w:type="dxa"/>
          </w:tcPr>
          <w:p w14:paraId="5D5F456B" w14:textId="4EBF6209" w:rsidR="000210AC" w:rsidRPr="007A442F" w:rsidRDefault="00974C30" w:rsidP="00632149">
            <w:pPr>
              <w:spacing w:line="276" w:lineRule="auto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最終</w:t>
            </w:r>
            <w:r w:rsidR="00DA32DD" w:rsidRPr="00DA32DD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檢查完成者簽名</w:t>
            </w:r>
            <w:r w:rsidR="004F04F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F04F8">
              <w:t xml:space="preserve"> </w:t>
            </w:r>
            <w:r w:rsidR="004F04F8"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Signature of the person who completed the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final </w:t>
            </w:r>
            <w:r w:rsidR="004F04F8" w:rsidRPr="004F04F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</w:t>
            </w:r>
            <w:r w:rsidR="004F04F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:</w:t>
            </w:r>
          </w:p>
        </w:tc>
        <w:tc>
          <w:tcPr>
            <w:tcW w:w="702" w:type="dxa"/>
          </w:tcPr>
          <w:p w14:paraId="2AF70B64" w14:textId="77777777" w:rsidR="000210AC" w:rsidRPr="007A442F" w:rsidRDefault="000210AC" w:rsidP="0063214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655BFA38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5"/>
        <w:gridCol w:w="3367"/>
        <w:gridCol w:w="711"/>
      </w:tblGrid>
      <w:tr w:rsidR="000210AC" w:rsidRPr="007A442F" w14:paraId="204958E3" w14:textId="77777777" w:rsidTr="005C6579">
        <w:tc>
          <w:tcPr>
            <w:tcW w:w="10502" w:type="dxa"/>
            <w:gridSpan w:val="4"/>
            <w:shd w:val="clear" w:color="auto" w:fill="1B365D"/>
          </w:tcPr>
          <w:p w14:paraId="149B2E3B" w14:textId="742CC994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2. FLIGHTLINE FOD CHECKS (TAKEOFF &amp; LANDING AREAS) / </w:t>
            </w:r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飛行線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FOD檢查</w:t>
            </w:r>
            <w:proofErr w:type="spellEnd"/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清單</w:t>
            </w: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起飛與降落區域</w:t>
            </w:r>
            <w:proofErr w:type="spellEnd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)</w:t>
            </w:r>
          </w:p>
        </w:tc>
      </w:tr>
      <w:tr w:rsidR="00233CF4" w:rsidRPr="007A442F" w14:paraId="468C8105" w14:textId="77777777" w:rsidTr="005C6579">
        <w:tc>
          <w:tcPr>
            <w:tcW w:w="569" w:type="dxa"/>
          </w:tcPr>
          <w:p w14:paraId="715DD740" w14:textId="4B6A5611" w:rsidR="00233CF4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5855" w:type="dxa"/>
          </w:tcPr>
          <w:p w14:paraId="38179A7A" w14:textId="6DC99ABF" w:rsidR="00233CF4" w:rsidRPr="007A442F" w:rsidRDefault="00233CF4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無事人員FOD</w:t>
            </w:r>
            <w:r w:rsidR="00957D73">
              <w:t xml:space="preserve"> </w:t>
            </w:r>
            <w:r w:rsidR="00957D73">
              <w:rPr>
                <w:rFonts w:eastAsia="新細明體" w:hint="eastAsia"/>
                <w:lang w:eastAsia="zh-TW"/>
              </w:rPr>
              <w:t>/</w:t>
            </w:r>
            <w:r w:rsidR="00957D73" w:rsidRPr="00957D73">
              <w:rPr>
                <w:rFonts w:ascii="標楷體" w:eastAsia="標楷體" w:hAnsi="標楷體"/>
                <w:sz w:val="20"/>
                <w:szCs w:val="20"/>
                <w:lang w:eastAsia="zh-TW"/>
              </w:rPr>
              <w:t>Idle crew members</w:t>
            </w:r>
            <w:r w:rsidR="00957D7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FOD</w:t>
            </w:r>
          </w:p>
        </w:tc>
        <w:tc>
          <w:tcPr>
            <w:tcW w:w="3367" w:type="dxa"/>
          </w:tcPr>
          <w:p w14:paraId="7C8E0745" w14:textId="7B451C0F" w:rsidR="00233CF4" w:rsidRPr="007A442F" w:rsidRDefault="00D612E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</w:t>
            </w:r>
            <w:r w:rsidR="008C485D" w:rsidRPr="008C485D">
              <w:rPr>
                <w:rFonts w:ascii="標楷體" w:eastAsia="標楷體" w:hAnsi="標楷體"/>
                <w:sz w:val="20"/>
                <w:szCs w:val="20"/>
              </w:rPr>
              <w:t xml:space="preserve">horough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C</w:t>
            </w:r>
            <w:r w:rsidR="008C485D" w:rsidRPr="008C485D">
              <w:rPr>
                <w:rFonts w:ascii="標楷體" w:eastAsia="標楷體" w:hAnsi="標楷體"/>
                <w:sz w:val="20"/>
                <w:szCs w:val="20"/>
              </w:rPr>
              <w:t>leaning</w:t>
            </w:r>
            <w:r w:rsidR="008C485D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徹底清潔</w:t>
            </w:r>
          </w:p>
        </w:tc>
        <w:tc>
          <w:tcPr>
            <w:tcW w:w="711" w:type="dxa"/>
          </w:tcPr>
          <w:p w14:paraId="6FB9D0CF" w14:textId="44ABC1C9" w:rsidR="00233CF4" w:rsidRPr="007A442F" w:rsidRDefault="00D612E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409CAC6" w14:textId="77777777" w:rsidTr="005C6579">
        <w:tc>
          <w:tcPr>
            <w:tcW w:w="569" w:type="dxa"/>
          </w:tcPr>
          <w:p w14:paraId="38E3D2EF" w14:textId="4974A510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855" w:type="dxa"/>
          </w:tcPr>
          <w:p w14:paraId="171FE5D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Nearby Perimeter Fences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附近周邊圍欄</w:t>
            </w:r>
            <w:proofErr w:type="spellEnd"/>
          </w:p>
        </w:tc>
        <w:tc>
          <w:tcPr>
            <w:tcW w:w="3367" w:type="dxa"/>
          </w:tcPr>
          <w:p w14:paraId="3DC0C909" w14:textId="0AABF63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Clean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乾淨</w:t>
            </w:r>
            <w:proofErr w:type="spellEnd"/>
            <w:r w:rsidR="00DA486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無雜物</w:t>
            </w:r>
          </w:p>
        </w:tc>
        <w:tc>
          <w:tcPr>
            <w:tcW w:w="711" w:type="dxa"/>
          </w:tcPr>
          <w:p w14:paraId="27ED420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3CD3575E" w14:textId="77777777" w:rsidTr="005C6579">
        <w:tc>
          <w:tcPr>
            <w:tcW w:w="569" w:type="dxa"/>
          </w:tcPr>
          <w:p w14:paraId="16B4E06E" w14:textId="1AED3D51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5" w:type="dxa"/>
          </w:tcPr>
          <w:p w14:paraId="34128EEA" w14:textId="325709B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Outside Rubbish Bins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B07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室外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垃圾桶</w:t>
            </w:r>
            <w:proofErr w:type="spellEnd"/>
          </w:p>
        </w:tc>
        <w:tc>
          <w:tcPr>
            <w:tcW w:w="3367" w:type="dxa"/>
          </w:tcPr>
          <w:p w14:paraId="47016E44" w14:textId="54008F3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Covered, Not Overflowing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DA486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有加蓋且未溢出</w:t>
            </w:r>
          </w:p>
        </w:tc>
        <w:tc>
          <w:tcPr>
            <w:tcW w:w="711" w:type="dxa"/>
          </w:tcPr>
          <w:p w14:paraId="1CEFF69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A233148" w14:textId="77777777" w:rsidTr="005C6579">
        <w:tc>
          <w:tcPr>
            <w:tcW w:w="569" w:type="dxa"/>
          </w:tcPr>
          <w:p w14:paraId="12CB958E" w14:textId="1A56127D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5" w:type="dxa"/>
          </w:tcPr>
          <w:p w14:paraId="27352B59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Construction Zones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施工區域</w:t>
            </w:r>
            <w:proofErr w:type="spellEnd"/>
          </w:p>
        </w:tc>
        <w:tc>
          <w:tcPr>
            <w:tcW w:w="3367" w:type="dxa"/>
          </w:tcPr>
          <w:p w14:paraId="3DCCC91A" w14:textId="14CE2BCB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Clean or Protected by Fencing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乾淨有圍欄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防護</w:t>
            </w:r>
          </w:p>
        </w:tc>
        <w:tc>
          <w:tcPr>
            <w:tcW w:w="711" w:type="dxa"/>
          </w:tcPr>
          <w:p w14:paraId="744BC72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1B8E91E" w14:textId="77777777" w:rsidTr="005C6579">
        <w:tc>
          <w:tcPr>
            <w:tcW w:w="569" w:type="dxa"/>
          </w:tcPr>
          <w:p w14:paraId="53264709" w14:textId="730FF284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5</w:t>
            </w:r>
          </w:p>
        </w:tc>
        <w:tc>
          <w:tcPr>
            <w:tcW w:w="5855" w:type="dxa"/>
          </w:tcPr>
          <w:p w14:paraId="7E8000BA" w14:textId="57302676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Loose Objects in the Flight Vicinity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飛行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鄰近區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附近鬆動物</w:t>
            </w:r>
            <w:proofErr w:type="spellEnd"/>
            <w:r w:rsidR="00ED3BA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品</w:t>
            </w:r>
          </w:p>
        </w:tc>
        <w:tc>
          <w:tcPr>
            <w:tcW w:w="3367" w:type="dxa"/>
          </w:tcPr>
          <w:p w14:paraId="0FA8E55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5D72371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44E65B8C" w14:textId="77777777" w:rsidTr="005C6579">
        <w:tc>
          <w:tcPr>
            <w:tcW w:w="569" w:type="dxa"/>
          </w:tcPr>
          <w:p w14:paraId="2DD3E35D" w14:textId="45D79921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5" w:type="dxa"/>
          </w:tcPr>
          <w:p w14:paraId="34C63ADC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Access Areas to the Aircraft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飛機通道區域</w:t>
            </w:r>
            <w:proofErr w:type="spellEnd"/>
          </w:p>
        </w:tc>
        <w:tc>
          <w:tcPr>
            <w:tcW w:w="3367" w:type="dxa"/>
          </w:tcPr>
          <w:p w14:paraId="33CCCCC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Rubbish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無垃圾</w:t>
            </w:r>
            <w:proofErr w:type="spellEnd"/>
          </w:p>
        </w:tc>
        <w:tc>
          <w:tcPr>
            <w:tcW w:w="711" w:type="dxa"/>
          </w:tcPr>
          <w:p w14:paraId="52D8093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CBBAA02" w14:textId="77777777" w:rsidTr="005C6579">
        <w:tc>
          <w:tcPr>
            <w:tcW w:w="569" w:type="dxa"/>
          </w:tcPr>
          <w:p w14:paraId="5452D829" w14:textId="7B1A6578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5" w:type="dxa"/>
          </w:tcPr>
          <w:p w14:paraId="093B6F9E" w14:textId="60BD95BA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Hardware or Other Debris on Ramp Surface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停機坪表面的五金件</w:t>
            </w:r>
            <w:proofErr w:type="spellEnd"/>
            <w:r w:rsidR="002F6C5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(硬件)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或其他碎片</w:t>
            </w:r>
            <w:proofErr w:type="spellEnd"/>
          </w:p>
        </w:tc>
        <w:tc>
          <w:tcPr>
            <w:tcW w:w="3367" w:type="dxa"/>
          </w:tcPr>
          <w:p w14:paraId="4835C841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525046D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7C833C1" w14:textId="77777777" w:rsidTr="005C6579">
        <w:tc>
          <w:tcPr>
            <w:tcW w:w="569" w:type="dxa"/>
          </w:tcPr>
          <w:p w14:paraId="7675F620" w14:textId="3EB3AEAB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55" w:type="dxa"/>
          </w:tcPr>
          <w:p w14:paraId="26701CF1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Taxiway Shoulders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滑行道道肩</w:t>
            </w:r>
            <w:proofErr w:type="spellEnd"/>
          </w:p>
        </w:tc>
        <w:tc>
          <w:tcPr>
            <w:tcW w:w="3367" w:type="dxa"/>
          </w:tcPr>
          <w:p w14:paraId="3613120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Loose Stones &amp; Grass Cuttings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無鬆動石塊與割下的碎草</w:t>
            </w:r>
            <w:proofErr w:type="spellEnd"/>
          </w:p>
        </w:tc>
        <w:tc>
          <w:tcPr>
            <w:tcW w:w="711" w:type="dxa"/>
          </w:tcPr>
          <w:p w14:paraId="14A6A30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13EFA30" w14:textId="77777777" w:rsidTr="005C6579">
        <w:tc>
          <w:tcPr>
            <w:tcW w:w="569" w:type="dxa"/>
          </w:tcPr>
          <w:p w14:paraId="36765D83" w14:textId="0E40BC8D" w:rsidR="000210AC" w:rsidRPr="007A442F" w:rsidRDefault="00233CF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9</w:t>
            </w:r>
          </w:p>
        </w:tc>
        <w:tc>
          <w:tcPr>
            <w:tcW w:w="5855" w:type="dxa"/>
          </w:tcPr>
          <w:p w14:paraId="75EE41B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Infields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內場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草坪區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7" w:type="dxa"/>
          </w:tcPr>
          <w:p w14:paraId="505C864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Rubbish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無垃圾</w:t>
            </w:r>
            <w:proofErr w:type="spellEnd"/>
          </w:p>
        </w:tc>
        <w:tc>
          <w:tcPr>
            <w:tcW w:w="711" w:type="dxa"/>
          </w:tcPr>
          <w:p w14:paraId="0898995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10EEB160" w14:textId="77777777" w:rsidTr="005C6579">
        <w:tc>
          <w:tcPr>
            <w:tcW w:w="569" w:type="dxa"/>
          </w:tcPr>
          <w:p w14:paraId="1027836B" w14:textId="2DAD1A9C" w:rsidR="008C67B1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</w:t>
            </w:r>
          </w:p>
        </w:tc>
        <w:tc>
          <w:tcPr>
            <w:tcW w:w="5855" w:type="dxa"/>
          </w:tcPr>
          <w:p w14:paraId="61219481" w14:textId="77777777" w:rsidR="008C67B1" w:rsidRDefault="008C67B1" w:rsidP="008C67B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  <w:p w14:paraId="56E969E6" w14:textId="5F552963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Runway area/跑道區域</w:t>
            </w:r>
          </w:p>
        </w:tc>
        <w:tc>
          <w:tcPr>
            <w:tcW w:w="3367" w:type="dxa"/>
          </w:tcPr>
          <w:p w14:paraId="53908813" w14:textId="2827923A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Free of Loose Stones &amp; Grass Cuttings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無鬆動石塊與割下的碎草</w:t>
            </w:r>
            <w:proofErr w:type="spellEnd"/>
          </w:p>
        </w:tc>
        <w:tc>
          <w:tcPr>
            <w:tcW w:w="711" w:type="dxa"/>
          </w:tcPr>
          <w:p w14:paraId="001FCF02" w14:textId="77777777" w:rsidR="008C67B1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14:paraId="6AC133D7" w14:textId="2B192EA9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47F7CD31" w14:textId="77777777" w:rsidTr="005C6579">
        <w:tc>
          <w:tcPr>
            <w:tcW w:w="569" w:type="dxa"/>
          </w:tcPr>
          <w:p w14:paraId="4810F900" w14:textId="65BEFDBF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55" w:type="dxa"/>
          </w:tcPr>
          <w:p w14:paraId="4E2D4E9D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Objects that may be Dangerously Close to the Launching Aircraft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可能危險靠近起飛飛機的物體</w:t>
            </w:r>
            <w:proofErr w:type="spellEnd"/>
          </w:p>
        </w:tc>
        <w:tc>
          <w:tcPr>
            <w:tcW w:w="3367" w:type="dxa"/>
          </w:tcPr>
          <w:p w14:paraId="3B2DC02A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None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無</w:t>
            </w:r>
          </w:p>
        </w:tc>
        <w:tc>
          <w:tcPr>
            <w:tcW w:w="711" w:type="dxa"/>
          </w:tcPr>
          <w:p w14:paraId="6531F102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7BB71051" w14:textId="77777777" w:rsidTr="005C6579">
        <w:tc>
          <w:tcPr>
            <w:tcW w:w="569" w:type="dxa"/>
          </w:tcPr>
          <w:p w14:paraId="0887A71F" w14:textId="47F6DB73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5" w:type="dxa"/>
          </w:tcPr>
          <w:p w14:paraId="57230D54" w14:textId="68317AA6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Maintenance Personnel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機組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人員</w:t>
            </w:r>
            <w:proofErr w:type="spellEnd"/>
          </w:p>
        </w:tc>
        <w:tc>
          <w:tcPr>
            <w:tcW w:w="3367" w:type="dxa"/>
          </w:tcPr>
          <w:p w14:paraId="76C32AC6" w14:textId="29724043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Neat, FOD Free, Nothing can Come Loose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服裝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整潔，無FOD，無鬆動物品</w:t>
            </w:r>
            <w:proofErr w:type="spellEnd"/>
          </w:p>
        </w:tc>
        <w:tc>
          <w:tcPr>
            <w:tcW w:w="711" w:type="dxa"/>
          </w:tcPr>
          <w:p w14:paraId="384CF746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6CC5BF50" w14:textId="77777777" w:rsidTr="005C6579">
        <w:tc>
          <w:tcPr>
            <w:tcW w:w="569" w:type="dxa"/>
          </w:tcPr>
          <w:p w14:paraId="38F9F61A" w14:textId="113298C4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5" w:type="dxa"/>
          </w:tcPr>
          <w:p w14:paraId="686314E4" w14:textId="7BA95EC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Bird &amp; Wildlife Attractants Nearby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附近吸引鳥類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spellStart"/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大型鳥類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與野生動物的物品</w:t>
            </w:r>
            <w:proofErr w:type="spellEnd"/>
          </w:p>
        </w:tc>
        <w:tc>
          <w:tcPr>
            <w:tcW w:w="3367" w:type="dxa"/>
          </w:tcPr>
          <w:p w14:paraId="3C2559AD" w14:textId="387192BF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Check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</w:p>
        </w:tc>
        <w:tc>
          <w:tcPr>
            <w:tcW w:w="711" w:type="dxa"/>
          </w:tcPr>
          <w:p w14:paraId="7FEE1C6F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431980DD" w14:textId="77777777" w:rsidTr="005C6579">
        <w:tc>
          <w:tcPr>
            <w:tcW w:w="569" w:type="dxa"/>
          </w:tcPr>
          <w:p w14:paraId="53936B76" w14:textId="4DF1E378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5" w:type="dxa"/>
          </w:tcPr>
          <w:p w14:paraId="598E7604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FOD Containers Accessible to Work Areas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工作區域可使用的FOD收集容器</w:t>
            </w:r>
            <w:proofErr w:type="spellEnd"/>
          </w:p>
        </w:tc>
        <w:tc>
          <w:tcPr>
            <w:tcW w:w="3367" w:type="dxa"/>
          </w:tcPr>
          <w:p w14:paraId="495263B9" w14:textId="418C942B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Confirm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確認</w:t>
            </w:r>
            <w:proofErr w:type="spellEnd"/>
          </w:p>
        </w:tc>
        <w:tc>
          <w:tcPr>
            <w:tcW w:w="711" w:type="dxa"/>
          </w:tcPr>
          <w:p w14:paraId="78C89C1A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C67B1" w:rsidRPr="007A442F" w14:paraId="14F80003" w14:textId="77777777" w:rsidTr="005C6579">
        <w:tc>
          <w:tcPr>
            <w:tcW w:w="569" w:type="dxa"/>
          </w:tcPr>
          <w:p w14:paraId="44717C05" w14:textId="2EB021A4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16</w:t>
            </w:r>
          </w:p>
        </w:tc>
        <w:tc>
          <w:tcPr>
            <w:tcW w:w="5855" w:type="dxa"/>
          </w:tcPr>
          <w:p w14:paraId="50AFAE92" w14:textId="6F7D8E88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TakeOff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Area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</w:t>
            </w:r>
            <w:r w:rsidR="001F7837">
              <w:rPr>
                <w:rFonts w:ascii="標楷體" w:eastAsia="標楷體" w:hAnsi="標楷體"/>
                <w:sz w:val="20"/>
                <w:szCs w:val="20"/>
              </w:rPr>
              <w:t>n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d </w:t>
            </w:r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Landing</w:t>
            </w:r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起飛區域</w:t>
            </w:r>
            <w:proofErr w:type="spellEnd"/>
            <w:r w:rsidR="001F783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及</w:t>
            </w:r>
            <w:proofErr w:type="spellStart"/>
            <w:r w:rsidR="001F7837" w:rsidRPr="007A442F">
              <w:rPr>
                <w:rFonts w:ascii="標楷體" w:eastAsia="標楷體" w:hAnsi="標楷體"/>
                <w:sz w:val="20"/>
                <w:szCs w:val="20"/>
              </w:rPr>
              <w:t>降落區域</w:t>
            </w:r>
            <w:proofErr w:type="spellEnd"/>
          </w:p>
        </w:tc>
        <w:tc>
          <w:tcPr>
            <w:tcW w:w="3367" w:type="dxa"/>
          </w:tcPr>
          <w:p w14:paraId="7EC9004F" w14:textId="77777777" w:rsidR="008C67B1" w:rsidRPr="007A442F" w:rsidRDefault="008C67B1" w:rsidP="008C67B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Clear of Any Debris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無任何碎片</w:t>
            </w:r>
            <w:proofErr w:type="spellEnd"/>
          </w:p>
        </w:tc>
        <w:tc>
          <w:tcPr>
            <w:tcW w:w="711" w:type="dxa"/>
          </w:tcPr>
          <w:p w14:paraId="001DDEC6" w14:textId="77777777" w:rsidR="008C67B1" w:rsidRPr="007A442F" w:rsidRDefault="008C67B1" w:rsidP="008C67B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202FCFA2" w14:textId="77777777" w:rsidR="000210AC" w:rsidRPr="007A442F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64"/>
        <w:gridCol w:w="3358"/>
        <w:gridCol w:w="711"/>
      </w:tblGrid>
      <w:tr w:rsidR="000210AC" w:rsidRPr="007A442F" w14:paraId="775CBD0C" w14:textId="77777777" w:rsidTr="00091E1A">
        <w:tc>
          <w:tcPr>
            <w:tcW w:w="10502" w:type="dxa"/>
            <w:gridSpan w:val="4"/>
            <w:shd w:val="clear" w:color="auto" w:fill="1B365D"/>
          </w:tcPr>
          <w:p w14:paraId="653D2FB9" w14:textId="25EE51B0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3. GENERAL 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一般</w:t>
            </w:r>
            <w:proofErr w:type="spellEnd"/>
            <w:r w:rsidR="00E67C53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常規</w:t>
            </w:r>
            <w:r w:rsidR="00E81A9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檢查</w:t>
            </w:r>
          </w:p>
        </w:tc>
      </w:tr>
      <w:tr w:rsidR="000210AC" w:rsidRPr="007A442F" w14:paraId="26290AAC" w14:textId="77777777" w:rsidTr="00091E1A">
        <w:tc>
          <w:tcPr>
            <w:tcW w:w="569" w:type="dxa"/>
          </w:tcPr>
          <w:p w14:paraId="3BCD645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64" w:type="dxa"/>
          </w:tcPr>
          <w:p w14:paraId="518EC4C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Personal Protective Equipment (PPE) UAS Team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個人防護裝備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(PPE) 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無人機團隊</w:t>
            </w:r>
            <w:proofErr w:type="spellEnd"/>
          </w:p>
        </w:tc>
        <w:tc>
          <w:tcPr>
            <w:tcW w:w="3358" w:type="dxa"/>
          </w:tcPr>
          <w:p w14:paraId="6D20E7F4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Checked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已檢查</w:t>
            </w:r>
            <w:proofErr w:type="spellEnd"/>
          </w:p>
        </w:tc>
        <w:tc>
          <w:tcPr>
            <w:tcW w:w="711" w:type="dxa"/>
          </w:tcPr>
          <w:p w14:paraId="226F62A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1B7AF59" w14:textId="77777777" w:rsidTr="00091E1A">
        <w:tc>
          <w:tcPr>
            <w:tcW w:w="569" w:type="dxa"/>
          </w:tcPr>
          <w:p w14:paraId="0F8B261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64" w:type="dxa"/>
          </w:tcPr>
          <w:p w14:paraId="68408C94" w14:textId="00F06E72" w:rsidR="003B32C8" w:rsidRPr="007A442F" w:rsidRDefault="00AA3038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AA3038">
              <w:rPr>
                <w:rFonts w:ascii="標楷體" w:eastAsia="標楷體" w:hAnsi="標楷體"/>
                <w:sz w:val="20"/>
                <w:szCs w:val="20"/>
              </w:rPr>
              <w:t xml:space="preserve">Equipment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</w:t>
            </w:r>
            <w:r w:rsidRPr="00AA3038">
              <w:rPr>
                <w:rFonts w:ascii="標楷體" w:eastAsia="標楷體" w:hAnsi="標楷體"/>
                <w:sz w:val="20"/>
                <w:szCs w:val="20"/>
              </w:rPr>
              <w:t xml:space="preserve">equirements 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Pr="00AA3038">
              <w:rPr>
                <w:rFonts w:ascii="標楷體" w:eastAsia="標楷體" w:hAnsi="標楷體"/>
                <w:sz w:val="20"/>
                <w:szCs w:val="20"/>
              </w:rPr>
              <w:t>Minimum operating procedures required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="00E00BA9">
              <w:t xml:space="preserve"> </w:t>
            </w:r>
            <w:r w:rsidR="00E00BA9" w:rsidRPr="00E00BA9">
              <w:rPr>
                <w:rFonts w:ascii="標楷體" w:eastAsia="標楷體" w:hAnsi="標楷體"/>
                <w:sz w:val="20"/>
                <w:szCs w:val="20"/>
                <w:lang w:eastAsia="zh-TW"/>
              </w:rPr>
              <w:t>RC remote control</w:t>
            </w:r>
            <w:r w:rsidR="00E00BA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、S</w:t>
            </w:r>
            <w:r w:rsidR="00E00BA9">
              <w:rPr>
                <w:rFonts w:ascii="標楷體" w:eastAsia="標楷體" w:hAnsi="標楷體"/>
                <w:sz w:val="20"/>
                <w:szCs w:val="20"/>
                <w:lang w:eastAsia="zh-TW"/>
              </w:rPr>
              <w:t>c</w:t>
            </w:r>
            <w:r w:rsidR="00E00BA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ale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 w:rsidR="00190C8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需求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裝備</w:t>
            </w:r>
            <w:proofErr w:type="spell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r w:rsidR="008C67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最低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操作程序所需</w:t>
            </w:r>
            <w:proofErr w:type="spell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</w:t>
            </w:r>
            <w:r w:rsidR="008C67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RC</w:t>
            </w:r>
            <w:r w:rsidR="00190C8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遙控器</w:t>
            </w:r>
            <w:r w:rsidR="00CC5A4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,</w:t>
            </w:r>
            <w:r w:rsidR="003B32C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磅秤</w:t>
            </w:r>
          </w:p>
        </w:tc>
        <w:tc>
          <w:tcPr>
            <w:tcW w:w="3358" w:type="dxa"/>
          </w:tcPr>
          <w:p w14:paraId="0F5DF644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Available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</w:t>
            </w:r>
            <w:proofErr w:type="spellEnd"/>
          </w:p>
        </w:tc>
        <w:tc>
          <w:tcPr>
            <w:tcW w:w="711" w:type="dxa"/>
          </w:tcPr>
          <w:p w14:paraId="22BD42C8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389FDFF9" w14:textId="77777777" w:rsidTr="00091E1A">
        <w:tc>
          <w:tcPr>
            <w:tcW w:w="569" w:type="dxa"/>
          </w:tcPr>
          <w:p w14:paraId="0ECEC81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64" w:type="dxa"/>
          </w:tcPr>
          <w:p w14:paraId="2DDFF81F" w14:textId="799C705E" w:rsidR="000210AC" w:rsidRPr="007A442F" w:rsidRDefault="00ED007B" w:rsidP="00D45FB8">
            <w:pPr>
              <w:tabs>
                <w:tab w:val="center" w:pos="2824"/>
              </w:tabs>
              <w:ind w:left="200" w:hangingChars="100" w:hanging="200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Safety Equipment </w:t>
            </w:r>
            <w:r w:rsidR="00332475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="00D45FB8">
              <w:t xml:space="preserve"> </w:t>
            </w:r>
            <w:r w:rsidR="00D45FB8" w:rsidRPr="00D45FB8">
              <w:rPr>
                <w:rFonts w:ascii="標楷體" w:eastAsia="標楷體" w:hAnsi="標楷體"/>
                <w:sz w:val="20"/>
                <w:szCs w:val="20"/>
                <w:lang w:eastAsia="zh-TW"/>
              </w:rPr>
              <w:t>Class D metal fire extinguishers</w:t>
            </w:r>
            <w:r w:rsidR="001D278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、</w:t>
            </w:r>
            <w:r w:rsidR="00D45FB8" w:rsidRPr="00D45FB8">
              <w:rPr>
                <w:rFonts w:ascii="標楷體" w:eastAsia="標楷體" w:hAnsi="標楷體"/>
                <w:sz w:val="20"/>
                <w:szCs w:val="20"/>
                <w:lang w:eastAsia="zh-TW"/>
              </w:rPr>
              <w:t>Fire extinguishing sandbags</w:t>
            </w:r>
            <w:r w:rsidR="00095FF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095FFF" w:rsidRPr="00095FFF">
              <w:rPr>
                <w:rFonts w:ascii="標楷體" w:eastAsia="標楷體" w:hAnsi="標楷體"/>
                <w:sz w:val="20"/>
                <w:szCs w:val="20"/>
                <w:lang w:eastAsia="zh-TW"/>
              </w:rPr>
              <w:t>Emergency medical kit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安全裝備</w:t>
            </w:r>
            <w:proofErr w:type="spellEnd"/>
            <w:r w:rsidR="0064359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例:</w:t>
            </w:r>
            <w:r w:rsidR="002915F9" w:rsidRPr="002915F9">
              <w:t xml:space="preserve"> </w:t>
            </w:r>
            <w:r w:rsidR="002915F9" w:rsidRPr="002915F9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D 類金屬火災滅火器 (Class D) </w:t>
            </w:r>
            <w:r w:rsidR="001D278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332475" w:rsidRPr="00332475">
              <w:rPr>
                <w:rFonts w:ascii="標楷體" w:eastAsia="標楷體" w:hAnsi="標楷體"/>
                <w:sz w:val="20"/>
                <w:szCs w:val="20"/>
                <w:lang w:eastAsia="zh-TW"/>
              </w:rPr>
              <w:t>滅火沙袋</w:t>
            </w:r>
            <w:r w:rsidR="00095FF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、緊急醫療箱</w:t>
            </w:r>
          </w:p>
        </w:tc>
        <w:tc>
          <w:tcPr>
            <w:tcW w:w="3358" w:type="dxa"/>
          </w:tcPr>
          <w:p w14:paraId="043E933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Available, Checked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可用，已檢查</w:t>
            </w:r>
            <w:proofErr w:type="spellEnd"/>
          </w:p>
        </w:tc>
        <w:tc>
          <w:tcPr>
            <w:tcW w:w="711" w:type="dxa"/>
          </w:tcPr>
          <w:p w14:paraId="6FA218D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2254FE9" w14:textId="77777777" w:rsidTr="00091E1A">
        <w:tc>
          <w:tcPr>
            <w:tcW w:w="569" w:type="dxa"/>
          </w:tcPr>
          <w:p w14:paraId="686034A3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64" w:type="dxa"/>
          </w:tcPr>
          <w:p w14:paraId="4DD0419B" w14:textId="18B94E90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Move Aircraft from Assembly Area to </w:t>
            </w:r>
            <w:proofErr w:type="spellStart"/>
            <w:r w:rsidR="00583C1F"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將飛機從組裝區移至</w:t>
            </w:r>
            <w:proofErr w:type="spellEnd"/>
            <w:r w:rsidR="00583C1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區</w:t>
            </w:r>
          </w:p>
        </w:tc>
        <w:tc>
          <w:tcPr>
            <w:tcW w:w="3358" w:type="dxa"/>
          </w:tcPr>
          <w:p w14:paraId="4971C2D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Min 2 People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至少2人</w:t>
            </w:r>
          </w:p>
        </w:tc>
        <w:tc>
          <w:tcPr>
            <w:tcW w:w="711" w:type="dxa"/>
          </w:tcPr>
          <w:p w14:paraId="2C4C31F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FD2D5D0" w14:textId="77777777" w:rsidTr="00091E1A">
        <w:tc>
          <w:tcPr>
            <w:tcW w:w="569" w:type="dxa"/>
          </w:tcPr>
          <w:p w14:paraId="6C77513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64" w:type="dxa"/>
          </w:tcPr>
          <w:p w14:paraId="27227E78" w14:textId="2D5F77B4" w:rsidR="00AE0877" w:rsidRDefault="00583C1F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(Consider Engine Start &amp; 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, </w:t>
            </w:r>
            <w:r w:rsidR="00ED2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  <w:r w:rsidR="00ED2F38" w:rsidRPr="00ED2F38">
              <w:rPr>
                <w:rFonts w:ascii="標楷體" w:eastAsia="標楷體" w:hAnsi="標楷體"/>
                <w:sz w:val="20"/>
                <w:szCs w:val="20"/>
              </w:rPr>
              <w:t xml:space="preserve"> or more crew members are required to operate the aircraft.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AE0877"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</w:p>
          <w:p w14:paraId="3872C3CF" w14:textId="35F22505" w:rsidR="000210AC" w:rsidRPr="007A442F" w:rsidRDefault="00AE087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(考慮引擎啟動與試車，2名</w:t>
            </w:r>
            <w:r w:rsidR="00ED2F3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或以上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機組員操作)</w:t>
            </w:r>
          </w:p>
        </w:tc>
        <w:tc>
          <w:tcPr>
            <w:tcW w:w="3358" w:type="dxa"/>
          </w:tcPr>
          <w:p w14:paraId="25CEA21C" w14:textId="0721621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</w:t>
            </w:r>
            <w:r w:rsidR="00AE087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And Clear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gramStart"/>
            <w:r w:rsidR="00583C1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安全</w:t>
            </w:r>
            <w:r w:rsidR="00AE0877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且淨空</w:t>
            </w:r>
            <w:proofErr w:type="gramEnd"/>
          </w:p>
        </w:tc>
        <w:tc>
          <w:tcPr>
            <w:tcW w:w="711" w:type="dxa"/>
          </w:tcPr>
          <w:p w14:paraId="032DD1B6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534F92CD" w14:textId="77777777" w:rsidTr="00091E1A">
        <w:tc>
          <w:tcPr>
            <w:tcW w:w="569" w:type="dxa"/>
          </w:tcPr>
          <w:p w14:paraId="266143DD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64" w:type="dxa"/>
          </w:tcPr>
          <w:p w14:paraId="7C7541B5" w14:textId="6336F65B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Aircraft Positioned on </w:t>
            </w:r>
            <w:proofErr w:type="spell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RunUp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="00D41E3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飛機放置於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上</w:t>
            </w:r>
          </w:p>
        </w:tc>
        <w:tc>
          <w:tcPr>
            <w:tcW w:w="3358" w:type="dxa"/>
          </w:tcPr>
          <w:p w14:paraId="3966C772" w14:textId="429A3B4F" w:rsidR="00091E1A" w:rsidRPr="007A442F" w:rsidRDefault="00D41E34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Check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Area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Markings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 w:rsidR="003C06F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區域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標記</w:t>
            </w:r>
            <w:proofErr w:type="spellEnd"/>
          </w:p>
        </w:tc>
        <w:tc>
          <w:tcPr>
            <w:tcW w:w="711" w:type="dxa"/>
          </w:tcPr>
          <w:p w14:paraId="36FE42A5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2D499E5" w14:textId="77777777" w:rsidTr="00091E1A">
        <w:tc>
          <w:tcPr>
            <w:tcW w:w="569" w:type="dxa"/>
          </w:tcPr>
          <w:p w14:paraId="2EBF9AAA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64" w:type="dxa"/>
          </w:tcPr>
          <w:p w14:paraId="6179208B" w14:textId="77777777" w:rsidR="00714D6E" w:rsidRDefault="00714D6E" w:rsidP="00714D6E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Service Covers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機身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蓋板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蓋妥</w:t>
            </w:r>
          </w:p>
          <w:p w14:paraId="079D3D95" w14:textId="36D817BC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3358" w:type="dxa"/>
          </w:tcPr>
          <w:p w14:paraId="36503E18" w14:textId="4BEC7F04" w:rsidR="00091E1A" w:rsidRPr="007A442F" w:rsidRDefault="00714D6E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Installed,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已安裝，穩固</w:t>
            </w:r>
            <w:proofErr w:type="spellEnd"/>
          </w:p>
        </w:tc>
        <w:tc>
          <w:tcPr>
            <w:tcW w:w="711" w:type="dxa"/>
          </w:tcPr>
          <w:p w14:paraId="3F6AE4B4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FF30E92" w14:textId="77777777" w:rsidTr="00091E1A">
        <w:tc>
          <w:tcPr>
            <w:tcW w:w="569" w:type="dxa"/>
          </w:tcPr>
          <w:p w14:paraId="7B819F81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13</w:t>
            </w:r>
          </w:p>
        </w:tc>
        <w:tc>
          <w:tcPr>
            <w:tcW w:w="5864" w:type="dxa"/>
          </w:tcPr>
          <w:p w14:paraId="36D1190A" w14:textId="5737D0DF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Pitot Tube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EX:4525</w:t>
            </w:r>
            <w:r w:rsidR="003D0D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(看飛機設計更改到360檢查)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proofErr w:type="gram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皮托管</w:t>
            </w:r>
            <w:proofErr w:type="spellEnd"/>
            <w:proofErr w:type="gramEnd"/>
            <w:r w:rsidR="004B3595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例:</w:t>
            </w:r>
            <w:r w:rsidR="004B3595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4525D</w:t>
            </w:r>
          </w:p>
        </w:tc>
        <w:tc>
          <w:tcPr>
            <w:tcW w:w="3358" w:type="dxa"/>
          </w:tcPr>
          <w:p w14:paraId="0EBA742B" w14:textId="11C60436" w:rsidR="00091E1A" w:rsidRPr="003F2BF4" w:rsidRDefault="00504A2B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No Block And </w:t>
            </w:r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Undamaged</w:t>
            </w:r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  <w:t>無</w:t>
            </w: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堵塞</w:t>
            </w:r>
            <w:proofErr w:type="spellStart"/>
            <w:r w:rsidR="00091E1A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損壞</w:t>
            </w:r>
            <w:proofErr w:type="spellEnd"/>
          </w:p>
        </w:tc>
        <w:tc>
          <w:tcPr>
            <w:tcW w:w="711" w:type="dxa"/>
          </w:tcPr>
          <w:p w14:paraId="22075FCD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6BC05460" w14:textId="77777777" w:rsidTr="00091E1A">
        <w:tc>
          <w:tcPr>
            <w:tcW w:w="569" w:type="dxa"/>
          </w:tcPr>
          <w:p w14:paraId="7A82BB5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14</w:t>
            </w:r>
          </w:p>
        </w:tc>
        <w:tc>
          <w:tcPr>
            <w:tcW w:w="5864" w:type="dxa"/>
          </w:tcPr>
          <w:p w14:paraId="045B1E88" w14:textId="4FAABE6F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Static Port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EX:4525D</w:t>
            </w:r>
            <w:r w:rsidR="003D0D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(看飛機設計更改到360檢查)</w:t>
            </w:r>
            <w:r w:rsidR="003D0D7C"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靜壓孔</w:t>
            </w:r>
            <w:proofErr w:type="spellEnd"/>
            <w:r w:rsidR="001466B8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="0080211F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例:</w:t>
            </w:r>
            <w:r w:rsidR="001466B8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4525D</w:t>
            </w:r>
          </w:p>
        </w:tc>
        <w:tc>
          <w:tcPr>
            <w:tcW w:w="3358" w:type="dxa"/>
          </w:tcPr>
          <w:p w14:paraId="189D9AE2" w14:textId="45B97C6A" w:rsidR="00737216" w:rsidRPr="003F2BF4" w:rsidRDefault="00504A2B" w:rsidP="001466B8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No Block </w:t>
            </w:r>
            <w:proofErr w:type="gramStart"/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And</w:t>
            </w:r>
            <w:proofErr w:type="gramEnd"/>
            <w:r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Undamaged</w:t>
            </w:r>
          </w:p>
          <w:p w14:paraId="36AEF3FD" w14:textId="252EC9DE" w:rsidR="00091E1A" w:rsidRPr="003F2BF4" w:rsidRDefault="00091E1A" w:rsidP="00091E1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無</w:t>
            </w:r>
            <w:r w:rsidR="00504A2B" w:rsidRPr="003F2BF4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堵塞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損壞</w:t>
            </w:r>
            <w:proofErr w:type="spellEnd"/>
          </w:p>
        </w:tc>
        <w:tc>
          <w:tcPr>
            <w:tcW w:w="711" w:type="dxa"/>
          </w:tcPr>
          <w:p w14:paraId="70D30DA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9018298" w14:textId="77777777" w:rsidTr="00091E1A">
        <w:tc>
          <w:tcPr>
            <w:tcW w:w="569" w:type="dxa"/>
          </w:tcPr>
          <w:p w14:paraId="4C71DF6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lastRenderedPageBreak/>
              <w:t>15</w:t>
            </w:r>
          </w:p>
        </w:tc>
        <w:tc>
          <w:tcPr>
            <w:tcW w:w="5864" w:type="dxa"/>
          </w:tcPr>
          <w:p w14:paraId="47958934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Covers (Pitot, Propeller, Exhaust)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所有護罩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皮托管、螺旋槳、排氣管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58" w:type="dxa"/>
          </w:tcPr>
          <w:p w14:paraId="4EBD6E99" w14:textId="3591FF68" w:rsidR="00091E1A" w:rsidRPr="007A442F" w:rsidRDefault="00A155D0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Removed</w:t>
            </w:r>
            <w:r w:rsidR="00091E1A" w:rsidRPr="007A442F">
              <w:rPr>
                <w:rFonts w:ascii="標楷體" w:eastAsia="標楷體" w:hAnsi="標楷體"/>
                <w:sz w:val="20"/>
                <w:szCs w:val="20"/>
              </w:rPr>
              <w:br/>
              <w:t>已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拆除</w:t>
            </w:r>
          </w:p>
        </w:tc>
        <w:tc>
          <w:tcPr>
            <w:tcW w:w="711" w:type="dxa"/>
          </w:tcPr>
          <w:p w14:paraId="5448D433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229576C0" w14:textId="77777777" w:rsidTr="00091E1A">
        <w:tc>
          <w:tcPr>
            <w:tcW w:w="569" w:type="dxa"/>
          </w:tcPr>
          <w:p w14:paraId="19FBC16F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16</w:t>
            </w:r>
          </w:p>
        </w:tc>
        <w:tc>
          <w:tcPr>
            <w:tcW w:w="5864" w:type="dxa"/>
          </w:tcPr>
          <w:p w14:paraId="6A388C59" w14:textId="6B2EAEF8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Undercarriage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起落架</w:t>
            </w:r>
            <w:proofErr w:type="spellEnd"/>
          </w:p>
        </w:tc>
        <w:tc>
          <w:tcPr>
            <w:tcW w:w="3358" w:type="dxa"/>
          </w:tcPr>
          <w:p w14:paraId="166D280C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1" w:type="dxa"/>
          </w:tcPr>
          <w:p w14:paraId="74A6158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130BDFC8" w14:textId="77777777" w:rsidTr="00091E1A">
        <w:tc>
          <w:tcPr>
            <w:tcW w:w="569" w:type="dxa"/>
          </w:tcPr>
          <w:p w14:paraId="5AF963F6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17</w:t>
            </w:r>
          </w:p>
        </w:tc>
        <w:tc>
          <w:tcPr>
            <w:tcW w:w="5864" w:type="dxa"/>
          </w:tcPr>
          <w:p w14:paraId="2C7CC7C2" w14:textId="1B1626AB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Fuselage (Lower, LHS, Upper, RHS)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機身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外型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r w:rsidR="00AF71E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順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58" w:type="dxa"/>
          </w:tcPr>
          <w:p w14:paraId="4A082CD3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1" w:type="dxa"/>
          </w:tcPr>
          <w:p w14:paraId="36AC8234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0A9C24D2" w14:textId="77777777" w:rsidTr="00091E1A">
        <w:tc>
          <w:tcPr>
            <w:tcW w:w="569" w:type="dxa"/>
          </w:tcPr>
          <w:p w14:paraId="4994BBCB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18</w:t>
            </w:r>
          </w:p>
        </w:tc>
        <w:tc>
          <w:tcPr>
            <w:tcW w:w="5864" w:type="dxa"/>
          </w:tcPr>
          <w:p w14:paraId="69F5472A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Antennas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所有天線</w:t>
            </w:r>
            <w:proofErr w:type="spellEnd"/>
          </w:p>
        </w:tc>
        <w:tc>
          <w:tcPr>
            <w:tcW w:w="3358" w:type="dxa"/>
          </w:tcPr>
          <w:p w14:paraId="01B81018" w14:textId="77777777" w:rsidR="00091E1A" w:rsidRPr="007A442F" w:rsidRDefault="00091E1A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1" w:type="dxa"/>
          </w:tcPr>
          <w:p w14:paraId="0D4E2989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91E1A" w:rsidRPr="007A442F" w14:paraId="46EAB714" w14:textId="77777777" w:rsidTr="00091E1A">
        <w:tc>
          <w:tcPr>
            <w:tcW w:w="569" w:type="dxa"/>
          </w:tcPr>
          <w:p w14:paraId="5318469A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21</w:t>
            </w:r>
          </w:p>
        </w:tc>
        <w:tc>
          <w:tcPr>
            <w:tcW w:w="5864" w:type="dxa"/>
          </w:tcPr>
          <w:p w14:paraId="65596AC5" w14:textId="793ED5A3" w:rsidR="00091E1A" w:rsidRPr="007A442F" w:rsidRDefault="0080211F" w:rsidP="00091E1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R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u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nup</w:t>
            </w:r>
            <w:r w:rsidR="00B451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Area、</w:t>
            </w:r>
            <w:r w:rsidR="00091E1A">
              <w:rPr>
                <w:rFonts w:ascii="標楷體" w:eastAsia="標楷體" w:hAnsi="標楷體"/>
                <w:sz w:val="20"/>
                <w:szCs w:val="20"/>
                <w:lang w:eastAsia="zh-TW"/>
              </w:rPr>
              <w:t>T</w:t>
            </w:r>
            <w:r w:rsidR="00091E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axiway</w:t>
            </w:r>
            <w:r w:rsidR="00B4518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、Runway Area/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試車區、</w:t>
            </w:r>
            <w:r w:rsidR="00091E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滑行道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、跑道區域</w:t>
            </w:r>
          </w:p>
        </w:tc>
        <w:tc>
          <w:tcPr>
            <w:tcW w:w="3358" w:type="dxa"/>
          </w:tcPr>
          <w:p w14:paraId="3261E5D4" w14:textId="7B96B883" w:rsidR="00091E1A" w:rsidRPr="007A442F" w:rsidRDefault="0080211F" w:rsidP="00091E1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Secured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Clear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安全且淨空</w:t>
            </w:r>
            <w:proofErr w:type="gramEnd"/>
          </w:p>
        </w:tc>
        <w:tc>
          <w:tcPr>
            <w:tcW w:w="711" w:type="dxa"/>
          </w:tcPr>
          <w:p w14:paraId="70BABCD2" w14:textId="77777777" w:rsidR="00091E1A" w:rsidRPr="007A442F" w:rsidRDefault="00091E1A" w:rsidP="00091E1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7FACAC7" w14:textId="65C18292" w:rsidR="00190064" w:rsidRDefault="00190064">
      <w:pPr>
        <w:rPr>
          <w:rFonts w:ascii="標楷體" w:eastAsia="標楷體" w:hAnsi="標楷體"/>
          <w:b/>
          <w:bCs/>
          <w:sz w:val="28"/>
          <w:szCs w:val="28"/>
          <w:lang w:eastAsia="zh-TW"/>
        </w:rPr>
      </w:pPr>
    </w:p>
    <w:p w14:paraId="557D4277" w14:textId="30AE7059" w:rsidR="00190064" w:rsidRPr="00190064" w:rsidRDefault="00190064" w:rsidP="00190064">
      <w:pPr>
        <w:spacing w:line="240" w:lineRule="auto"/>
        <w:jc w:val="both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 w:rsidRPr="00190064">
        <w:rPr>
          <w:rFonts w:ascii="標楷體" w:eastAsia="標楷體" w:hAnsi="標楷體"/>
          <w:b/>
          <w:bCs/>
          <w:sz w:val="24"/>
          <w:szCs w:val="24"/>
          <w:lang w:eastAsia="zh-TW"/>
        </w:rPr>
        <w:t>重點提示</w:t>
      </w:r>
      <w:r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/</w:t>
      </w:r>
      <w:r w:rsidRPr="00190064">
        <w:rPr>
          <w:rFonts w:ascii="標楷體" w:eastAsia="標楷體" w:hAnsi="標楷體"/>
          <w:b/>
          <w:bCs/>
          <w:sz w:val="24"/>
          <w:szCs w:val="24"/>
          <w:lang w:eastAsia="zh-TW"/>
        </w:rPr>
        <w:t>Important Notes</w:t>
      </w:r>
      <w:r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:</w:t>
      </w:r>
    </w:p>
    <w:p w14:paraId="4704D54D" w14:textId="73200D57" w:rsidR="00EE4641" w:rsidRDefault="001D3025" w:rsidP="00190064">
      <w:pPr>
        <w:spacing w:line="240" w:lineRule="auto"/>
        <w:jc w:val="both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ACC2A9" wp14:editId="6D00BDDD">
                <wp:simplePos x="0" y="0"/>
                <wp:positionH relativeFrom="column">
                  <wp:posOffset>3345581</wp:posOffset>
                </wp:positionH>
                <wp:positionV relativeFrom="paragraph">
                  <wp:posOffset>535973</wp:posOffset>
                </wp:positionV>
                <wp:extent cx="12032" cy="1524000"/>
                <wp:effectExtent l="76200" t="38100" r="83820" b="76200"/>
                <wp:wrapNone/>
                <wp:docPr id="1891745069" name="直線單箭頭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32" cy="1524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3347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8" o:spid="_x0000_s1026" type="#_x0000_t32" style="position:absolute;margin-left:263.45pt;margin-top:42.2pt;width:.95pt;height:120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" strokecolor="#e0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84FC7" wp14:editId="34E387CA">
                <wp:simplePos x="0" y="0"/>
                <wp:positionH relativeFrom="column">
                  <wp:posOffset>3981819</wp:posOffset>
                </wp:positionH>
                <wp:positionV relativeFrom="paragraph">
                  <wp:posOffset>1006942</wp:posOffset>
                </wp:positionV>
                <wp:extent cx="245996" cy="129151"/>
                <wp:effectExtent l="19050" t="38100" r="20955" b="42545"/>
                <wp:wrapNone/>
                <wp:docPr id="657682616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4614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EAF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7" o:spid="_x0000_s1026" type="#_x0000_t13" style="position:absolute;margin-left:313.55pt;margin-top:79.3pt;width:19.35pt;height:10.15pt;rotation:174174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DD7A8E" wp14:editId="5ACDE462">
                <wp:simplePos x="0" y="0"/>
                <wp:positionH relativeFrom="column">
                  <wp:posOffset>4310883</wp:posOffset>
                </wp:positionH>
                <wp:positionV relativeFrom="paragraph">
                  <wp:posOffset>1820077</wp:posOffset>
                </wp:positionV>
                <wp:extent cx="245996" cy="129151"/>
                <wp:effectExtent l="19050" t="19050" r="20955" b="42545"/>
                <wp:wrapNone/>
                <wp:docPr id="2022848340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1D8A" id="箭號: 向右 7" o:spid="_x0000_s1026" type="#_x0000_t13" style="position:absolute;margin-left:339.45pt;margin-top:143.3pt;width:19.35pt;height:10.1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66F7AF" wp14:editId="6B2BDAA5">
                <wp:simplePos x="0" y="0"/>
                <wp:positionH relativeFrom="column">
                  <wp:posOffset>2129156</wp:posOffset>
                </wp:positionH>
                <wp:positionV relativeFrom="paragraph">
                  <wp:posOffset>1118937</wp:posOffset>
                </wp:positionV>
                <wp:extent cx="245996" cy="129151"/>
                <wp:effectExtent l="19050" t="57150" r="1905" b="42545"/>
                <wp:wrapNone/>
                <wp:docPr id="780050057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90301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2727" id="箭號: 向右 7" o:spid="_x0000_s1026" type="#_x0000_t13" style="position:absolute;margin-left:167.65pt;margin-top:88.1pt;width:19.35pt;height:10.15pt;rotation:-1648994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986EF7" wp14:editId="5E0C49F0">
                <wp:simplePos x="0" y="0"/>
                <wp:positionH relativeFrom="column">
                  <wp:posOffset>1599798</wp:posOffset>
                </wp:positionH>
                <wp:positionV relativeFrom="paragraph">
                  <wp:posOffset>1872949</wp:posOffset>
                </wp:positionV>
                <wp:extent cx="245996" cy="129151"/>
                <wp:effectExtent l="19050" t="38100" r="20955" b="42545"/>
                <wp:wrapNone/>
                <wp:docPr id="263869713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655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5F85" id="箭號: 向右 7" o:spid="_x0000_s1026" type="#_x0000_t13" style="position:absolute;margin-left:125.95pt;margin-top:147.5pt;width:19.35pt;height:10.15pt;rotation:-1132936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1CBF9A" wp14:editId="1F47E451">
                <wp:simplePos x="0" y="0"/>
                <wp:positionH relativeFrom="column">
                  <wp:posOffset>2522922</wp:posOffset>
                </wp:positionH>
                <wp:positionV relativeFrom="paragraph">
                  <wp:posOffset>2071161</wp:posOffset>
                </wp:positionV>
                <wp:extent cx="245996" cy="129151"/>
                <wp:effectExtent l="19050" t="38100" r="20955" b="42545"/>
                <wp:wrapNone/>
                <wp:docPr id="535440630" name="箭號: 向右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27655">
                          <a:off x="0" y="0"/>
                          <a:ext cx="245996" cy="129151"/>
                        </a:xfrm>
                        <a:prstGeom prst="right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15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719C" id="箭號: 向右 7" o:spid="_x0000_s1026" type="#_x0000_t13" style="position:absolute;margin-left:198.65pt;margin-top:163.1pt;width:19.35pt;height:10.15pt;rotation:-1132936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" adj="15930" fillcolor="#e00" strokecolor="#e00" strokeweight="2pt"/>
            </w:pict>
          </mc:Fallback>
        </mc:AlternateContent>
      </w:r>
      <w:r>
        <w:rPr>
          <w:rFonts w:ascii="標楷體" w:eastAsia="標楷體" w:hAnsi="標楷體"/>
          <w:b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60CF5" wp14:editId="5733607D">
                <wp:simplePos x="0" y="0"/>
                <wp:positionH relativeFrom="column">
                  <wp:posOffset>1399210</wp:posOffset>
                </wp:positionH>
                <wp:positionV relativeFrom="paragraph">
                  <wp:posOffset>331435</wp:posOffset>
                </wp:positionV>
                <wp:extent cx="3844811" cy="1885698"/>
                <wp:effectExtent l="0" t="0" r="22860" b="19685"/>
                <wp:wrapNone/>
                <wp:docPr id="550008990" name="手繪多邊形: 圖案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811" cy="1885698"/>
                        </a:xfrm>
                        <a:custGeom>
                          <a:avLst/>
                          <a:gdLst>
                            <a:gd name="csX0" fmla="*/ 1080097 w 3844811"/>
                            <a:gd name="csY0" fmla="*/ 1584159 h 1885698"/>
                            <a:gd name="csX1" fmla="*/ 125592 w 3844811"/>
                            <a:gd name="csY1" fmla="*/ 1612233 h 1885698"/>
                            <a:gd name="csX2" fmla="*/ 153666 w 3844811"/>
                            <a:gd name="csY2" fmla="*/ 1259307 h 1885698"/>
                            <a:gd name="csX3" fmla="*/ 1433024 w 3844811"/>
                            <a:gd name="csY3" fmla="*/ 601581 h 1885698"/>
                            <a:gd name="csX4" fmla="*/ 1685687 w 3844811"/>
                            <a:gd name="csY4" fmla="*/ 220581 h 1885698"/>
                            <a:gd name="csX5" fmla="*/ 1934339 w 3844811"/>
                            <a:gd name="csY5" fmla="*/ 2 h 1885698"/>
                            <a:gd name="csX6" fmla="*/ 2207055 w 3844811"/>
                            <a:gd name="csY6" fmla="*/ 216570 h 1885698"/>
                            <a:gd name="csX7" fmla="*/ 2439666 w 3844811"/>
                            <a:gd name="csY7" fmla="*/ 609602 h 1885698"/>
                            <a:gd name="csX8" fmla="*/ 3702982 w 3844811"/>
                            <a:gd name="csY8" fmla="*/ 1231233 h 1885698"/>
                            <a:gd name="csX9" fmla="*/ 3706992 w 3844811"/>
                            <a:gd name="csY9" fmla="*/ 1564107 h 1885698"/>
                            <a:gd name="csX10" fmla="*/ 2740455 w 3844811"/>
                            <a:gd name="csY10" fmla="*/ 1572128 h 1885698"/>
                            <a:gd name="csX11" fmla="*/ 2608108 w 3844811"/>
                            <a:gd name="csY11" fmla="*/ 1872917 h 1885698"/>
                            <a:gd name="csX12" fmla="*/ 1336771 w 3844811"/>
                            <a:gd name="csY12" fmla="*/ 1828802 h 1885698"/>
                            <a:gd name="csX13" fmla="*/ 1204424 w 3844811"/>
                            <a:gd name="csY13" fmla="*/ 1816770 h 1885698"/>
                            <a:gd name="csX14" fmla="*/ 1196403 w 3844811"/>
                            <a:gd name="csY14" fmla="*/ 1812759 h 1885698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</a:cxnLst>
                          <a:rect l="l" t="t" r="r" b="b"/>
                          <a:pathLst>
                            <a:path w="3844811" h="1885698">
                              <a:moveTo>
                                <a:pt x="1080097" y="1584159"/>
                              </a:moveTo>
                              <a:cubicBezTo>
                                <a:pt x="680047" y="1625267"/>
                                <a:pt x="279997" y="1666375"/>
                                <a:pt x="125592" y="1612233"/>
                              </a:cubicBezTo>
                              <a:cubicBezTo>
                                <a:pt x="-28813" y="1558091"/>
                                <a:pt x="-64239" y="1427749"/>
                                <a:pt x="153666" y="1259307"/>
                              </a:cubicBezTo>
                              <a:cubicBezTo>
                                <a:pt x="371571" y="1090865"/>
                                <a:pt x="1177687" y="774702"/>
                                <a:pt x="1433024" y="601581"/>
                              </a:cubicBezTo>
                              <a:cubicBezTo>
                                <a:pt x="1688361" y="428460"/>
                                <a:pt x="1602135" y="320844"/>
                                <a:pt x="1685687" y="220581"/>
                              </a:cubicBezTo>
                              <a:cubicBezTo>
                                <a:pt x="1769240" y="120318"/>
                                <a:pt x="1847444" y="670"/>
                                <a:pt x="1934339" y="2"/>
                              </a:cubicBezTo>
                              <a:cubicBezTo>
                                <a:pt x="2021234" y="-666"/>
                                <a:pt x="2122834" y="114970"/>
                                <a:pt x="2207055" y="216570"/>
                              </a:cubicBezTo>
                              <a:cubicBezTo>
                                <a:pt x="2291276" y="318170"/>
                                <a:pt x="2190345" y="440491"/>
                                <a:pt x="2439666" y="609602"/>
                              </a:cubicBezTo>
                              <a:cubicBezTo>
                                <a:pt x="2688987" y="778712"/>
                                <a:pt x="3491761" y="1072149"/>
                                <a:pt x="3702982" y="1231233"/>
                              </a:cubicBezTo>
                              <a:cubicBezTo>
                                <a:pt x="3914203" y="1390317"/>
                                <a:pt x="3867413" y="1507291"/>
                                <a:pt x="3706992" y="1564107"/>
                              </a:cubicBezTo>
                              <a:cubicBezTo>
                                <a:pt x="3546571" y="1620923"/>
                                <a:pt x="2923602" y="1520660"/>
                                <a:pt x="2740455" y="1572128"/>
                              </a:cubicBezTo>
                              <a:cubicBezTo>
                                <a:pt x="2557308" y="1623596"/>
                                <a:pt x="2842055" y="1830138"/>
                                <a:pt x="2608108" y="1872917"/>
                              </a:cubicBezTo>
                              <a:cubicBezTo>
                                <a:pt x="2374161" y="1915696"/>
                                <a:pt x="1570718" y="1838160"/>
                                <a:pt x="1336771" y="1828802"/>
                              </a:cubicBezTo>
                              <a:cubicBezTo>
                                <a:pt x="1102824" y="1819444"/>
                                <a:pt x="1227819" y="1819444"/>
                                <a:pt x="1204424" y="1816770"/>
                              </a:cubicBezTo>
                              <a:cubicBezTo>
                                <a:pt x="1181029" y="1814096"/>
                                <a:pt x="1188716" y="1813427"/>
                                <a:pt x="1196403" y="1812759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F155" id="手繪多邊形: 圖案 6" o:spid="_x0000_s1026" style="position:absolute;margin-left:110.15pt;margin-top:26.1pt;width:302.75pt;height:14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4811,1885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" path="m1080097,1584159v-400050,41108,-800100,82216,-954505,28074c-28813,1558091,-64239,1427749,153666,1259307,371571,1090865,1177687,774702,1433024,601581,1688361,428460,1602135,320844,1685687,220581,1769240,120318,1847444,670,1934339,2v86895,-668,188495,114968,272716,216568c2291276,318170,2190345,440491,2439666,609602v249321,169110,1052095,462547,1263316,621631c3914203,1390317,3867413,1507291,3706992,1564107v-160421,56816,-783390,-43447,-966537,8021c2557308,1623596,2842055,1830138,2608108,1872917v-233947,42779,-1037390,-34757,-1271337,-44115c1102824,1819444,1227819,1819444,1204424,1816770v-23395,-2674,-15708,-3343,-8021,-4011e" filled="f" strokecolor="#bc4542 [3045]">
                <v:path arrowok="t" o:connecttype="custom" o:connectlocs="1080097,1584159;125592,1612233;153666,1259307;1433024,601581;1685687,220581;1934339,2;2207055,216570;2439666,609602;3702982,1231233;3706992,1564107;2740455,1572128;2608108,1872917;1336771,1828802;1204424,1816770;1196403,1812759" o:connectangles="0,0,0,0,0,0,0,0,0,0,0,0,0,0,0"/>
              </v:shape>
            </w:pict>
          </mc:Fallback>
        </mc:AlternateContent>
      </w:r>
      <w:r w:rsidR="00190064">
        <w:rPr>
          <w:rFonts w:ascii="標楷體" w:eastAsia="標楷體" w:hAnsi="標楷體"/>
          <w:b/>
          <w:noProof/>
          <w:sz w:val="20"/>
          <w:szCs w:val="20"/>
          <w:lang w:eastAsia="zh-TW"/>
        </w:rPr>
        <w:drawing>
          <wp:anchor distT="0" distB="0" distL="114300" distR="114300" simplePos="0" relativeHeight="251661312" behindDoc="0" locked="0" layoutInCell="1" allowOverlap="1" wp14:anchorId="22610D81" wp14:editId="7CEC24E6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6675120" cy="2010410"/>
            <wp:effectExtent l="0" t="0" r="0" b="8890"/>
            <wp:wrapSquare wrapText="bothSides"/>
            <wp:docPr id="3677079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776927" name="圖片 2547769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6EE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順時針</w:t>
      </w:r>
      <w:r w:rsidR="00AD7BBA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360</w:t>
      </w:r>
      <w:r w:rsidR="008A3497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°檢查</w:t>
      </w:r>
      <w:r w:rsidR="0023251D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/360°</w:t>
      </w:r>
      <w:proofErr w:type="spellStart"/>
      <w:r w:rsidR="00E374A2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Cloclwise</w:t>
      </w:r>
      <w:proofErr w:type="spellEnd"/>
      <w:r w:rsidR="00E374A2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23251D" w:rsidRPr="00190064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check(from left to right、from back to front)</w:t>
      </w: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2"/>
        <w:gridCol w:w="3369"/>
        <w:gridCol w:w="712"/>
      </w:tblGrid>
      <w:tr w:rsidR="000210AC" w:rsidRPr="007A442F" w14:paraId="2FC36DC4" w14:textId="77777777" w:rsidTr="00AD7BBA">
        <w:tc>
          <w:tcPr>
            <w:tcW w:w="10502" w:type="dxa"/>
            <w:gridSpan w:val="4"/>
            <w:shd w:val="clear" w:color="auto" w:fill="1B365D"/>
          </w:tcPr>
          <w:p w14:paraId="4BFFCF60" w14:textId="74E33078" w:rsidR="000210AC" w:rsidRPr="007A442F" w:rsidRDefault="00ED007B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4.  </w:t>
            </w:r>
            <w:r w:rsidR="001B4D0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Left Wing</w:t>
            </w:r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/ </w:t>
            </w:r>
            <w:proofErr w:type="spellStart"/>
            <w:r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左側機翼</w:t>
            </w:r>
            <w:proofErr w:type="spellEnd"/>
          </w:p>
        </w:tc>
      </w:tr>
      <w:tr w:rsidR="000210AC" w:rsidRPr="007A442F" w14:paraId="149A63C0" w14:textId="77777777" w:rsidTr="00AD7BBA">
        <w:tc>
          <w:tcPr>
            <w:tcW w:w="569" w:type="dxa"/>
          </w:tcPr>
          <w:p w14:paraId="7756D483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59239D66" w14:textId="3A3256C9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2276C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2E27F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369" w:type="dxa"/>
          </w:tcPr>
          <w:p w14:paraId="465A3CF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EE22461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6FC9ECF4" w14:textId="77777777" w:rsidTr="00AD7BBA">
        <w:tc>
          <w:tcPr>
            <w:tcW w:w="569" w:type="dxa"/>
          </w:tcPr>
          <w:p w14:paraId="01F16D4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2" w:type="dxa"/>
          </w:tcPr>
          <w:p w14:paraId="25FB17CA" w14:textId="3A07534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 (</w:t>
            </w:r>
            <w:proofErr w:type="spellStart"/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2CCC5AA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6BF9BD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43E2F58" w14:textId="77777777" w:rsidTr="00AD7BBA">
        <w:tc>
          <w:tcPr>
            <w:tcW w:w="569" w:type="dxa"/>
          </w:tcPr>
          <w:p w14:paraId="7BE6327B" w14:textId="0F20BBE1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2" w:type="dxa"/>
          </w:tcPr>
          <w:p w14:paraId="56B06E39" w14:textId="017DC1F5" w:rsidR="008E7722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492B8927" w14:textId="5D3FC6E9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369" w:type="dxa"/>
          </w:tcPr>
          <w:p w14:paraId="2639695F" w14:textId="09D5297E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38C30F1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</w:p>
        </w:tc>
      </w:tr>
      <w:tr w:rsidR="008E7722" w:rsidRPr="007A442F" w14:paraId="0DA17A5B" w14:textId="77777777" w:rsidTr="00AD7BBA">
        <w:tc>
          <w:tcPr>
            <w:tcW w:w="569" w:type="dxa"/>
          </w:tcPr>
          <w:p w14:paraId="30943DC9" w14:textId="70D4A7C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2" w:type="dxa"/>
          </w:tcPr>
          <w:p w14:paraId="42130649" w14:textId="4F26660B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 w:rsidR="002E27F3"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="002E27F3"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369" w:type="dxa"/>
          </w:tcPr>
          <w:p w14:paraId="6EE4F62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60C556D8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CFC9D17" w14:textId="77777777" w:rsidTr="00AD7BBA">
        <w:tc>
          <w:tcPr>
            <w:tcW w:w="569" w:type="dxa"/>
          </w:tcPr>
          <w:p w14:paraId="06DFBF64" w14:textId="0CC75F0C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2" w:type="dxa"/>
          </w:tcPr>
          <w:p w14:paraId="50BE19F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369" w:type="dxa"/>
          </w:tcPr>
          <w:p w14:paraId="27F82E18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770D1C1E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E97471" w14:textId="77777777" w:rsidTr="00AD7BBA">
        <w:tc>
          <w:tcPr>
            <w:tcW w:w="569" w:type="dxa"/>
          </w:tcPr>
          <w:p w14:paraId="12234E4E" w14:textId="32592D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2" w:type="dxa"/>
          </w:tcPr>
          <w:p w14:paraId="6F7FBCBB" w14:textId="623F45B5" w:rsidR="008E7722" w:rsidRPr="003F2BF4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12784D32" w14:textId="77777777" w:rsidR="008E7722" w:rsidRPr="003F2BF4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3F2BF4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712" w:type="dxa"/>
          </w:tcPr>
          <w:p w14:paraId="2C36230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CB1E282" w14:textId="77777777" w:rsidTr="00AD7BBA">
        <w:tc>
          <w:tcPr>
            <w:tcW w:w="569" w:type="dxa"/>
          </w:tcPr>
          <w:p w14:paraId="1E24EACB" w14:textId="325F02B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2" w:type="dxa"/>
          </w:tcPr>
          <w:p w14:paraId="09503C2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369" w:type="dxa"/>
          </w:tcPr>
          <w:p w14:paraId="661F4AF3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712" w:type="dxa"/>
          </w:tcPr>
          <w:p w14:paraId="598B366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38F02C5" w14:textId="77777777" w:rsidTr="00AD7BBA">
        <w:tc>
          <w:tcPr>
            <w:tcW w:w="569" w:type="dxa"/>
          </w:tcPr>
          <w:p w14:paraId="5F4B62B3" w14:textId="29E7E29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2" w:type="dxa"/>
          </w:tcPr>
          <w:p w14:paraId="6A16662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785B0E42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583EFD79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71C2072" w14:textId="77777777" w:rsidTr="00AD7BBA">
        <w:tc>
          <w:tcPr>
            <w:tcW w:w="569" w:type="dxa"/>
          </w:tcPr>
          <w:p w14:paraId="206A040E" w14:textId="15A69F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52" w:type="dxa"/>
          </w:tcPr>
          <w:p w14:paraId="1E2A415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561864B1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Play Present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無間隙</w:t>
            </w:r>
            <w:proofErr w:type="spellEnd"/>
          </w:p>
        </w:tc>
        <w:tc>
          <w:tcPr>
            <w:tcW w:w="712" w:type="dxa"/>
          </w:tcPr>
          <w:p w14:paraId="00DBB0D9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65E6BB24" w14:textId="77777777" w:rsidTr="00AD7BBA">
        <w:tc>
          <w:tcPr>
            <w:tcW w:w="569" w:type="dxa"/>
          </w:tcPr>
          <w:p w14:paraId="5D155DF3" w14:textId="62CB0213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2" w:type="dxa"/>
          </w:tcPr>
          <w:p w14:paraId="17C222E3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369" w:type="dxa"/>
          </w:tcPr>
          <w:p w14:paraId="0DC113F8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4327B8BB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B77421A" w14:textId="77777777" w:rsidTr="00AD7BBA">
        <w:tc>
          <w:tcPr>
            <w:tcW w:w="569" w:type="dxa"/>
          </w:tcPr>
          <w:p w14:paraId="5FA652C8" w14:textId="3854D696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11</w:t>
            </w:r>
          </w:p>
        </w:tc>
        <w:tc>
          <w:tcPr>
            <w:tcW w:w="5852" w:type="dxa"/>
          </w:tcPr>
          <w:p w14:paraId="0AC2A26B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369" w:type="dxa"/>
          </w:tcPr>
          <w:p w14:paraId="67DD9B97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712" w:type="dxa"/>
          </w:tcPr>
          <w:p w14:paraId="3BA6DCF4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2292AC37" w14:textId="77777777" w:rsidTr="00AD7BBA">
        <w:tc>
          <w:tcPr>
            <w:tcW w:w="569" w:type="dxa"/>
          </w:tcPr>
          <w:p w14:paraId="792FA187" w14:textId="0703EB8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12</w:t>
            </w:r>
          </w:p>
        </w:tc>
        <w:tc>
          <w:tcPr>
            <w:tcW w:w="5852" w:type="dxa"/>
          </w:tcPr>
          <w:p w14:paraId="3354C03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Surfaces &amp; Hinges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控制面與鉸鏈</w:t>
            </w:r>
            <w:proofErr w:type="spellEnd"/>
          </w:p>
        </w:tc>
        <w:tc>
          <w:tcPr>
            <w:tcW w:w="3369" w:type="dxa"/>
          </w:tcPr>
          <w:p w14:paraId="555DCCED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Operate Smoothly, No Wear or Damage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運作順暢，無磨損或損壞</w:t>
            </w:r>
            <w:proofErr w:type="spellEnd"/>
          </w:p>
        </w:tc>
        <w:tc>
          <w:tcPr>
            <w:tcW w:w="712" w:type="dxa"/>
          </w:tcPr>
          <w:p w14:paraId="0A8B71A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010CEE41" w14:textId="77777777" w:rsidTr="00AD7BBA">
        <w:tc>
          <w:tcPr>
            <w:tcW w:w="569" w:type="dxa"/>
          </w:tcPr>
          <w:p w14:paraId="6E092C68" w14:textId="3BE2CBF0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2" w:type="dxa"/>
          </w:tcPr>
          <w:p w14:paraId="70F98BB0" w14:textId="7AF84DE4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左主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輪胎</w:t>
            </w:r>
            <w:proofErr w:type="gramEnd"/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壓/</w:t>
            </w:r>
            <w:r w:rsidR="006426D2">
              <w:t xml:space="preserve"> </w:t>
            </w:r>
            <w:r>
              <w:rPr>
                <w:rFonts w:ascii="新細明體" w:eastAsia="新細明體" w:hAnsi="新細明體" w:hint="eastAsia"/>
                <w:lang w:eastAsia="zh-TW"/>
              </w:rPr>
              <w:t>L</w:t>
            </w:r>
            <w:r>
              <w:rPr>
                <w:rFonts w:ascii="微軟正黑體" w:eastAsia="微軟正黑體" w:hAnsi="微軟正黑體" w:cs="微軟正黑體" w:hint="eastAsia"/>
                <w:lang w:eastAsia="zh-TW"/>
              </w:rPr>
              <w:t>eft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main 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tire pressure</w:t>
            </w:r>
            <w:r w:rsidR="00792E47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(燈?)</w:t>
            </w:r>
          </w:p>
        </w:tc>
        <w:tc>
          <w:tcPr>
            <w:tcW w:w="3369" w:type="dxa"/>
          </w:tcPr>
          <w:p w14:paraId="3070CD29" w14:textId="16116ED0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727B58DC" w14:textId="35D4CD3F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2FAD1703" w14:textId="77777777" w:rsidTr="00AD7BBA">
        <w:tc>
          <w:tcPr>
            <w:tcW w:w="569" w:type="dxa"/>
          </w:tcPr>
          <w:p w14:paraId="0FC8320E" w14:textId="26B73796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2" w:type="dxa"/>
          </w:tcPr>
          <w:p w14:paraId="0E350C38" w14:textId="5F62268A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左主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</w:t>
            </w:r>
            <w:proofErr w:type="gramEnd"/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</w:t>
            </w:r>
            <w:r w:rsidR="006426D2">
              <w:t xml:space="preserve"> </w:t>
            </w:r>
            <w:r>
              <w:rPr>
                <w:rFonts w:eastAsia="新細明體" w:hint="eastAsia"/>
                <w:lang w:eastAsia="zh-TW"/>
              </w:rPr>
              <w:t xml:space="preserve">Left main 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="006426D2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69" w:type="dxa"/>
          </w:tcPr>
          <w:p w14:paraId="24227E9C" w14:textId="13132F19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5A5FFE56" w14:textId="62029FB5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6426D2" w:rsidRPr="007A442F" w14:paraId="1076C464" w14:textId="77777777" w:rsidTr="00AD7BBA">
        <w:tc>
          <w:tcPr>
            <w:tcW w:w="569" w:type="dxa"/>
          </w:tcPr>
          <w:p w14:paraId="3652C08F" w14:textId="63335738" w:rsidR="006426D2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2" w:type="dxa"/>
          </w:tcPr>
          <w:p w14:paraId="1FB20E62" w14:textId="484ED984" w:rsidR="006426D2" w:rsidRPr="007A442F" w:rsidRDefault="00562106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</w:t>
            </w:r>
            <w:r w:rsidR="006426D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輪擋/</w:t>
            </w:r>
            <w:r w:rsidR="006426D2">
              <w:t xml:space="preserve"> </w:t>
            </w:r>
            <w:r>
              <w:rPr>
                <w:rFonts w:eastAsia="新細明體" w:hint="eastAsia"/>
                <w:lang w:eastAsia="zh-TW"/>
              </w:rPr>
              <w:t xml:space="preserve">Left </w:t>
            </w:r>
            <w:r w:rsidR="006426D2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69" w:type="dxa"/>
          </w:tcPr>
          <w:p w14:paraId="0CDE96AD" w14:textId="6D1958FD" w:rsidR="006426D2" w:rsidRPr="007A442F" w:rsidRDefault="006426D2" w:rsidP="006426D2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524732DA" w14:textId="0077E62A" w:rsidR="006426D2" w:rsidRPr="007A442F" w:rsidRDefault="006426D2" w:rsidP="006426D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39C9D4E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6"/>
        <w:gridCol w:w="5853"/>
        <w:gridCol w:w="3371"/>
        <w:gridCol w:w="712"/>
      </w:tblGrid>
      <w:tr w:rsidR="000210AC" w:rsidRPr="007A442F" w14:paraId="14B264F9" w14:textId="77777777" w:rsidTr="0094697C">
        <w:tc>
          <w:tcPr>
            <w:tcW w:w="10502" w:type="dxa"/>
            <w:gridSpan w:val="4"/>
            <w:shd w:val="clear" w:color="auto" w:fill="1B365D"/>
          </w:tcPr>
          <w:p w14:paraId="0A4BB02D" w14:textId="4676E60A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 xml:space="preserve">5. 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PILOT CAMERA</w:t>
            </w:r>
            <w:r w:rsidR="00136AAF" w:rsidRPr="00136AA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(Nose position)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飛行員攝影機</w:t>
            </w:r>
            <w:proofErr w:type="spellEnd"/>
            <w:r w:rsidR="00994420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(機頭位置)</w:t>
            </w:r>
          </w:p>
        </w:tc>
      </w:tr>
      <w:tr w:rsidR="000210AC" w:rsidRPr="007A442F" w14:paraId="778E3327" w14:textId="77777777" w:rsidTr="0094697C">
        <w:tc>
          <w:tcPr>
            <w:tcW w:w="566" w:type="dxa"/>
          </w:tcPr>
          <w:p w14:paraId="1AD867E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3" w:type="dxa"/>
          </w:tcPr>
          <w:p w14:paraId="7B1681F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Support &amp; Cover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支架與護蓋</w:t>
            </w:r>
            <w:proofErr w:type="spellEnd"/>
          </w:p>
        </w:tc>
        <w:tc>
          <w:tcPr>
            <w:tcW w:w="3371" w:type="dxa"/>
          </w:tcPr>
          <w:p w14:paraId="2984253D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4D95669B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7ED31E25" w14:textId="77777777" w:rsidTr="0094697C">
        <w:tc>
          <w:tcPr>
            <w:tcW w:w="566" w:type="dxa"/>
          </w:tcPr>
          <w:p w14:paraId="254D601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3" w:type="dxa"/>
          </w:tcPr>
          <w:p w14:paraId="246D4FF8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</w:t>
            </w:r>
            <w:proofErr w:type="spellEnd"/>
          </w:p>
        </w:tc>
        <w:tc>
          <w:tcPr>
            <w:tcW w:w="3371" w:type="dxa"/>
          </w:tcPr>
          <w:p w14:paraId="10A1943F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 Correctly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對齊正確</w:t>
            </w:r>
            <w:proofErr w:type="spellEnd"/>
          </w:p>
        </w:tc>
        <w:tc>
          <w:tcPr>
            <w:tcW w:w="712" w:type="dxa"/>
          </w:tcPr>
          <w:p w14:paraId="21C0DC6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F1A80D2" w14:textId="77777777" w:rsidTr="0094697C">
        <w:tc>
          <w:tcPr>
            <w:tcW w:w="566" w:type="dxa"/>
          </w:tcPr>
          <w:p w14:paraId="0438786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3" w:type="dxa"/>
          </w:tcPr>
          <w:p w14:paraId="056F4D0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371" w:type="dxa"/>
          </w:tcPr>
          <w:p w14:paraId="19EBB275" w14:textId="5BB3A293" w:rsidR="000210AC" w:rsidRPr="007A442F" w:rsidRDefault="00136AAF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Clean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乾淨</w:t>
            </w:r>
            <w:proofErr w:type="spellStart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0229F7F7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4697C" w:rsidRPr="007A442F" w14:paraId="4425C114" w14:textId="77777777" w:rsidTr="0094697C">
        <w:tc>
          <w:tcPr>
            <w:tcW w:w="566" w:type="dxa"/>
          </w:tcPr>
          <w:p w14:paraId="56CCB3B5" w14:textId="77777777" w:rsidR="0094697C" w:rsidRPr="007A442F" w:rsidRDefault="0094697C" w:rsidP="0094697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3" w:type="dxa"/>
          </w:tcPr>
          <w:p w14:paraId="0617192C" w14:textId="77777777" w:rsidR="0094697C" w:rsidRPr="007A442F" w:rsidRDefault="0094697C" w:rsidP="009469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Camera Lens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攝影機鏡頭</w:t>
            </w:r>
            <w:proofErr w:type="spellEnd"/>
          </w:p>
        </w:tc>
        <w:tc>
          <w:tcPr>
            <w:tcW w:w="3371" w:type="dxa"/>
          </w:tcPr>
          <w:p w14:paraId="3F2D6E79" w14:textId="325EF601" w:rsidR="0094697C" w:rsidRPr="007A442F" w:rsidRDefault="0094697C" w:rsidP="0094697C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Fog, Moisture or Residue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無起霧、濕氣或殘留物</w:t>
            </w:r>
            <w:proofErr w:type="spellEnd"/>
          </w:p>
        </w:tc>
        <w:tc>
          <w:tcPr>
            <w:tcW w:w="712" w:type="dxa"/>
          </w:tcPr>
          <w:p w14:paraId="4CF3E85B" w14:textId="77777777" w:rsidR="0094697C" w:rsidRPr="007A442F" w:rsidRDefault="0094697C" w:rsidP="0094697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2BF14FB9" w14:textId="77777777" w:rsidTr="0094697C">
        <w:tc>
          <w:tcPr>
            <w:tcW w:w="566" w:type="dxa"/>
          </w:tcPr>
          <w:p w14:paraId="4928499D" w14:textId="2C6F308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53" w:type="dxa"/>
          </w:tcPr>
          <w:p w14:paraId="299CFA1B" w14:textId="3C0018A9" w:rsidR="00A965A7" w:rsidRPr="007A442F" w:rsidRDefault="00A965A7" w:rsidP="0089009F">
            <w:pPr>
              <w:tabs>
                <w:tab w:val="center" w:pos="2818"/>
              </w:tabs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輪胎壓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t xml:space="preserve">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tire pressure</w:t>
            </w:r>
          </w:p>
        </w:tc>
        <w:tc>
          <w:tcPr>
            <w:tcW w:w="3371" w:type="dxa"/>
          </w:tcPr>
          <w:p w14:paraId="0633B122" w14:textId="0EA71224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081F183B" w14:textId="3A6FA7F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3955E294" w14:textId="77777777" w:rsidTr="0094697C">
        <w:tc>
          <w:tcPr>
            <w:tcW w:w="566" w:type="dxa"/>
          </w:tcPr>
          <w:p w14:paraId="4E64AC59" w14:textId="688AE9F2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3" w:type="dxa"/>
          </w:tcPr>
          <w:p w14:paraId="0734AA00" w14:textId="4AD6564D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鼻輪外觀</w:t>
            </w:r>
            <w:proofErr w:type="gramEnd"/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t xml:space="preserve">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Nose 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="0089009F"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71" w:type="dxa"/>
          </w:tcPr>
          <w:p w14:paraId="0A6A8969" w14:textId="41DAE6F9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34263898" w14:textId="05DBB933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1AD332D8" w14:textId="77777777" w:rsidTr="0094697C">
        <w:tc>
          <w:tcPr>
            <w:tcW w:w="566" w:type="dxa"/>
          </w:tcPr>
          <w:p w14:paraId="35DD34EC" w14:textId="595C8BBA" w:rsidR="00A965A7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3" w:type="dxa"/>
          </w:tcPr>
          <w:p w14:paraId="02441AFA" w14:textId="47DED838" w:rsidR="00A965A7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輪擋</w:t>
            </w:r>
            <w:proofErr w:type="gramEnd"/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17ECF">
              <w:t xml:space="preserve"> </w:t>
            </w:r>
            <w:r w:rsidR="00817ECF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71" w:type="dxa"/>
          </w:tcPr>
          <w:p w14:paraId="09CBA91D" w14:textId="39AAF785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65236B2B" w14:textId="6EE6712C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A965A7" w:rsidRPr="007A442F" w14:paraId="5AD3C6B3" w14:textId="77777777" w:rsidTr="0094697C">
        <w:tc>
          <w:tcPr>
            <w:tcW w:w="566" w:type="dxa"/>
          </w:tcPr>
          <w:p w14:paraId="797118A3" w14:textId="63C6C14D" w:rsidR="00A965A7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5853" w:type="dxa"/>
          </w:tcPr>
          <w:p w14:paraId="02CB2DF7" w14:textId="7DC9E082" w:rsidR="00A965A7" w:rsidRDefault="00A965A7" w:rsidP="00817ECF">
            <w:pPr>
              <w:tabs>
                <w:tab w:val="center" w:pos="2818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鼻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輪轉向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17ECF"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nose wheel steering</w:t>
            </w:r>
          </w:p>
        </w:tc>
        <w:tc>
          <w:tcPr>
            <w:tcW w:w="3371" w:type="dxa"/>
          </w:tcPr>
          <w:p w14:paraId="47AEFCE0" w14:textId="6E0D4E79" w:rsidR="00A965A7" w:rsidRPr="007A442F" w:rsidRDefault="00A965A7" w:rsidP="00A965A7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作動正常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89009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</w:p>
        </w:tc>
        <w:tc>
          <w:tcPr>
            <w:tcW w:w="712" w:type="dxa"/>
          </w:tcPr>
          <w:p w14:paraId="1F27F44C" w14:textId="5569BA6C" w:rsidR="00A965A7" w:rsidRPr="007A442F" w:rsidRDefault="00A965A7" w:rsidP="00A965A7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</w:tbl>
    <w:p w14:paraId="18727B3D" w14:textId="77777777" w:rsidR="000210AC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2"/>
        <w:gridCol w:w="3369"/>
        <w:gridCol w:w="712"/>
      </w:tblGrid>
      <w:tr w:rsidR="000210AC" w:rsidRPr="007A442F" w14:paraId="2C2E6733" w14:textId="77777777" w:rsidTr="008E7722">
        <w:tc>
          <w:tcPr>
            <w:tcW w:w="10502" w:type="dxa"/>
            <w:gridSpan w:val="4"/>
            <w:shd w:val="clear" w:color="auto" w:fill="1B365D"/>
          </w:tcPr>
          <w:p w14:paraId="7AEE89EE" w14:textId="42FB8700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6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</w:t>
            </w:r>
            <w:r w:rsidR="008E772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 xml:space="preserve">Right 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WING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右側機翼</w:t>
            </w:r>
            <w:proofErr w:type="spellEnd"/>
          </w:p>
        </w:tc>
      </w:tr>
      <w:tr w:rsidR="000210AC" w:rsidRPr="007A442F" w14:paraId="060453B4" w14:textId="77777777" w:rsidTr="008E7722">
        <w:tc>
          <w:tcPr>
            <w:tcW w:w="569" w:type="dxa"/>
          </w:tcPr>
          <w:p w14:paraId="0B39CD3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4381BD72" w14:textId="08EC482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(Leading Edge, 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前緣、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  <w:r w:rsidR="002276C2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2E27F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航行</w:t>
            </w:r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燈?</w:t>
            </w:r>
            <w:proofErr w:type="gramStart"/>
            <w:r w:rsidR="002E27F3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)左紅右綠</w:t>
            </w:r>
            <w:proofErr w:type="gramEnd"/>
          </w:p>
        </w:tc>
        <w:tc>
          <w:tcPr>
            <w:tcW w:w="3369" w:type="dxa"/>
          </w:tcPr>
          <w:p w14:paraId="634DA6C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5046E32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4AF12EB6" w14:textId="77777777" w:rsidTr="008E7722">
        <w:tc>
          <w:tcPr>
            <w:tcW w:w="569" w:type="dxa"/>
          </w:tcPr>
          <w:p w14:paraId="6F0BC434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2" w:type="dxa"/>
          </w:tcPr>
          <w:p w14:paraId="3172F85A" w14:textId="5AD7879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Ailerons (Both) (Upper, Trailing Edge, Lower)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副翼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上部、後緣、下部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22AE591B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159D346E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DF6741D" w14:textId="77777777" w:rsidTr="008E7722">
        <w:tc>
          <w:tcPr>
            <w:tcW w:w="569" w:type="dxa"/>
          </w:tcPr>
          <w:p w14:paraId="1BD4C475" w14:textId="2B558C2D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2" w:type="dxa"/>
          </w:tcPr>
          <w:p w14:paraId="552E2115" w14:textId="77777777" w:rsidR="008E7722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Flap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>Upper, Trailing Edge, Lower)</w:t>
            </w:r>
          </w:p>
          <w:p w14:paraId="4C817034" w14:textId="65B7F31A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襟翼</w:t>
            </w:r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(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上部、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  <w:lang w:eastAsia="zh-TW"/>
              </w:rPr>
              <w:t>後緣、下部)</w:t>
            </w:r>
          </w:p>
        </w:tc>
        <w:tc>
          <w:tcPr>
            <w:tcW w:w="3369" w:type="dxa"/>
          </w:tcPr>
          <w:p w14:paraId="1CBA6178" w14:textId="5CF6096E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53A059F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7722" w:rsidRPr="007A442F" w14:paraId="605855A3" w14:textId="77777777" w:rsidTr="008E7722">
        <w:tc>
          <w:tcPr>
            <w:tcW w:w="569" w:type="dxa"/>
          </w:tcPr>
          <w:p w14:paraId="2199D249" w14:textId="0BEF6894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2" w:type="dxa"/>
          </w:tcPr>
          <w:p w14:paraId="25251004" w14:textId="790CC109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Wing Tip LED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="002E27F3" w:rsidRPr="007A442F">
              <w:rPr>
                <w:rFonts w:ascii="標楷體" w:eastAsia="標楷體" w:hAnsi="標楷體"/>
                <w:sz w:val="20"/>
                <w:szCs w:val="20"/>
              </w:rPr>
              <w:t>翼尖</w:t>
            </w:r>
            <w:r w:rsidR="002E27F3">
              <w:rPr>
                <w:rFonts w:ascii="標楷體" w:eastAsia="標楷體" w:hAnsi="標楷體"/>
                <w:sz w:val="20"/>
                <w:szCs w:val="20"/>
              </w:rPr>
              <w:t>閃光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(</w:t>
            </w:r>
            <w:proofErr w:type="spellStart"/>
            <w:r w:rsidR="002E27F3">
              <w:rPr>
                <w:rFonts w:ascii="標楷體" w:eastAsia="標楷體" w:hAnsi="標楷體"/>
                <w:sz w:val="20"/>
                <w:szCs w:val="20"/>
              </w:rPr>
              <w:t>防撞</w:t>
            </w:r>
            <w:proofErr w:type="spellEnd"/>
            <w:r w:rsidR="002E27F3">
              <w:rPr>
                <w:rFonts w:ascii="標楷體" w:eastAsia="標楷體" w:hAnsi="標楷體"/>
                <w:sz w:val="20"/>
                <w:szCs w:val="20"/>
              </w:rPr>
              <w:t>)燈</w:t>
            </w:r>
          </w:p>
        </w:tc>
        <w:tc>
          <w:tcPr>
            <w:tcW w:w="3369" w:type="dxa"/>
          </w:tcPr>
          <w:p w14:paraId="19E42699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60A97773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67A2229" w14:textId="77777777" w:rsidTr="008E7722">
        <w:tc>
          <w:tcPr>
            <w:tcW w:w="569" w:type="dxa"/>
          </w:tcPr>
          <w:p w14:paraId="37DA2668" w14:textId="7A8B9B2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2" w:type="dxa"/>
          </w:tcPr>
          <w:p w14:paraId="4700359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伺服馬達</w:t>
            </w:r>
            <w:proofErr w:type="spellEnd"/>
          </w:p>
        </w:tc>
        <w:tc>
          <w:tcPr>
            <w:tcW w:w="3369" w:type="dxa"/>
          </w:tcPr>
          <w:p w14:paraId="6E153C45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3FB60F6A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586F26DD" w14:textId="77777777" w:rsidTr="008E7722">
        <w:tc>
          <w:tcPr>
            <w:tcW w:w="569" w:type="dxa"/>
          </w:tcPr>
          <w:p w14:paraId="567D51C4" w14:textId="58CC1982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2" w:type="dxa"/>
          </w:tcPr>
          <w:p w14:paraId="20B6A200" w14:textId="02CF03F5" w:rsidR="008E7722" w:rsidRPr="008E7722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Servo Covers (Covers 0.3 Nm Torque)</w:t>
            </w:r>
            <w:r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伺服馬達護蓋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護蓋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0.3 Nm </w:t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</w:p>
        </w:tc>
        <w:tc>
          <w:tcPr>
            <w:tcW w:w="3369" w:type="dxa"/>
          </w:tcPr>
          <w:p w14:paraId="19718CA7" w14:textId="77777777" w:rsidR="008E7722" w:rsidRPr="008E7722" w:rsidRDefault="008E7722" w:rsidP="008E7722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Secure</w:t>
            </w:r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8E7722">
              <w:rPr>
                <w:rFonts w:ascii="標楷體" w:eastAsia="標楷體" w:hAnsi="標楷體"/>
                <w:color w:val="EE0000"/>
                <w:sz w:val="20"/>
                <w:szCs w:val="20"/>
              </w:rPr>
              <w:t>穩固</w:t>
            </w:r>
            <w:proofErr w:type="spellEnd"/>
          </w:p>
        </w:tc>
        <w:tc>
          <w:tcPr>
            <w:tcW w:w="712" w:type="dxa"/>
          </w:tcPr>
          <w:p w14:paraId="342DB46A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083D0043" w14:textId="77777777" w:rsidTr="008E7722">
        <w:tc>
          <w:tcPr>
            <w:tcW w:w="569" w:type="dxa"/>
          </w:tcPr>
          <w:p w14:paraId="3B32DCC1" w14:textId="28FB7143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2" w:type="dxa"/>
          </w:tcPr>
          <w:p w14:paraId="294BA43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Push Rods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伺服推桿</w:t>
            </w:r>
            <w:proofErr w:type="spellEnd"/>
          </w:p>
        </w:tc>
        <w:tc>
          <w:tcPr>
            <w:tcW w:w="3369" w:type="dxa"/>
          </w:tcPr>
          <w:p w14:paraId="55E8A6F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Bent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無損壞，無彎曲</w:t>
            </w:r>
            <w:proofErr w:type="spellEnd"/>
          </w:p>
        </w:tc>
        <w:tc>
          <w:tcPr>
            <w:tcW w:w="712" w:type="dxa"/>
          </w:tcPr>
          <w:p w14:paraId="595AB776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443749E0" w14:textId="77777777" w:rsidTr="008E7722">
        <w:tc>
          <w:tcPr>
            <w:tcW w:w="569" w:type="dxa"/>
          </w:tcPr>
          <w:p w14:paraId="273FCE60" w14:textId="5134D36E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2" w:type="dxa"/>
          </w:tcPr>
          <w:p w14:paraId="55DD1004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1CBC4CCF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</w:t>
            </w:r>
            <w:proofErr w:type="spellEnd"/>
          </w:p>
        </w:tc>
        <w:tc>
          <w:tcPr>
            <w:tcW w:w="712" w:type="dxa"/>
          </w:tcPr>
          <w:p w14:paraId="7EDB757D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6CA0CB" w14:textId="77777777" w:rsidTr="008E7722">
        <w:tc>
          <w:tcPr>
            <w:tcW w:w="569" w:type="dxa"/>
          </w:tcPr>
          <w:p w14:paraId="1819EDD2" w14:textId="72A016B9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52" w:type="dxa"/>
          </w:tcPr>
          <w:p w14:paraId="35C543CB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Servo Arms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伺服擺臂</w:t>
            </w:r>
            <w:proofErr w:type="spellEnd"/>
          </w:p>
        </w:tc>
        <w:tc>
          <w:tcPr>
            <w:tcW w:w="3369" w:type="dxa"/>
          </w:tcPr>
          <w:p w14:paraId="6BC6868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No Play Present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無間隙</w:t>
            </w:r>
            <w:proofErr w:type="spellEnd"/>
          </w:p>
        </w:tc>
        <w:tc>
          <w:tcPr>
            <w:tcW w:w="712" w:type="dxa"/>
          </w:tcPr>
          <w:p w14:paraId="3A24DE3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188CB852" w14:textId="77777777" w:rsidTr="008E7722">
        <w:tc>
          <w:tcPr>
            <w:tcW w:w="569" w:type="dxa"/>
          </w:tcPr>
          <w:p w14:paraId="69615EEA" w14:textId="0294A96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2" w:type="dxa"/>
          </w:tcPr>
          <w:p w14:paraId="578328AC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 Horns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控制面角</w:t>
            </w:r>
            <w:proofErr w:type="spellEnd"/>
          </w:p>
        </w:tc>
        <w:tc>
          <w:tcPr>
            <w:tcW w:w="3369" w:type="dxa"/>
          </w:tcPr>
          <w:p w14:paraId="5DBC3D60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198B857C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7385E89B" w14:textId="77777777" w:rsidTr="008E7722">
        <w:tc>
          <w:tcPr>
            <w:tcW w:w="569" w:type="dxa"/>
          </w:tcPr>
          <w:p w14:paraId="6987E632" w14:textId="1C338101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11</w:t>
            </w:r>
          </w:p>
        </w:tc>
        <w:tc>
          <w:tcPr>
            <w:tcW w:w="5852" w:type="dxa"/>
          </w:tcPr>
          <w:p w14:paraId="1D970626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Pushrod Clips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推桿夾</w:t>
            </w:r>
            <w:proofErr w:type="spellEnd"/>
          </w:p>
        </w:tc>
        <w:tc>
          <w:tcPr>
            <w:tcW w:w="3369" w:type="dxa"/>
          </w:tcPr>
          <w:p w14:paraId="45D3AE8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就位，穩固</w:t>
            </w:r>
            <w:proofErr w:type="spellEnd"/>
          </w:p>
        </w:tc>
        <w:tc>
          <w:tcPr>
            <w:tcW w:w="712" w:type="dxa"/>
          </w:tcPr>
          <w:p w14:paraId="64DC53C0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8E7722" w:rsidRPr="007A442F" w14:paraId="3351A416" w14:textId="77777777" w:rsidTr="008E7722">
        <w:tc>
          <w:tcPr>
            <w:tcW w:w="569" w:type="dxa"/>
          </w:tcPr>
          <w:p w14:paraId="733965D0" w14:textId="253C0074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2" w:type="dxa"/>
          </w:tcPr>
          <w:p w14:paraId="7C03BECA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Control Surfaces &amp; Hinges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控制面與鉸鏈</w:t>
            </w:r>
            <w:proofErr w:type="spellEnd"/>
          </w:p>
        </w:tc>
        <w:tc>
          <w:tcPr>
            <w:tcW w:w="3369" w:type="dxa"/>
          </w:tcPr>
          <w:p w14:paraId="36BB50AE" w14:textId="77777777" w:rsidR="008E7722" w:rsidRPr="007A442F" w:rsidRDefault="008E7722" w:rsidP="008E772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Operate Smoothly, No Wear or Damage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運作順暢，無磨損或損壞</w:t>
            </w:r>
            <w:proofErr w:type="spellEnd"/>
          </w:p>
        </w:tc>
        <w:tc>
          <w:tcPr>
            <w:tcW w:w="712" w:type="dxa"/>
          </w:tcPr>
          <w:p w14:paraId="4B130272" w14:textId="77777777" w:rsidR="008E7722" w:rsidRPr="007A442F" w:rsidRDefault="008E7722" w:rsidP="008E7722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054905EE" w14:textId="77777777" w:rsidTr="008E7722">
        <w:tc>
          <w:tcPr>
            <w:tcW w:w="569" w:type="dxa"/>
          </w:tcPr>
          <w:p w14:paraId="575A184D" w14:textId="34F67352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2" w:type="dxa"/>
          </w:tcPr>
          <w:p w14:paraId="36633331" w14:textId="5FF09A93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右主輪胎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壓/Right</w:t>
            </w:r>
            <w:r>
              <w:t xml:space="preserve">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main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tire pressure</w:t>
            </w:r>
            <w:r w:rsidR="00792E47" w:rsidRPr="0013373F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(燈?)</w:t>
            </w:r>
          </w:p>
        </w:tc>
        <w:tc>
          <w:tcPr>
            <w:tcW w:w="3369" w:type="dxa"/>
          </w:tcPr>
          <w:p w14:paraId="16AFA3E3" w14:textId="7663A027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(?)PSI Normal</w:t>
            </w:r>
          </w:p>
        </w:tc>
        <w:tc>
          <w:tcPr>
            <w:tcW w:w="712" w:type="dxa"/>
          </w:tcPr>
          <w:p w14:paraId="6B2F0112" w14:textId="6703E33D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5CBA7513" w14:textId="77777777" w:rsidTr="008E7722">
        <w:tc>
          <w:tcPr>
            <w:tcW w:w="569" w:type="dxa"/>
          </w:tcPr>
          <w:p w14:paraId="4E61B308" w14:textId="03E2D409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2" w:type="dxa"/>
          </w:tcPr>
          <w:p w14:paraId="151E0776" w14:textId="31DD82B0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右主輪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外觀/ Right</w:t>
            </w:r>
            <w:r>
              <w:rPr>
                <w:rFonts w:eastAsia="新細明體" w:hint="eastAsia"/>
                <w:lang w:eastAsia="zh-TW"/>
              </w:rPr>
              <w:t xml:space="preserve"> main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tire </w:t>
            </w:r>
            <w:r w:rsidRPr="0089009F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69" w:type="dxa"/>
          </w:tcPr>
          <w:p w14:paraId="3C10ED45" w14:textId="56A3ED2B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正常無破損/Normal Undamaged</w:t>
            </w:r>
          </w:p>
        </w:tc>
        <w:tc>
          <w:tcPr>
            <w:tcW w:w="712" w:type="dxa"/>
          </w:tcPr>
          <w:p w14:paraId="706B3AC4" w14:textId="69CE5E2A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562106" w:rsidRPr="007A442F" w14:paraId="62CEBAC2" w14:textId="77777777" w:rsidTr="008E7722">
        <w:tc>
          <w:tcPr>
            <w:tcW w:w="569" w:type="dxa"/>
          </w:tcPr>
          <w:p w14:paraId="26A716C2" w14:textId="33FBC8D2" w:rsidR="00562106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15</w:t>
            </w:r>
          </w:p>
        </w:tc>
        <w:tc>
          <w:tcPr>
            <w:tcW w:w="5852" w:type="dxa"/>
          </w:tcPr>
          <w:p w14:paraId="7320D3FC" w14:textId="19EB6A6A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右輪擋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</w:t>
            </w:r>
            <w:r>
              <w:rPr>
                <w:rFonts w:eastAsia="新細明體" w:hint="eastAsia"/>
                <w:lang w:eastAsia="zh-TW"/>
              </w:rPr>
              <w:t xml:space="preserve"> </w:t>
            </w:r>
            <w:r w:rsidRPr="00817ECF">
              <w:rPr>
                <w:rFonts w:ascii="標楷體" w:eastAsia="標楷體" w:hAnsi="標楷體"/>
                <w:sz w:val="20"/>
                <w:szCs w:val="20"/>
                <w:lang w:eastAsia="zh-TW"/>
              </w:rPr>
              <w:t>wheel chocks</w:t>
            </w:r>
          </w:p>
        </w:tc>
        <w:tc>
          <w:tcPr>
            <w:tcW w:w="3369" w:type="dxa"/>
          </w:tcPr>
          <w:p w14:paraId="4D715DA3" w14:textId="5BFBCCB5" w:rsidR="00562106" w:rsidRPr="007A442F" w:rsidRDefault="00562106" w:rsidP="00562106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擋妥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/Installed</w:t>
            </w:r>
          </w:p>
        </w:tc>
        <w:tc>
          <w:tcPr>
            <w:tcW w:w="712" w:type="dxa"/>
          </w:tcPr>
          <w:p w14:paraId="1122100F" w14:textId="65E910DF" w:rsidR="00562106" w:rsidRPr="007A442F" w:rsidRDefault="00562106" w:rsidP="00562106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5E109D35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9"/>
        <w:gridCol w:w="5856"/>
        <w:gridCol w:w="3365"/>
        <w:gridCol w:w="712"/>
      </w:tblGrid>
      <w:tr w:rsidR="000210AC" w:rsidRPr="007A442F" w14:paraId="4C01B3E1" w14:textId="77777777" w:rsidTr="00150FD5">
        <w:tc>
          <w:tcPr>
            <w:tcW w:w="10502" w:type="dxa"/>
            <w:gridSpan w:val="4"/>
            <w:shd w:val="clear" w:color="auto" w:fill="1B365D"/>
          </w:tcPr>
          <w:p w14:paraId="3E6BE374" w14:textId="5A63DBB5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7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</w:t>
            </w:r>
            <w:r w:rsidR="007935FF" w:rsidRPr="007935F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Motors and propellers </w:t>
            </w:r>
            <w:r w:rsidR="00150FD5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/</w:t>
            </w:r>
            <w:r w:rsidR="007935FF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馬達與螺旋槳</w:t>
            </w:r>
          </w:p>
        </w:tc>
      </w:tr>
      <w:tr w:rsidR="00150FD5" w:rsidRPr="007A442F" w14:paraId="2F0A8825" w14:textId="77777777" w:rsidTr="00150FD5">
        <w:tc>
          <w:tcPr>
            <w:tcW w:w="569" w:type="dxa"/>
          </w:tcPr>
          <w:p w14:paraId="785E974D" w14:textId="77777777" w:rsidR="00150FD5" w:rsidRPr="007A442F" w:rsidRDefault="00150FD5" w:rsidP="00150FD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6" w:type="dxa"/>
          </w:tcPr>
          <w:p w14:paraId="5FDF59A2" w14:textId="1BDA4986" w:rsidR="00150FD5" w:rsidRPr="007A442F" w:rsidRDefault="004B3641" w:rsidP="00150FD5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馬達/Motor</w:t>
            </w:r>
          </w:p>
        </w:tc>
        <w:tc>
          <w:tcPr>
            <w:tcW w:w="3365" w:type="dxa"/>
          </w:tcPr>
          <w:p w14:paraId="167E9503" w14:textId="4901A81E" w:rsidR="00150FD5" w:rsidRPr="007A442F" w:rsidRDefault="004B3641" w:rsidP="00150FD5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r w:rsidR="00B53074"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、</w:t>
            </w:r>
            <w:proofErr w:type="spellStart"/>
            <w:r w:rsidR="00B53074"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2" w:type="dxa"/>
          </w:tcPr>
          <w:p w14:paraId="112762EB" w14:textId="27C78DD4" w:rsidR="00150FD5" w:rsidRPr="007A442F" w:rsidRDefault="00150FD5" w:rsidP="00150FD5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79B9CDC8" w14:textId="77777777" w:rsidTr="00150FD5">
        <w:tc>
          <w:tcPr>
            <w:tcW w:w="569" w:type="dxa"/>
          </w:tcPr>
          <w:p w14:paraId="4215C4D0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6" w:type="dxa"/>
          </w:tcPr>
          <w:p w14:paraId="582C4371" w14:textId="5D955CEC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底座固定/</w:t>
            </w:r>
            <w:r w:rsidR="00B53074">
              <w:t xml:space="preserve"> </w:t>
            </w:r>
            <w:r w:rsidR="00B53074"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Base fixed</w:t>
            </w:r>
          </w:p>
        </w:tc>
        <w:tc>
          <w:tcPr>
            <w:tcW w:w="3365" w:type="dxa"/>
          </w:tcPr>
          <w:p w14:paraId="352424C3" w14:textId="71893868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螺絲</w:t>
            </w:r>
            <w:r w:rsidR="00B5307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鎖緊/</w:t>
            </w:r>
            <w:r w:rsidR="00B53074" w:rsidRPr="00B53074">
              <w:rPr>
                <w:rFonts w:ascii="標楷體" w:eastAsia="標楷體" w:hAnsi="標楷體"/>
                <w:sz w:val="20"/>
                <w:szCs w:val="20"/>
                <w:lang w:eastAsia="zh-TW"/>
              </w:rPr>
              <w:t>Tighten screws</w:t>
            </w:r>
          </w:p>
        </w:tc>
        <w:tc>
          <w:tcPr>
            <w:tcW w:w="712" w:type="dxa"/>
          </w:tcPr>
          <w:p w14:paraId="46A31718" w14:textId="5B13C470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64055F50" w14:textId="77777777" w:rsidTr="00150FD5">
        <w:tc>
          <w:tcPr>
            <w:tcW w:w="569" w:type="dxa"/>
          </w:tcPr>
          <w:p w14:paraId="6818583B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56" w:type="dxa"/>
          </w:tcPr>
          <w:p w14:paraId="08FDC2E7" w14:textId="6C1F0971" w:rsidR="004B3641" w:rsidRPr="007A442F" w:rsidRDefault="00FC50B8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>螺旋槳安裝/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Propeller</w:t>
            </w:r>
            <w:r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="002D68B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installed</w:t>
            </w:r>
          </w:p>
        </w:tc>
        <w:tc>
          <w:tcPr>
            <w:tcW w:w="3365" w:type="dxa"/>
          </w:tcPr>
          <w:p w14:paraId="0A2AC7E0" w14:textId="2C920B9E" w:rsidR="004B3641" w:rsidRPr="007A442F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12" w:type="dxa"/>
          </w:tcPr>
          <w:p w14:paraId="26429972" w14:textId="31FE8125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B3641" w:rsidRPr="007A442F" w14:paraId="7BD6484D" w14:textId="77777777" w:rsidTr="00150FD5">
        <w:tc>
          <w:tcPr>
            <w:tcW w:w="569" w:type="dxa"/>
          </w:tcPr>
          <w:p w14:paraId="3D26630B" w14:textId="77777777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4</w:t>
            </w:r>
          </w:p>
        </w:tc>
        <w:tc>
          <w:tcPr>
            <w:tcW w:w="5856" w:type="dxa"/>
          </w:tcPr>
          <w:p w14:paraId="04B274D1" w14:textId="236B0817" w:rsidR="004B3641" w:rsidRPr="0006152B" w:rsidRDefault="004B3641" w:rsidP="004B3641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型號</w:t>
            </w:r>
            <w:r w:rsidR="0006152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重量/Types and weight</w:t>
            </w:r>
          </w:p>
        </w:tc>
        <w:tc>
          <w:tcPr>
            <w:tcW w:w="3365" w:type="dxa"/>
          </w:tcPr>
          <w:p w14:paraId="544C8381" w14:textId="77777777" w:rsidR="004B3641" w:rsidRDefault="0006152B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Types:</w:t>
            </w:r>
          </w:p>
          <w:p w14:paraId="4D3824E8" w14:textId="4F5289D9" w:rsidR="0006152B" w:rsidRPr="007A442F" w:rsidRDefault="0006152B" w:rsidP="004B3641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Weight:</w:t>
            </w:r>
          </w:p>
        </w:tc>
        <w:tc>
          <w:tcPr>
            <w:tcW w:w="712" w:type="dxa"/>
          </w:tcPr>
          <w:p w14:paraId="7DECADD9" w14:textId="110E133F" w:rsidR="004B3641" w:rsidRPr="007A442F" w:rsidRDefault="004B3641" w:rsidP="004B3641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2912FC0B" w14:textId="77777777" w:rsidTr="00150FD5">
        <w:tc>
          <w:tcPr>
            <w:tcW w:w="569" w:type="dxa"/>
          </w:tcPr>
          <w:p w14:paraId="66A0B685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6" w:type="dxa"/>
          </w:tcPr>
          <w:p w14:paraId="3E86F298" w14:textId="0F68985B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</w:p>
        </w:tc>
        <w:tc>
          <w:tcPr>
            <w:tcW w:w="3365" w:type="dxa"/>
          </w:tcPr>
          <w:p w14:paraId="5A1588BC" w14:textId="12F6C5DB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4B3641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072B7422" w14:textId="49595685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3B384605" w14:textId="77777777" w:rsidTr="00150FD5">
        <w:tc>
          <w:tcPr>
            <w:tcW w:w="569" w:type="dxa"/>
          </w:tcPr>
          <w:p w14:paraId="585BF49B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56" w:type="dxa"/>
          </w:tcPr>
          <w:p w14:paraId="5AC3CA81" w14:textId="4B07B40B" w:rsidR="00B302DA" w:rsidRPr="004B3641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Blade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葉片</w:t>
            </w:r>
            <w:proofErr w:type="spellEnd"/>
          </w:p>
        </w:tc>
        <w:tc>
          <w:tcPr>
            <w:tcW w:w="3365" w:type="dxa"/>
          </w:tcPr>
          <w:p w14:paraId="243C9BCB" w14:textId="0AD7CC7D" w:rsidR="00B302DA" w:rsidRPr="004B3641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Secure,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穩固，無損壞</w:t>
            </w:r>
            <w:proofErr w:type="spellEnd"/>
          </w:p>
        </w:tc>
        <w:tc>
          <w:tcPr>
            <w:tcW w:w="712" w:type="dxa"/>
          </w:tcPr>
          <w:p w14:paraId="443187EC" w14:textId="13CC954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4E5FAAF" w14:textId="77777777" w:rsidTr="00150FD5">
        <w:tc>
          <w:tcPr>
            <w:tcW w:w="569" w:type="dxa"/>
          </w:tcPr>
          <w:p w14:paraId="78E30D1F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56" w:type="dxa"/>
          </w:tcPr>
          <w:p w14:paraId="397B6043" w14:textId="2A888629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Propeller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</w:t>
            </w:r>
            <w:proofErr w:type="spellEnd"/>
          </w:p>
        </w:tc>
        <w:tc>
          <w:tcPr>
            <w:tcW w:w="3365" w:type="dxa"/>
          </w:tcPr>
          <w:p w14:paraId="4D28C9DF" w14:textId="528FAEE8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Rotates by Hand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可用手轉動</w:t>
            </w:r>
            <w:proofErr w:type="spellEnd"/>
          </w:p>
        </w:tc>
        <w:tc>
          <w:tcPr>
            <w:tcW w:w="712" w:type="dxa"/>
          </w:tcPr>
          <w:p w14:paraId="30D5608E" w14:textId="6D35D63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079CD57" w14:textId="77777777" w:rsidTr="00150FD5">
        <w:tc>
          <w:tcPr>
            <w:tcW w:w="569" w:type="dxa"/>
          </w:tcPr>
          <w:p w14:paraId="05CECFEA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56" w:type="dxa"/>
          </w:tcPr>
          <w:p w14:paraId="6A0AEA4B" w14:textId="15A89120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Propeller Attachment Bolts Torque Seals (Remove Spinner to Check, Bolts 9.5 Nm Torque)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螺旋槳連接螺栓扭力標記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(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拆下整流罩檢查，螺栓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 xml:space="preserve"> 9.5 Nm </w:t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扭力</w:t>
            </w:r>
            <w:proofErr w:type="spellEnd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)</w:t>
            </w:r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 xml:space="preserve"> (看飛機設計更改)</w:t>
            </w:r>
          </w:p>
        </w:tc>
        <w:tc>
          <w:tcPr>
            <w:tcW w:w="3365" w:type="dxa"/>
          </w:tcPr>
          <w:p w14:paraId="3FCB387B" w14:textId="4087914D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72429C79" w14:textId="2BDE1DA0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6B0E5E77" w14:textId="77777777" w:rsidTr="00150FD5">
        <w:tc>
          <w:tcPr>
            <w:tcW w:w="569" w:type="dxa"/>
          </w:tcPr>
          <w:p w14:paraId="28B09FF3" w14:textId="77777777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10</w:t>
            </w:r>
          </w:p>
        </w:tc>
        <w:tc>
          <w:tcPr>
            <w:tcW w:w="5856" w:type="dxa"/>
          </w:tcPr>
          <w:p w14:paraId="1AF4E361" w14:textId="03235720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螺旋槳整流罩</w:t>
            </w:r>
            <w:proofErr w:type="spellEnd"/>
          </w:p>
        </w:tc>
        <w:tc>
          <w:tcPr>
            <w:tcW w:w="3365" w:type="dxa"/>
          </w:tcPr>
          <w:p w14:paraId="3FC3B942" w14:textId="7DD20B7C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Aligned, Undamaged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對齊，無損壞</w:t>
            </w:r>
            <w:proofErr w:type="spellEnd"/>
          </w:p>
        </w:tc>
        <w:tc>
          <w:tcPr>
            <w:tcW w:w="712" w:type="dxa"/>
          </w:tcPr>
          <w:p w14:paraId="52A6FB95" w14:textId="7E0FA25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08D8F581" w14:textId="77777777" w:rsidTr="00150FD5">
        <w:tc>
          <w:tcPr>
            <w:tcW w:w="569" w:type="dxa"/>
          </w:tcPr>
          <w:p w14:paraId="7DD642DF" w14:textId="3E4C6A3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11</w:t>
            </w:r>
          </w:p>
        </w:tc>
        <w:tc>
          <w:tcPr>
            <w:tcW w:w="5856" w:type="dxa"/>
          </w:tcPr>
          <w:p w14:paraId="1FD058A1" w14:textId="38D3AB9D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Spinner Connection Screw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整流罩連接螺絲</w:t>
            </w:r>
            <w:proofErr w:type="spellEnd"/>
          </w:p>
        </w:tc>
        <w:tc>
          <w:tcPr>
            <w:tcW w:w="3365" w:type="dxa"/>
          </w:tcPr>
          <w:p w14:paraId="16E4D675" w14:textId="2B6B6EF1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Tight, No Play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鎖緊，無間隙</w:t>
            </w:r>
            <w:proofErr w:type="spellEnd"/>
          </w:p>
        </w:tc>
        <w:tc>
          <w:tcPr>
            <w:tcW w:w="712" w:type="dxa"/>
          </w:tcPr>
          <w:p w14:paraId="6404024B" w14:textId="538BE346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7020155B" w14:textId="77777777" w:rsidTr="00150FD5">
        <w:tc>
          <w:tcPr>
            <w:tcW w:w="569" w:type="dxa"/>
          </w:tcPr>
          <w:p w14:paraId="6CB8B2E6" w14:textId="76B8AD12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12</w:t>
            </w:r>
          </w:p>
        </w:tc>
        <w:tc>
          <w:tcPr>
            <w:tcW w:w="5856" w:type="dxa"/>
          </w:tcPr>
          <w:p w14:paraId="04B41E77" w14:textId="389AD876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Standoff, Vibration Mounts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支柱，減震墊</w:t>
            </w:r>
            <w:proofErr w:type="spellEnd"/>
          </w:p>
        </w:tc>
        <w:tc>
          <w:tcPr>
            <w:tcW w:w="3365" w:type="dxa"/>
          </w:tcPr>
          <w:p w14:paraId="0D0166EB" w14:textId="276EED27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Hard, No Cracks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無損壞，未硬化，無裂縫</w:t>
            </w:r>
            <w:proofErr w:type="spellEnd"/>
          </w:p>
        </w:tc>
        <w:tc>
          <w:tcPr>
            <w:tcW w:w="712" w:type="dxa"/>
          </w:tcPr>
          <w:p w14:paraId="09D5F4E1" w14:textId="658CB32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42D2E984" w14:textId="77777777" w:rsidTr="00150FD5">
        <w:tc>
          <w:tcPr>
            <w:tcW w:w="569" w:type="dxa"/>
          </w:tcPr>
          <w:p w14:paraId="3559DD40" w14:textId="6544124E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13</w:t>
            </w:r>
          </w:p>
        </w:tc>
        <w:tc>
          <w:tcPr>
            <w:tcW w:w="5856" w:type="dxa"/>
          </w:tcPr>
          <w:p w14:paraId="5389C148" w14:textId="7ED43ADC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All Torque Seals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所有扭力標記</w:t>
            </w:r>
            <w:proofErr w:type="spellEnd"/>
            <w:r w:rsidR="007B6A13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(看飛機設計更改)</w:t>
            </w:r>
          </w:p>
        </w:tc>
        <w:tc>
          <w:tcPr>
            <w:tcW w:w="3365" w:type="dxa"/>
          </w:tcPr>
          <w:p w14:paraId="66C8C99C" w14:textId="0846E238" w:rsidR="00B302DA" w:rsidRPr="007A442F" w:rsidRDefault="00B302DA" w:rsidP="00B302DA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Aligned</w:t>
            </w:r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br/>
            </w:r>
            <w:proofErr w:type="spellStart"/>
            <w:r w:rsidRPr="0006152B">
              <w:rPr>
                <w:rFonts w:ascii="標楷體" w:eastAsia="標楷體" w:hAnsi="標楷體"/>
                <w:color w:val="EE0000"/>
                <w:sz w:val="20"/>
                <w:szCs w:val="20"/>
              </w:rPr>
              <w:t>對齊</w:t>
            </w:r>
            <w:proofErr w:type="spellEnd"/>
          </w:p>
        </w:tc>
        <w:tc>
          <w:tcPr>
            <w:tcW w:w="712" w:type="dxa"/>
          </w:tcPr>
          <w:p w14:paraId="3FEB5970" w14:textId="22612229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B302DA" w:rsidRPr="007A442F" w14:paraId="3797FCB1" w14:textId="77777777" w:rsidTr="00150FD5">
        <w:tc>
          <w:tcPr>
            <w:tcW w:w="569" w:type="dxa"/>
          </w:tcPr>
          <w:p w14:paraId="4A81617B" w14:textId="4AB422D2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14</w:t>
            </w:r>
          </w:p>
        </w:tc>
        <w:tc>
          <w:tcPr>
            <w:tcW w:w="5856" w:type="dxa"/>
          </w:tcPr>
          <w:p w14:paraId="6085878B" w14:textId="036851FE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電線連接/</w:t>
            </w:r>
            <w:r>
              <w:t xml:space="preserve"> </w:t>
            </w:r>
            <w:r w:rsidRPr="00B302DA">
              <w:rPr>
                <w:rFonts w:ascii="標楷體" w:eastAsia="標楷體" w:hAnsi="標楷體"/>
                <w:sz w:val="20"/>
                <w:szCs w:val="20"/>
                <w:lang w:eastAsia="zh-TW"/>
              </w:rPr>
              <w:t>Wire connection</w:t>
            </w:r>
          </w:p>
        </w:tc>
        <w:tc>
          <w:tcPr>
            <w:tcW w:w="3365" w:type="dxa"/>
          </w:tcPr>
          <w:p w14:paraId="7DADD3DB" w14:textId="541E419B" w:rsidR="00B302DA" w:rsidRPr="0006152B" w:rsidRDefault="00B302DA" w:rsidP="00B302DA">
            <w:pPr>
              <w:rPr>
                <w:rFonts w:ascii="標楷體" w:eastAsia="標楷體" w:hAnsi="標楷體"/>
                <w:color w:val="EE0000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Not Loose, Properly Seated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無損壞，未鬆動，正確就位</w:t>
            </w:r>
            <w:proofErr w:type="spellEnd"/>
          </w:p>
        </w:tc>
        <w:tc>
          <w:tcPr>
            <w:tcW w:w="712" w:type="dxa"/>
          </w:tcPr>
          <w:p w14:paraId="10A57C23" w14:textId="27C7CA53" w:rsidR="00B302DA" w:rsidRPr="007A442F" w:rsidRDefault="00B302DA" w:rsidP="00B302D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76C21C71" w14:textId="77777777" w:rsidR="008E7722" w:rsidRPr="007A442F" w:rsidRDefault="008E7722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71"/>
        <w:gridCol w:w="5869"/>
        <w:gridCol w:w="3357"/>
        <w:gridCol w:w="705"/>
      </w:tblGrid>
      <w:tr w:rsidR="000210AC" w:rsidRPr="007A442F" w14:paraId="287AD03E" w14:textId="77777777" w:rsidTr="008E7722">
        <w:tc>
          <w:tcPr>
            <w:tcW w:w="10502" w:type="dxa"/>
            <w:gridSpan w:val="4"/>
            <w:shd w:val="clear" w:color="auto" w:fill="1B365D"/>
          </w:tcPr>
          <w:p w14:paraId="5146E98E" w14:textId="43F092EF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8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  <w:lang w:eastAsia="zh-TW"/>
              </w:rPr>
              <w:t>.</w:t>
            </w:r>
            <w:r w:rsidR="00150FD5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酬載</w:t>
            </w:r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(</w:t>
            </w:r>
            <w:proofErr w:type="gramStart"/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武掛</w:t>
            </w:r>
            <w:proofErr w:type="gramEnd"/>
            <w:r w:rsidR="00F565AB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)檢</w:t>
            </w:r>
            <w:r w:rsidR="008E772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查</w:t>
            </w:r>
            <w:r w:rsidR="00C67983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/payload</w:t>
            </w:r>
            <w:r w:rsidR="00ED70A2">
              <w:t xml:space="preserve"> </w:t>
            </w:r>
            <w:r w:rsidR="00ED70A2">
              <w:rPr>
                <w:rFonts w:eastAsia="新細明體" w:hint="eastAsia"/>
                <w:lang w:eastAsia="zh-TW"/>
              </w:rPr>
              <w:t>(</w:t>
            </w:r>
            <w:r w:rsidR="00ED70A2" w:rsidRPr="00ED70A2">
              <w:rPr>
                <w:rFonts w:ascii="標楷體" w:eastAsia="標楷體" w:hAnsi="標楷體"/>
                <w:b/>
                <w:color w:val="FFFFFF"/>
                <w:sz w:val="20"/>
                <w:szCs w:val="20"/>
                <w:lang w:eastAsia="zh-TW"/>
              </w:rPr>
              <w:t>Armored</w:t>
            </w:r>
            <w:r w:rsidR="00ED70A2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) check</w:t>
            </w:r>
          </w:p>
        </w:tc>
      </w:tr>
      <w:tr w:rsidR="009225A0" w:rsidRPr="007A442F" w14:paraId="1827F0A9" w14:textId="77777777" w:rsidTr="008E7722">
        <w:tc>
          <w:tcPr>
            <w:tcW w:w="571" w:type="dxa"/>
          </w:tcPr>
          <w:p w14:paraId="0A93A455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69" w:type="dxa"/>
          </w:tcPr>
          <w:p w14:paraId="5D140122" w14:textId="3100D95B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靜電接地（ESD）防護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Electrostatic discharge (ESD) protection</w:t>
            </w:r>
          </w:p>
        </w:tc>
        <w:tc>
          <w:tcPr>
            <w:tcW w:w="3357" w:type="dxa"/>
          </w:tcPr>
          <w:p w14:paraId="637C4E4A" w14:textId="0FC9228F" w:rsidR="009225A0" w:rsidRPr="007A442F" w:rsidRDefault="00A34927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已連接/</w:t>
            </w:r>
            <w:r>
              <w:t xml:space="preserve"> </w:t>
            </w:r>
            <w:r w:rsidRPr="00A34927">
              <w:rPr>
                <w:rFonts w:ascii="標楷體" w:eastAsia="標楷體" w:hAnsi="標楷體"/>
                <w:sz w:val="20"/>
                <w:szCs w:val="20"/>
                <w:lang w:eastAsia="zh-TW"/>
              </w:rPr>
              <w:t>Connected</w:t>
            </w:r>
          </w:p>
        </w:tc>
        <w:tc>
          <w:tcPr>
            <w:tcW w:w="705" w:type="dxa"/>
          </w:tcPr>
          <w:p w14:paraId="32D45E07" w14:textId="4C80314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4C56B059" w14:textId="77777777" w:rsidTr="008E7722">
        <w:tc>
          <w:tcPr>
            <w:tcW w:w="571" w:type="dxa"/>
          </w:tcPr>
          <w:p w14:paraId="4F484D20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69" w:type="dxa"/>
          </w:tcPr>
          <w:p w14:paraId="23C39447" w14:textId="26BA0A46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F565AB">
              <w:rPr>
                <w:rFonts w:ascii="標楷體" w:eastAsia="標楷體" w:hAnsi="標楷體"/>
                <w:sz w:val="20"/>
                <w:szCs w:val="20"/>
                <w:lang w:eastAsia="zh-TW"/>
              </w:rPr>
              <w:t>檢視地面站「武器安全狀態」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ground station's "weapon safety status"</w:t>
            </w:r>
          </w:p>
        </w:tc>
        <w:tc>
          <w:tcPr>
            <w:tcW w:w="3357" w:type="dxa"/>
          </w:tcPr>
          <w:p w14:paraId="211C1E7E" w14:textId="263835FA" w:rsidR="009225A0" w:rsidRPr="0099623D" w:rsidRDefault="0099623D" w:rsidP="0099623D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>安全鎖定</w:t>
            </w:r>
            <w:r w:rsidR="006E7EE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E7EE1" w:rsidRPr="0099623D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 DISARMED</w:t>
            </w:r>
          </w:p>
        </w:tc>
        <w:tc>
          <w:tcPr>
            <w:tcW w:w="705" w:type="dxa"/>
          </w:tcPr>
          <w:p w14:paraId="4ECA922D" w14:textId="6CEF606F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08CAC0C3" w14:textId="77777777" w:rsidTr="008E7722">
        <w:tc>
          <w:tcPr>
            <w:tcW w:w="571" w:type="dxa"/>
          </w:tcPr>
          <w:p w14:paraId="34B824AB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3</w:t>
            </w:r>
          </w:p>
        </w:tc>
        <w:tc>
          <w:tcPr>
            <w:tcW w:w="5869" w:type="dxa"/>
          </w:tcPr>
          <w:p w14:paraId="176381E6" w14:textId="30617B0A" w:rsidR="009225A0" w:rsidRPr="007A442F" w:rsidRDefault="009225A0" w:rsidP="009225A0">
            <w:pPr>
              <w:tabs>
                <w:tab w:val="left" w:pos="2800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檢查掛架（Pylon）</w:t>
            </w:r>
            <w:proofErr w:type="gramStart"/>
            <w:r w:rsidRPr="00871EEE">
              <w:rPr>
                <w:rFonts w:ascii="標楷體" w:eastAsia="標楷體" w:hAnsi="標楷體"/>
                <w:sz w:val="20"/>
                <w:szCs w:val="20"/>
                <w:lang w:eastAsia="zh-TW"/>
              </w:rPr>
              <w:t>與鎖扣結構</w:t>
            </w:r>
            <w:proofErr w:type="gramEnd"/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0B1B77">
              <w:rPr>
                <w:rFonts w:ascii="標楷體" w:eastAsia="標楷體" w:hAnsi="標楷體"/>
                <w:sz w:val="20"/>
                <w:szCs w:val="20"/>
                <w:lang w:eastAsia="zh-TW"/>
              </w:rPr>
              <w:t>Inspect the hanger (Pylon) and latching mechanism</w:t>
            </w:r>
          </w:p>
        </w:tc>
        <w:tc>
          <w:tcPr>
            <w:tcW w:w="3357" w:type="dxa"/>
          </w:tcPr>
          <w:p w14:paraId="5F7B1CDC" w14:textId="63D95D13" w:rsidR="009225A0" w:rsidRPr="007A442F" w:rsidRDefault="00E8096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無鬆動、無金屬疲勞裂紋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>
              <w:t xml:space="preserve"> </w:t>
            </w:r>
            <w:r w:rsidRPr="00E80960">
              <w:rPr>
                <w:rFonts w:ascii="標楷體" w:eastAsia="標楷體" w:hAnsi="標楷體"/>
                <w:sz w:val="20"/>
                <w:szCs w:val="20"/>
                <w:lang w:eastAsia="zh-TW"/>
              </w:rPr>
              <w:t>No loosening, no metal fatigue cracks</w:t>
            </w:r>
          </w:p>
        </w:tc>
        <w:tc>
          <w:tcPr>
            <w:tcW w:w="705" w:type="dxa"/>
          </w:tcPr>
          <w:p w14:paraId="110F08A1" w14:textId="3653805B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5BB14D3" w14:textId="77777777" w:rsidTr="008E7722">
        <w:tc>
          <w:tcPr>
            <w:tcW w:w="571" w:type="dxa"/>
          </w:tcPr>
          <w:p w14:paraId="00DB1D42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69" w:type="dxa"/>
          </w:tcPr>
          <w:p w14:paraId="70FE0CD2" w14:textId="28ECB122" w:rsidR="009225A0" w:rsidRPr="007A442F" w:rsidRDefault="009225A0" w:rsidP="009225A0">
            <w:pPr>
              <w:tabs>
                <w:tab w:val="left" w:pos="2028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酬載物種類型號/payload types and models</w:t>
            </w:r>
            <w:r>
              <w:rPr>
                <w:rFonts w:ascii="標楷體" w:eastAsia="標楷體" w:hAnsi="標楷體"/>
                <w:sz w:val="20"/>
                <w:szCs w:val="20"/>
                <w:lang w:eastAsia="zh-TW"/>
              </w:rPr>
              <w:tab/>
            </w:r>
          </w:p>
        </w:tc>
        <w:tc>
          <w:tcPr>
            <w:tcW w:w="3357" w:type="dxa"/>
          </w:tcPr>
          <w:p w14:paraId="2A4095FE" w14:textId="364AD550" w:rsidR="009225A0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種類/</w:t>
            </w:r>
            <w:r w:rsidR="00E809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Types:</w:t>
            </w:r>
          </w:p>
          <w:p w14:paraId="5D3EB5B2" w14:textId="284D5E04" w:rsidR="00E80960" w:rsidRPr="007A442F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型號/</w:t>
            </w:r>
            <w:r w:rsidR="00E80960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Models:</w:t>
            </w:r>
          </w:p>
        </w:tc>
        <w:tc>
          <w:tcPr>
            <w:tcW w:w="705" w:type="dxa"/>
          </w:tcPr>
          <w:p w14:paraId="49CD5823" w14:textId="3C6FEA9E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58FE5601" w14:textId="77777777" w:rsidTr="008E7722">
        <w:tc>
          <w:tcPr>
            <w:tcW w:w="571" w:type="dxa"/>
          </w:tcPr>
          <w:p w14:paraId="551AC1E3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6</w:t>
            </w:r>
          </w:p>
        </w:tc>
        <w:tc>
          <w:tcPr>
            <w:tcW w:w="5869" w:type="dxa"/>
          </w:tcPr>
          <w:p w14:paraId="7E8CF621" w14:textId="6A3E8A86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酬載物外觀/payload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Appearance</w:t>
            </w:r>
          </w:p>
        </w:tc>
        <w:tc>
          <w:tcPr>
            <w:tcW w:w="3357" w:type="dxa"/>
          </w:tcPr>
          <w:p w14:paraId="00CB59EF" w14:textId="21491501" w:rsidR="009225A0" w:rsidRPr="007A442F" w:rsidRDefault="005530F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Undamaged, Secure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無損壞，穩固</w:t>
            </w:r>
            <w:proofErr w:type="spellEnd"/>
          </w:p>
        </w:tc>
        <w:tc>
          <w:tcPr>
            <w:tcW w:w="705" w:type="dxa"/>
          </w:tcPr>
          <w:p w14:paraId="1445E8BD" w14:textId="2C8874C9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DFEBBD3" w14:textId="77777777" w:rsidTr="008E7722">
        <w:tc>
          <w:tcPr>
            <w:tcW w:w="571" w:type="dxa"/>
          </w:tcPr>
          <w:p w14:paraId="3036444F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7</w:t>
            </w:r>
          </w:p>
        </w:tc>
        <w:tc>
          <w:tcPr>
            <w:tcW w:w="5869" w:type="dxa"/>
          </w:tcPr>
          <w:p w14:paraId="2CE76810" w14:textId="705AF760" w:rsidR="009225A0" w:rsidRPr="007A442F" w:rsidRDefault="009225A0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酬載物重量/payload weight</w:t>
            </w:r>
          </w:p>
        </w:tc>
        <w:tc>
          <w:tcPr>
            <w:tcW w:w="3357" w:type="dxa"/>
          </w:tcPr>
          <w:p w14:paraId="448FEDBA" w14:textId="7551AFC7" w:rsidR="009225A0" w:rsidRPr="007A442F" w:rsidRDefault="00DD50C3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(?)G/KG</w:t>
            </w:r>
          </w:p>
        </w:tc>
        <w:tc>
          <w:tcPr>
            <w:tcW w:w="705" w:type="dxa"/>
          </w:tcPr>
          <w:p w14:paraId="609FD016" w14:textId="09F4FE24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1206401F" w14:textId="77777777" w:rsidTr="008E7722">
        <w:tc>
          <w:tcPr>
            <w:tcW w:w="571" w:type="dxa"/>
          </w:tcPr>
          <w:p w14:paraId="607873B4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8</w:t>
            </w:r>
          </w:p>
        </w:tc>
        <w:tc>
          <w:tcPr>
            <w:tcW w:w="5869" w:type="dxa"/>
          </w:tcPr>
          <w:p w14:paraId="07FBA985" w14:textId="3544B2E0" w:rsidR="009225A0" w:rsidRPr="007A442F" w:rsidRDefault="009225A0" w:rsidP="009225A0">
            <w:pPr>
              <w:tabs>
                <w:tab w:val="left" w:pos="2256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5E6918">
              <w:rPr>
                <w:rFonts w:ascii="標楷體" w:eastAsia="標楷體" w:hAnsi="標楷體"/>
                <w:sz w:val="20"/>
                <w:szCs w:val="20"/>
              </w:rPr>
              <w:t>減震與穩定結構檢查</w:t>
            </w:r>
            <w:proofErr w:type="spell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Pr="00B10838">
              <w:rPr>
                <w:rFonts w:ascii="標楷體" w:eastAsia="標楷體" w:hAnsi="標楷體"/>
                <w:sz w:val="20"/>
                <w:szCs w:val="20"/>
                <w:lang w:eastAsia="zh-TW"/>
              </w:rPr>
              <w:t>防止在空中左右晃動影響飛行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>
              <w:t xml:space="preserve"> </w:t>
            </w:r>
            <w:r w:rsidRPr="00482FA8">
              <w:rPr>
                <w:rFonts w:ascii="標楷體" w:eastAsia="標楷體" w:hAnsi="標楷體"/>
                <w:sz w:val="20"/>
                <w:szCs w:val="20"/>
                <w:lang w:eastAsia="zh-TW"/>
              </w:rPr>
              <w:t>Vibration reduction and structural stability inspection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r w:rsidRPr="009225A0">
              <w:rPr>
                <w:rFonts w:ascii="標楷體" w:eastAsia="標楷體" w:hAnsi="標楷體"/>
                <w:sz w:val="20"/>
                <w:szCs w:val="20"/>
                <w:lang w:eastAsia="zh-TW"/>
              </w:rPr>
              <w:t>To prevent swaying from side to side in the air from affecting flight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>
              <w:rPr>
                <w:rFonts w:ascii="標楷體" w:eastAsia="標楷體" w:hAnsi="標楷體"/>
                <w:sz w:val="20"/>
                <w:szCs w:val="20"/>
              </w:rPr>
              <w:tab/>
            </w:r>
          </w:p>
        </w:tc>
        <w:tc>
          <w:tcPr>
            <w:tcW w:w="3357" w:type="dxa"/>
          </w:tcPr>
          <w:p w14:paraId="5CA300B9" w14:textId="26AEF0B3" w:rsidR="009225A0" w:rsidRPr="007A442F" w:rsidRDefault="00856643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已安裝穩固/</w:t>
            </w:r>
            <w:r w:rsidRPr="00856643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Securely 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I</w:t>
            </w:r>
            <w:r w:rsidRPr="00856643">
              <w:rPr>
                <w:rFonts w:ascii="標楷體" w:eastAsia="標楷體" w:hAnsi="標楷體"/>
                <w:sz w:val="20"/>
                <w:szCs w:val="20"/>
                <w:lang w:eastAsia="zh-TW"/>
              </w:rPr>
              <w:t>nstalled</w:t>
            </w:r>
          </w:p>
        </w:tc>
        <w:tc>
          <w:tcPr>
            <w:tcW w:w="705" w:type="dxa"/>
          </w:tcPr>
          <w:p w14:paraId="745F95E4" w14:textId="16C66A9F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9225A0" w:rsidRPr="007A442F" w14:paraId="6AF2AA49" w14:textId="77777777" w:rsidTr="008E7722">
        <w:tc>
          <w:tcPr>
            <w:tcW w:w="571" w:type="dxa"/>
          </w:tcPr>
          <w:p w14:paraId="14D69525" w14:textId="77777777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9</w:t>
            </w:r>
          </w:p>
        </w:tc>
        <w:tc>
          <w:tcPr>
            <w:tcW w:w="5869" w:type="dxa"/>
          </w:tcPr>
          <w:p w14:paraId="0724628B" w14:textId="0E38509C" w:rsidR="009225A0" w:rsidRPr="007A442F" w:rsidRDefault="00856643" w:rsidP="00EB05A8">
            <w:pPr>
              <w:tabs>
                <w:tab w:val="left" w:pos="3872"/>
              </w:tabs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r w:rsidRPr="00EC2DC1">
              <w:rPr>
                <w:rFonts w:ascii="標楷體" w:eastAsia="標楷體" w:hAnsi="標楷體"/>
                <w:sz w:val="20"/>
                <w:szCs w:val="20"/>
              </w:rPr>
              <w:t>檢查</w:t>
            </w:r>
            <w:proofErr w:type="spellEnd"/>
            <w:r w:rsidR="00EB05A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保險銷/</w:t>
            </w:r>
            <w:r w:rsidR="00EB05A8">
              <w:t xml:space="preserve"> </w:t>
            </w:r>
            <w:r w:rsidR="00EB05A8" w:rsidRPr="00EB05A8">
              <w:rPr>
                <w:rFonts w:ascii="標楷體" w:eastAsia="標楷體" w:hAnsi="標楷體"/>
                <w:sz w:val="20"/>
                <w:szCs w:val="20"/>
                <w:lang w:eastAsia="zh-TW"/>
              </w:rPr>
              <w:t>Check the insurance pin</w:t>
            </w:r>
          </w:p>
        </w:tc>
        <w:tc>
          <w:tcPr>
            <w:tcW w:w="3357" w:type="dxa"/>
          </w:tcPr>
          <w:p w14:paraId="19E52785" w14:textId="5356B51A" w:rsidR="009225A0" w:rsidRPr="007A442F" w:rsidRDefault="00EB05A8" w:rsidP="009225A0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Installed</w:t>
            </w:r>
          </w:p>
        </w:tc>
        <w:tc>
          <w:tcPr>
            <w:tcW w:w="705" w:type="dxa"/>
          </w:tcPr>
          <w:p w14:paraId="0729D590" w14:textId="6BB347E3" w:rsidR="009225A0" w:rsidRPr="007A442F" w:rsidRDefault="009225A0" w:rsidP="009225A0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3ACEC702" w14:textId="77777777" w:rsidR="000210AC" w:rsidRPr="007A442F" w:rsidRDefault="000210AC">
      <w:pPr>
        <w:rPr>
          <w:rFonts w:ascii="標楷體" w:eastAsia="標楷體" w:hAnsi="標楷體"/>
          <w:sz w:val="20"/>
          <w:szCs w:val="20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5"/>
        <w:gridCol w:w="5852"/>
        <w:gridCol w:w="3373"/>
        <w:gridCol w:w="712"/>
      </w:tblGrid>
      <w:tr w:rsidR="000210AC" w:rsidRPr="007A442F" w14:paraId="30C719DE" w14:textId="77777777" w:rsidTr="0041138A">
        <w:tc>
          <w:tcPr>
            <w:tcW w:w="10502" w:type="dxa"/>
            <w:gridSpan w:val="4"/>
            <w:shd w:val="clear" w:color="auto" w:fill="1B365D"/>
          </w:tcPr>
          <w:p w14:paraId="29B57144" w14:textId="7F41AF0A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lastRenderedPageBreak/>
              <w:t>9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AIRCRAFT CENTRE OF GRAVITY (CG) /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飛機重心</w:t>
            </w:r>
            <w:proofErr w:type="spellEnd"/>
          </w:p>
        </w:tc>
      </w:tr>
      <w:tr w:rsidR="000210AC" w:rsidRPr="007A442F" w14:paraId="4AD2EECA" w14:textId="77777777" w:rsidTr="0041138A">
        <w:tc>
          <w:tcPr>
            <w:tcW w:w="565" w:type="dxa"/>
          </w:tcPr>
          <w:p w14:paraId="61381D28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2" w:type="dxa"/>
          </w:tcPr>
          <w:p w14:paraId="40C37A9F" w14:textId="6A1CA39D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Batteries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電池</w:t>
            </w:r>
            <w:proofErr w:type="spellEnd"/>
          </w:p>
        </w:tc>
        <w:tc>
          <w:tcPr>
            <w:tcW w:w="3373" w:type="dxa"/>
          </w:tcPr>
          <w:p w14:paraId="2643FF9A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OnBoard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, Disconnected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機上，未連接</w:t>
            </w:r>
            <w:proofErr w:type="spellEnd"/>
          </w:p>
        </w:tc>
        <w:tc>
          <w:tcPr>
            <w:tcW w:w="712" w:type="dxa"/>
          </w:tcPr>
          <w:p w14:paraId="19B1889F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41138A" w:rsidRPr="007A442F" w14:paraId="5344436A" w14:textId="77777777" w:rsidTr="0041138A">
        <w:tc>
          <w:tcPr>
            <w:tcW w:w="565" w:type="dxa"/>
          </w:tcPr>
          <w:p w14:paraId="6E1D9903" w14:textId="7CDB1C09" w:rsidR="0041138A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5852" w:type="dxa"/>
          </w:tcPr>
          <w:p w14:paraId="008402C0" w14:textId="110C7F44" w:rsidR="0041138A" w:rsidRPr="007A442F" w:rsidRDefault="0041138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Motor馬達</w:t>
            </w:r>
          </w:p>
        </w:tc>
        <w:tc>
          <w:tcPr>
            <w:tcW w:w="3373" w:type="dxa"/>
          </w:tcPr>
          <w:p w14:paraId="0B5E5AD2" w14:textId="1004EBF4" w:rsidR="00121673" w:rsidRDefault="0041138A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spellStart"/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OnBoard</w:t>
            </w:r>
            <w:r w:rsidR="0012167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,Installef</w:t>
            </w:r>
            <w:proofErr w:type="spellEnd"/>
            <w:proofErr w:type="gramEnd"/>
          </w:p>
          <w:p w14:paraId="636A4090" w14:textId="66FAF3F7" w:rsidR="0041138A" w:rsidRPr="007A442F" w:rsidRDefault="0012167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機上，已安裝</w:t>
            </w:r>
          </w:p>
        </w:tc>
        <w:tc>
          <w:tcPr>
            <w:tcW w:w="712" w:type="dxa"/>
          </w:tcPr>
          <w:p w14:paraId="7E3BB2B8" w14:textId="50BD03DD" w:rsidR="0041138A" w:rsidRPr="007A442F" w:rsidRDefault="0012167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7064AB09" w14:textId="77777777" w:rsidTr="0041138A">
        <w:tc>
          <w:tcPr>
            <w:tcW w:w="565" w:type="dxa"/>
          </w:tcPr>
          <w:p w14:paraId="191F899C" w14:textId="3F6E6E38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2" w:type="dxa"/>
          </w:tcPr>
          <w:p w14:paraId="69EEF16C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Ballast Required (CG Adjusted by Adding or Removing Ballast at Designated Locations)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需配重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透過在指定位置增加或移除配重來調整重心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3" w:type="dxa"/>
          </w:tcPr>
          <w:p w14:paraId="0EB0AE94" w14:textId="4974992F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Added or Removed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已增加或移除</w:t>
            </w:r>
            <w:proofErr w:type="spellEnd"/>
            <w:r w:rsidR="00CC5A4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數值</w:t>
            </w:r>
          </w:p>
        </w:tc>
        <w:tc>
          <w:tcPr>
            <w:tcW w:w="712" w:type="dxa"/>
          </w:tcPr>
          <w:p w14:paraId="2B261E49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58E8C1A" w14:textId="77777777" w:rsidTr="0041138A">
        <w:tc>
          <w:tcPr>
            <w:tcW w:w="565" w:type="dxa"/>
          </w:tcPr>
          <w:p w14:paraId="61027446" w14:textId="591595D7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2" w:type="dxa"/>
          </w:tcPr>
          <w:p w14:paraId="363392F2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Payload 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酬載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  <w:proofErr w:type="gramEnd"/>
          </w:p>
        </w:tc>
        <w:tc>
          <w:tcPr>
            <w:tcW w:w="3373" w:type="dxa"/>
          </w:tcPr>
          <w:p w14:paraId="73992EDE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OnBoard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機上</w:t>
            </w:r>
            <w:proofErr w:type="spellEnd"/>
          </w:p>
        </w:tc>
        <w:tc>
          <w:tcPr>
            <w:tcW w:w="712" w:type="dxa"/>
          </w:tcPr>
          <w:p w14:paraId="56A7FC80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05822D96" w14:textId="77777777" w:rsidTr="0041138A">
        <w:tc>
          <w:tcPr>
            <w:tcW w:w="565" w:type="dxa"/>
          </w:tcPr>
          <w:p w14:paraId="48A16D81" w14:textId="3AE8FE6F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5852" w:type="dxa"/>
          </w:tcPr>
          <w:p w14:paraId="73F2C035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Protection Covers (Pitot, Propeller, Exhaust)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所有防護罩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(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皮托管、螺旋槳、排氣管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3" w:type="dxa"/>
          </w:tcPr>
          <w:p w14:paraId="42C4A2FF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Removed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已移除</w:t>
            </w:r>
            <w:proofErr w:type="spellEnd"/>
          </w:p>
        </w:tc>
        <w:tc>
          <w:tcPr>
            <w:tcW w:w="712" w:type="dxa"/>
          </w:tcPr>
          <w:p w14:paraId="0CADE04A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5DADF927" w14:textId="77777777" w:rsidTr="0041138A">
        <w:tc>
          <w:tcPr>
            <w:tcW w:w="565" w:type="dxa"/>
          </w:tcPr>
          <w:p w14:paraId="6E1B7788" w14:textId="1A08A98E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5852" w:type="dxa"/>
          </w:tcPr>
          <w:p w14:paraId="2EC58468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Service Panels &amp; Covers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所有維修面板與護蓋</w:t>
            </w:r>
            <w:proofErr w:type="spellEnd"/>
          </w:p>
        </w:tc>
        <w:tc>
          <w:tcPr>
            <w:tcW w:w="3373" w:type="dxa"/>
          </w:tcPr>
          <w:p w14:paraId="6A75681D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In Place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就位</w:t>
            </w:r>
            <w:proofErr w:type="spellEnd"/>
          </w:p>
        </w:tc>
        <w:tc>
          <w:tcPr>
            <w:tcW w:w="712" w:type="dxa"/>
          </w:tcPr>
          <w:p w14:paraId="352814AD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0210AC" w:rsidRPr="007A442F" w14:paraId="1BC53B99" w14:textId="77777777" w:rsidTr="0041138A">
        <w:tc>
          <w:tcPr>
            <w:tcW w:w="565" w:type="dxa"/>
          </w:tcPr>
          <w:p w14:paraId="763C31DE" w14:textId="385D93DA" w:rsidR="000210AC" w:rsidRPr="007A442F" w:rsidRDefault="0041138A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5852" w:type="dxa"/>
          </w:tcPr>
          <w:p w14:paraId="7E5216A5" w14:textId="2161E65B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Centre of Gravity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重心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</w:p>
        </w:tc>
        <w:tc>
          <w:tcPr>
            <w:tcW w:w="3373" w:type="dxa"/>
          </w:tcPr>
          <w:p w14:paraId="2E3BA1AB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Tested &amp; True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測試並確認無誤</w:t>
            </w:r>
            <w:proofErr w:type="spellEnd"/>
          </w:p>
        </w:tc>
        <w:tc>
          <w:tcPr>
            <w:tcW w:w="712" w:type="dxa"/>
          </w:tcPr>
          <w:p w14:paraId="40B5DBFC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5F0D717" w14:textId="77777777" w:rsidR="000210AC" w:rsidRPr="007A442F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51"/>
        <w:gridCol w:w="5578"/>
        <w:gridCol w:w="3257"/>
        <w:gridCol w:w="1116"/>
      </w:tblGrid>
      <w:tr w:rsidR="000210AC" w:rsidRPr="007A442F" w14:paraId="220C81EF" w14:textId="77777777" w:rsidTr="00122756">
        <w:tc>
          <w:tcPr>
            <w:tcW w:w="10502" w:type="dxa"/>
            <w:gridSpan w:val="4"/>
            <w:shd w:val="clear" w:color="auto" w:fill="1B365D"/>
          </w:tcPr>
          <w:p w14:paraId="63788829" w14:textId="1101E2A1" w:rsidR="000210AC" w:rsidRPr="007A442F" w:rsidRDefault="00190064" w:rsidP="00190064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10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. BATTERIES </w:t>
            </w:r>
            <w:r w:rsidR="0012275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check/</w:t>
            </w:r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 xml:space="preserve"> </w:t>
            </w:r>
            <w:proofErr w:type="spellStart"/>
            <w:r w:rsidR="00ED007B" w:rsidRPr="007A442F">
              <w:rPr>
                <w:rFonts w:ascii="標楷體" w:eastAsia="標楷體" w:hAnsi="標楷體"/>
                <w:b/>
                <w:color w:val="FFFFFF"/>
                <w:sz w:val="20"/>
                <w:szCs w:val="20"/>
              </w:rPr>
              <w:t>電池</w:t>
            </w:r>
            <w:proofErr w:type="spellEnd"/>
            <w:r w:rsidR="00122756">
              <w:rPr>
                <w:rFonts w:ascii="標楷體" w:eastAsia="標楷體" w:hAnsi="標楷體" w:hint="eastAsia"/>
                <w:b/>
                <w:color w:val="FFFFFF"/>
                <w:sz w:val="20"/>
                <w:szCs w:val="20"/>
                <w:lang w:eastAsia="zh-TW"/>
              </w:rPr>
              <w:t>檢查</w:t>
            </w:r>
          </w:p>
        </w:tc>
      </w:tr>
      <w:tr w:rsidR="000210AC" w:rsidRPr="007A442F" w14:paraId="37120017" w14:textId="77777777" w:rsidTr="00122756">
        <w:tc>
          <w:tcPr>
            <w:tcW w:w="566" w:type="dxa"/>
          </w:tcPr>
          <w:p w14:paraId="54E17D06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1</w:t>
            </w:r>
          </w:p>
        </w:tc>
        <w:tc>
          <w:tcPr>
            <w:tcW w:w="5850" w:type="dxa"/>
          </w:tcPr>
          <w:p w14:paraId="698628CB" w14:textId="7FD821BD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Record Battery 1 -(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% Capacity &amp; Serial Number)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記錄電池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1 -</w:t>
            </w:r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例:電壓</w:t>
            </w:r>
            <w:proofErr w:type="spellStart"/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容量百分比與序號</w:t>
            </w:r>
            <w:proofErr w:type="spellEnd"/>
            <w:r w:rsidR="008F2703"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4" w:type="dxa"/>
          </w:tcPr>
          <w:p w14:paraId="5AD7D6E0" w14:textId="77777777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         ] %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[          ] #</w:t>
            </w:r>
          </w:p>
        </w:tc>
        <w:tc>
          <w:tcPr>
            <w:tcW w:w="712" w:type="dxa"/>
          </w:tcPr>
          <w:p w14:paraId="255B3521" w14:textId="77777777" w:rsidR="000210AC" w:rsidRPr="007A442F" w:rsidRDefault="000210A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12AD172E" w14:textId="77777777" w:rsidTr="00122756">
        <w:tc>
          <w:tcPr>
            <w:tcW w:w="566" w:type="dxa"/>
          </w:tcPr>
          <w:p w14:paraId="489A48AC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2</w:t>
            </w:r>
          </w:p>
        </w:tc>
        <w:tc>
          <w:tcPr>
            <w:tcW w:w="5850" w:type="dxa"/>
          </w:tcPr>
          <w:p w14:paraId="61E2D1EA" w14:textId="4F747D74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Record Battery 2 -(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EX: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% Capacity &amp; Serial Number)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記錄電池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2 -(</w:t>
            </w:r>
            <w:r w:rsidR="008F2703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例:電壓</w:t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容量百分比與序號</w:t>
            </w:r>
            <w:proofErr w:type="spellEnd"/>
            <w:r w:rsidRPr="007A442F">
              <w:rPr>
                <w:rFonts w:ascii="標楷體" w:eastAsia="標楷體" w:hAnsi="標楷體"/>
                <w:sz w:val="20"/>
                <w:szCs w:val="20"/>
              </w:rPr>
              <w:t>)</w:t>
            </w:r>
          </w:p>
        </w:tc>
        <w:tc>
          <w:tcPr>
            <w:tcW w:w="3374" w:type="dxa"/>
          </w:tcPr>
          <w:p w14:paraId="559BD945" w14:textId="47CBABBE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         ] %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>[          ] #</w:t>
            </w:r>
          </w:p>
        </w:tc>
        <w:tc>
          <w:tcPr>
            <w:tcW w:w="712" w:type="dxa"/>
          </w:tcPr>
          <w:p w14:paraId="56EB0F0C" w14:textId="77777777" w:rsidR="000210AC" w:rsidRPr="007A442F" w:rsidRDefault="000210AC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D2474" w:rsidRPr="007A442F" w14:paraId="19A26BFE" w14:textId="77777777" w:rsidTr="00122756">
        <w:tc>
          <w:tcPr>
            <w:tcW w:w="566" w:type="dxa"/>
          </w:tcPr>
          <w:p w14:paraId="083285AB" w14:textId="2907D761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5850" w:type="dxa"/>
          </w:tcPr>
          <w:p w14:paraId="153E9F34" w14:textId="1223B63D" w:rsidR="00BD2474" w:rsidRPr="007A442F" w:rsidRDefault="00B874C9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B874C9">
              <w:rPr>
                <w:rFonts w:ascii="標楷體" w:eastAsia="標楷體" w:hAnsi="標楷體"/>
                <w:sz w:val="20"/>
                <w:szCs w:val="20"/>
              </w:rPr>
              <w:t>Visual inspection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/外觀檢查(無膨脹或任何型遍及裂痕)</w:t>
            </w:r>
          </w:p>
        </w:tc>
        <w:tc>
          <w:tcPr>
            <w:tcW w:w="3374" w:type="dxa"/>
          </w:tcPr>
          <w:p w14:paraId="1E6E5C91" w14:textId="549F4BF6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  <w:tc>
          <w:tcPr>
            <w:tcW w:w="712" w:type="dxa"/>
          </w:tcPr>
          <w:p w14:paraId="0AE1F5E1" w14:textId="77777777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BD2474" w:rsidRPr="007A442F" w14:paraId="45B76E1B" w14:textId="77777777" w:rsidTr="00122756">
        <w:tc>
          <w:tcPr>
            <w:tcW w:w="566" w:type="dxa"/>
          </w:tcPr>
          <w:p w14:paraId="0B61BF35" w14:textId="2CDE6859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5850" w:type="dxa"/>
          </w:tcPr>
          <w:p w14:paraId="3FF10927" w14:textId="3E6866B2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確認已固定/</w:t>
            </w:r>
            <w:r w:rsidRPr="00D73E62">
              <w:rPr>
                <w:rFonts w:ascii="標楷體" w:eastAsia="標楷體" w:hAnsi="標楷體"/>
                <w:sz w:val="20"/>
                <w:szCs w:val="20"/>
                <w:lang w:eastAsia="zh-TW"/>
              </w:rPr>
              <w:t>Confirmed to be fixed</w:t>
            </w:r>
          </w:p>
        </w:tc>
        <w:tc>
          <w:tcPr>
            <w:tcW w:w="3374" w:type="dxa"/>
          </w:tcPr>
          <w:p w14:paraId="1CF90027" w14:textId="7E31ED4A" w:rsidR="00BD2474" w:rsidRPr="007A442F" w:rsidRDefault="00D73E62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  <w:tc>
          <w:tcPr>
            <w:tcW w:w="712" w:type="dxa"/>
          </w:tcPr>
          <w:p w14:paraId="178789A0" w14:textId="77777777" w:rsidR="00BD2474" w:rsidRPr="007A442F" w:rsidRDefault="00BD2474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0210AC" w:rsidRPr="007A442F" w14:paraId="6C95C882" w14:textId="77777777" w:rsidTr="00122756">
        <w:tc>
          <w:tcPr>
            <w:tcW w:w="566" w:type="dxa"/>
          </w:tcPr>
          <w:p w14:paraId="10F26A15" w14:textId="77777777" w:rsidR="000210AC" w:rsidRPr="007A442F" w:rsidRDefault="00ED007B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5</w:t>
            </w:r>
          </w:p>
        </w:tc>
        <w:tc>
          <w:tcPr>
            <w:tcW w:w="5850" w:type="dxa"/>
          </w:tcPr>
          <w:p w14:paraId="3EDC600D" w14:textId="5622F558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All Cells</w:t>
            </w:r>
            <w:r w:rsidR="0043144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Voltage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of All Batteries</w:t>
            </w:r>
            <w:r w:rsidR="0043144E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</w:r>
            <w:proofErr w:type="spellStart"/>
            <w:r w:rsidRPr="007A442F">
              <w:rPr>
                <w:rFonts w:ascii="標楷體" w:eastAsia="標楷體" w:hAnsi="標楷體"/>
                <w:sz w:val="20"/>
                <w:szCs w:val="20"/>
              </w:rPr>
              <w:t>所有電池</w:t>
            </w:r>
            <w:proofErr w:type="gramStart"/>
            <w:r w:rsidRPr="007A442F">
              <w:rPr>
                <w:rFonts w:ascii="標楷體" w:eastAsia="標楷體" w:hAnsi="標楷體"/>
                <w:sz w:val="20"/>
                <w:szCs w:val="20"/>
              </w:rPr>
              <w:t>的電芯</w:t>
            </w:r>
            <w:proofErr w:type="spellEnd"/>
            <w:r w:rsidR="0073112B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電壓</w:t>
            </w:r>
            <w:proofErr w:type="gramEnd"/>
          </w:p>
        </w:tc>
        <w:tc>
          <w:tcPr>
            <w:tcW w:w="3374" w:type="dxa"/>
          </w:tcPr>
          <w:p w14:paraId="275DA3F2" w14:textId="5275A893" w:rsidR="000210AC" w:rsidRPr="007A442F" w:rsidRDefault="00ED007B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&gt;= 97% Capacity</w:t>
            </w:r>
            <w:r w:rsidR="00B20A4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/容量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br/>
              <w:t xml:space="preserve">&gt;=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</w:t>
            </w:r>
            <w:proofErr w:type="gramStart"/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>V</w:t>
            </w:r>
            <w:proofErr w:type="gramEnd"/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 xml:space="preserve"> /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 xml:space="preserve">V / </w:t>
            </w:r>
            <w:r w:rsidR="000116C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(?)</w:t>
            </w:r>
            <w:r w:rsidR="00F74AE9" w:rsidRPr="00F74AE9">
              <w:rPr>
                <w:rFonts w:ascii="標楷體" w:eastAsia="標楷體" w:hAnsi="標楷體"/>
                <w:sz w:val="20"/>
                <w:szCs w:val="20"/>
              </w:rPr>
              <w:t>V</w:t>
            </w:r>
          </w:p>
        </w:tc>
        <w:tc>
          <w:tcPr>
            <w:tcW w:w="712" w:type="dxa"/>
          </w:tcPr>
          <w:p w14:paraId="3DF9FCCF" w14:textId="1D8C5EA1" w:rsidR="000210AC" w:rsidRDefault="00F74AE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>[</w:t>
            </w:r>
            <w:proofErr w:type="gramEnd"/>
            <w:r w:rsidR="00ED007B" w:rsidRPr="007A442F">
              <w:rPr>
                <w:rFonts w:ascii="標楷體" w:eastAsia="標楷體" w:hAnsi="標楷體"/>
                <w:sz w:val="20"/>
                <w:szCs w:val="20"/>
              </w:rPr>
              <w:t xml:space="preserve"> ]</w:t>
            </w:r>
          </w:p>
          <w:p w14:paraId="4E6750DB" w14:textId="5E4DC8B4" w:rsidR="00F74AE9" w:rsidRPr="007A442F" w:rsidRDefault="00F74AE9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normal</w:t>
            </w:r>
            <w:r w:rsidRPr="007A442F">
              <w:rPr>
                <w:rFonts w:ascii="標楷體" w:eastAsia="標楷體" w:hAnsi="標楷體"/>
                <w:sz w:val="20"/>
                <w:szCs w:val="20"/>
              </w:rPr>
              <w:t>[</w:t>
            </w:r>
            <w:proofErr w:type="gramEnd"/>
            <w:r w:rsidRPr="007A442F">
              <w:rPr>
                <w:rFonts w:ascii="標楷體" w:eastAsia="標楷體" w:hAnsi="標楷體"/>
                <w:sz w:val="20"/>
                <w:szCs w:val="20"/>
              </w:rPr>
              <w:t xml:space="preserve"> ]</w:t>
            </w:r>
          </w:p>
        </w:tc>
      </w:tr>
    </w:tbl>
    <w:p w14:paraId="493A1318" w14:textId="77777777" w:rsidR="000210AC" w:rsidRDefault="000210AC">
      <w:pPr>
        <w:rPr>
          <w:rFonts w:ascii="標楷體" w:eastAsia="標楷體" w:hAnsi="標楷體"/>
          <w:sz w:val="20"/>
          <w:szCs w:val="20"/>
          <w:lang w:eastAsia="zh-TW"/>
        </w:rPr>
      </w:pPr>
    </w:p>
    <w:tbl>
      <w:tblPr>
        <w:tblStyle w:val="aff2"/>
        <w:tblW w:w="0" w:type="auto"/>
        <w:tblLook w:val="04A0" w:firstRow="1" w:lastRow="0" w:firstColumn="1" w:lastColumn="0" w:noHBand="0" w:noVBand="1"/>
      </w:tblPr>
      <w:tblGrid>
        <w:gridCol w:w="562"/>
        <w:gridCol w:w="4688"/>
        <w:gridCol w:w="2626"/>
        <w:gridCol w:w="2626"/>
      </w:tblGrid>
      <w:tr w:rsidR="00B105D5" w14:paraId="19A2BAFD" w14:textId="77777777" w:rsidTr="00B105D5">
        <w:tc>
          <w:tcPr>
            <w:tcW w:w="10502" w:type="dxa"/>
            <w:gridSpan w:val="4"/>
            <w:shd w:val="clear" w:color="auto" w:fill="17365D" w:themeFill="text2" w:themeFillShade="BF"/>
          </w:tcPr>
          <w:p w14:paraId="4898668B" w14:textId="75C3A396" w:rsidR="00B105D5" w:rsidRPr="00B105D5" w:rsidRDefault="00B105D5" w:rsidP="00B105D5">
            <w:pPr>
              <w:jc w:val="center"/>
              <w:rPr>
                <w:rFonts w:ascii="標楷體" w:eastAsia="標楷體" w:hAnsi="標楷體"/>
                <w:color w:val="FFFFFF" w:themeColor="background1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color w:val="FFFFFF" w:themeColor="background1"/>
                <w:sz w:val="20"/>
                <w:szCs w:val="20"/>
                <w:lang w:eastAsia="zh-TW"/>
              </w:rPr>
              <w:t>11</w:t>
            </w:r>
            <w:r w:rsidR="00FD5AF1">
              <w:rPr>
                <w:rFonts w:ascii="標楷體" w:eastAsia="標楷體" w:hAnsi="標楷體" w:hint="eastAsia"/>
                <w:color w:val="FFFFFF" w:themeColor="background1"/>
                <w:sz w:val="20"/>
                <w:szCs w:val="20"/>
                <w:lang w:eastAsia="zh-TW"/>
              </w:rPr>
              <w:t>.飛行控制檢查/Fly Control Check</w:t>
            </w:r>
          </w:p>
        </w:tc>
      </w:tr>
      <w:tr w:rsidR="00C51603" w14:paraId="5C96C44E" w14:textId="77777777" w:rsidTr="00FD5AF1">
        <w:tc>
          <w:tcPr>
            <w:tcW w:w="562" w:type="dxa"/>
          </w:tcPr>
          <w:p w14:paraId="12EC433F" w14:textId="7636AFDB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</w:t>
            </w:r>
          </w:p>
        </w:tc>
        <w:tc>
          <w:tcPr>
            <w:tcW w:w="4688" w:type="dxa"/>
          </w:tcPr>
          <w:p w14:paraId="0CDC785E" w14:textId="71694540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副翼左壓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4D04EC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473CF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90584B">
              <w:rPr>
                <w:rFonts w:ascii="微軟正黑體" w:eastAsia="微軟正黑體" w:hAnsi="微軟正黑體" w:cs="微軟正黑體" w:hint="eastAsia"/>
                <w:lang w:eastAsia="zh-TW"/>
              </w:rPr>
              <w:t>right stick to left</w:t>
            </w:r>
          </w:p>
        </w:tc>
        <w:tc>
          <w:tcPr>
            <w:tcW w:w="2626" w:type="dxa"/>
          </w:tcPr>
          <w:p w14:paraId="010275A2" w14:textId="752E858B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左上</w:t>
            </w:r>
            <w:r w:rsidR="003356A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右下</w:t>
            </w:r>
            <w:r w:rsidR="00DD3D2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/left aileron up and right 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aileron down</w:t>
            </w:r>
          </w:p>
        </w:tc>
        <w:tc>
          <w:tcPr>
            <w:tcW w:w="2626" w:type="dxa"/>
          </w:tcPr>
          <w:p w14:paraId="56678644" w14:textId="03C5AA27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5ABCA188" w14:textId="77777777" w:rsidTr="00FD5AF1">
        <w:tc>
          <w:tcPr>
            <w:tcW w:w="562" w:type="dxa"/>
          </w:tcPr>
          <w:p w14:paraId="1EF5D555" w14:textId="2B054CDC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2</w:t>
            </w:r>
          </w:p>
        </w:tc>
        <w:tc>
          <w:tcPr>
            <w:tcW w:w="4688" w:type="dxa"/>
          </w:tcPr>
          <w:p w14:paraId="5805CE0F" w14:textId="1D85524B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副翼右壓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90584B"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right stick to </w:t>
            </w:r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>right</w:t>
            </w:r>
          </w:p>
        </w:tc>
        <w:tc>
          <w:tcPr>
            <w:tcW w:w="2626" w:type="dxa"/>
          </w:tcPr>
          <w:p w14:paraId="71BEE76B" w14:textId="1890C7A1" w:rsidR="00C51603" w:rsidRDefault="00C51603" w:rsidP="00C22D0F">
            <w:pPr>
              <w:ind w:left="200" w:hangingChars="100" w:hanging="20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右上左下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 right aileron</w:t>
            </w:r>
            <w:r w:rsidR="004D07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up 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</w:t>
            </w:r>
            <w:r w:rsidR="004D0758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left aileron down</w:t>
            </w:r>
            <w:r w:rsidR="00C22D0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</w:t>
            </w:r>
          </w:p>
        </w:tc>
        <w:tc>
          <w:tcPr>
            <w:tcW w:w="2626" w:type="dxa"/>
          </w:tcPr>
          <w:p w14:paraId="43C0E922" w14:textId="511D42B4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1869FA76" w14:textId="77777777" w:rsidTr="00FD5AF1">
        <w:tc>
          <w:tcPr>
            <w:tcW w:w="562" w:type="dxa"/>
          </w:tcPr>
          <w:p w14:paraId="118DB2A1" w14:textId="056267C5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3</w:t>
            </w:r>
          </w:p>
        </w:tc>
        <w:tc>
          <w:tcPr>
            <w:tcW w:w="4688" w:type="dxa"/>
          </w:tcPr>
          <w:p w14:paraId="040A8443" w14:textId="20A8301F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</w:t>
            </w:r>
            <w:r w:rsidR="00E6781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舵向前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6781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right stick </w:t>
            </w:r>
            <w:proofErr w:type="spellStart"/>
            <w:r w:rsidR="00BB48C8">
              <w:rPr>
                <w:rFonts w:ascii="微軟正黑體" w:eastAsia="微軟正黑體" w:hAnsi="微軟正黑體" w:cs="微軟正黑體" w:hint="eastAsia"/>
                <w:lang w:eastAsia="zh-TW"/>
              </w:rPr>
              <w:t>foward</w:t>
            </w:r>
            <w:proofErr w:type="spellEnd"/>
          </w:p>
        </w:tc>
        <w:tc>
          <w:tcPr>
            <w:tcW w:w="2626" w:type="dxa"/>
          </w:tcPr>
          <w:p w14:paraId="2280B38B" w14:textId="4CDD59D7" w:rsidR="00C51603" w:rsidRDefault="008F3701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前下/</w:t>
            </w:r>
            <w:r w:rsidR="00B002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elevator </w:t>
            </w:r>
            <w:r w:rsidR="0004302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go down</w:t>
            </w:r>
          </w:p>
        </w:tc>
        <w:tc>
          <w:tcPr>
            <w:tcW w:w="2626" w:type="dxa"/>
          </w:tcPr>
          <w:p w14:paraId="3E748DA0" w14:textId="6A94D77E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E67819" w14:paraId="3DA2D59E" w14:textId="77777777" w:rsidTr="00FD5AF1">
        <w:tc>
          <w:tcPr>
            <w:tcW w:w="562" w:type="dxa"/>
          </w:tcPr>
          <w:p w14:paraId="72F1A2EF" w14:textId="05473479" w:rsidR="00E67819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4</w:t>
            </w:r>
          </w:p>
        </w:tc>
        <w:tc>
          <w:tcPr>
            <w:tcW w:w="4688" w:type="dxa"/>
          </w:tcPr>
          <w:p w14:paraId="3B04ADA6" w14:textId="73A042F5" w:rsidR="00E67819" w:rsidRDefault="00E67819" w:rsidP="001E41D2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升降舵回中(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r w:rsidR="00740DE4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right stick </w:t>
            </w:r>
            <w:r w:rsidR="00B23C29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      place in the center</w:t>
            </w:r>
          </w:p>
        </w:tc>
        <w:tc>
          <w:tcPr>
            <w:tcW w:w="2626" w:type="dxa"/>
          </w:tcPr>
          <w:p w14:paraId="3D8698D7" w14:textId="74046C74" w:rsidR="00FF171A" w:rsidRDefault="00EE2D9E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中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中</w:t>
            </w:r>
            <w:proofErr w:type="gramEnd"/>
            <w:r w:rsidR="00FF17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/elevator in </w:t>
            </w:r>
            <w:r w:rsidR="00EA70A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mid</w:t>
            </w:r>
          </w:p>
        </w:tc>
        <w:tc>
          <w:tcPr>
            <w:tcW w:w="2626" w:type="dxa"/>
          </w:tcPr>
          <w:p w14:paraId="6FA23A48" w14:textId="2C4C3BC3" w:rsidR="00E67819" w:rsidRPr="007A442F" w:rsidRDefault="001A7857" w:rsidP="00C5160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E67819" w14:paraId="24DC889F" w14:textId="77777777" w:rsidTr="00FD5AF1">
        <w:tc>
          <w:tcPr>
            <w:tcW w:w="562" w:type="dxa"/>
          </w:tcPr>
          <w:p w14:paraId="3C2AD81E" w14:textId="17B4B64A" w:rsidR="00E67819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5</w:t>
            </w:r>
          </w:p>
        </w:tc>
        <w:tc>
          <w:tcPr>
            <w:tcW w:w="4688" w:type="dxa"/>
          </w:tcPr>
          <w:p w14:paraId="52B1C1FA" w14:textId="663594BB" w:rsidR="00E67819" w:rsidRDefault="00E67819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升降舵向後(</w:t>
            </w:r>
            <w:proofErr w:type="gramStart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美手右桿</w:t>
            </w:r>
            <w:proofErr w:type="gramEnd"/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)/</w:t>
            </w:r>
            <w:r w:rsidR="006B14D9">
              <w:t xml:space="preserve"> </w:t>
            </w:r>
            <w:r w:rsidR="006B14D9">
              <w:rPr>
                <w:rFonts w:eastAsia="新細明體" w:hint="eastAsia"/>
                <w:lang w:eastAsia="zh-TW"/>
              </w:rPr>
              <w:t>(</w:t>
            </w:r>
            <w:r w:rsidR="006B14D9">
              <w:rPr>
                <w:rFonts w:ascii="新細明體" w:eastAsia="新細明體" w:hAnsi="新細明體" w:hint="eastAsia"/>
                <w:lang w:eastAsia="zh-TW"/>
              </w:rPr>
              <w:t>M</w:t>
            </w:r>
            <w:r w:rsidR="006B14D9">
              <w:rPr>
                <w:rFonts w:ascii="微軟正黑體" w:eastAsia="微軟正黑體" w:hAnsi="微軟正黑體" w:cs="微軟正黑體" w:hint="eastAsia"/>
                <w:lang w:eastAsia="zh-TW"/>
              </w:rPr>
              <w:t>ode 2)</w:t>
            </w:r>
            <w:proofErr w:type="spellStart"/>
            <w:r w:rsidR="004E24CC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>rigft</w:t>
            </w:r>
            <w:proofErr w:type="spellEnd"/>
            <w:r w:rsidR="004E24CC" w:rsidRPr="001A7857">
              <w:rPr>
                <w:rFonts w:ascii="微軟正黑體" w:eastAsia="微軟正黑體" w:hAnsi="微軟正黑體" w:hint="eastAsia"/>
                <w:sz w:val="20"/>
                <w:szCs w:val="20"/>
                <w:lang w:eastAsia="zh-TW"/>
              </w:rPr>
              <w:t xml:space="preserve"> stick go rear</w:t>
            </w:r>
          </w:p>
        </w:tc>
        <w:tc>
          <w:tcPr>
            <w:tcW w:w="2626" w:type="dxa"/>
          </w:tcPr>
          <w:p w14:paraId="086B7947" w14:textId="395AE86C" w:rsidR="00E67819" w:rsidRDefault="00EE2D9E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後上</w:t>
            </w:r>
            <w:r w:rsidR="00FF171A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EA70A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elevator</w:t>
            </w:r>
            <w:r w:rsidR="0004302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go up</w:t>
            </w:r>
          </w:p>
        </w:tc>
        <w:tc>
          <w:tcPr>
            <w:tcW w:w="2626" w:type="dxa"/>
          </w:tcPr>
          <w:p w14:paraId="1E184A06" w14:textId="039D83B5" w:rsidR="00E67819" w:rsidRPr="007A442F" w:rsidRDefault="001A7857" w:rsidP="00C51603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62A73AFA" w14:textId="77777777" w:rsidTr="00FD5AF1">
        <w:tc>
          <w:tcPr>
            <w:tcW w:w="562" w:type="dxa"/>
          </w:tcPr>
          <w:p w14:paraId="488F4771" w14:textId="687805D2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6</w:t>
            </w:r>
          </w:p>
        </w:tc>
        <w:tc>
          <w:tcPr>
            <w:tcW w:w="4688" w:type="dxa"/>
          </w:tcPr>
          <w:p w14:paraId="3BB48C79" w14:textId="5778D72D" w:rsidR="009D3ADA" w:rsidRPr="001A7857" w:rsidRDefault="00C51603" w:rsidP="00C51603">
            <w:pPr>
              <w:rPr>
                <w:rFonts w:ascii="微軟正黑體" w:eastAsia="微軟正黑體" w:hAnsi="微軟正黑體" w:cs="微軟正黑體"/>
                <w:color w:val="EE0000"/>
                <w:sz w:val="20"/>
                <w:szCs w:val="20"/>
                <w:lang w:eastAsia="zh-TW"/>
              </w:rPr>
            </w:pP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方向舵向左(</w:t>
            </w: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美手左桿</w:t>
            </w:r>
            <w:proofErr w:type="gramEnd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</w:t>
            </w:r>
            <w:r w:rsidR="004D04E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6B14D9" w:rsidRPr="001A7857">
              <w:rPr>
                <w:color w:val="EE0000"/>
                <w:sz w:val="20"/>
                <w:szCs w:val="20"/>
              </w:rPr>
              <w:t xml:space="preserve"> </w:t>
            </w:r>
            <w:r w:rsidR="006B14D9" w:rsidRPr="001A7857">
              <w:rPr>
                <w:rFonts w:eastAsia="新細明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6B14D9" w:rsidRPr="001A7857">
              <w:rPr>
                <w:rFonts w:ascii="新細明體" w:eastAsia="新細明體" w:hAnsi="新細明體" w:hint="eastAsia"/>
                <w:color w:val="EE0000"/>
                <w:sz w:val="20"/>
                <w:szCs w:val="20"/>
                <w:lang w:eastAsia="zh-TW"/>
              </w:rPr>
              <w:t>M</w:t>
            </w:r>
            <w:r w:rsidR="006B14D9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ode 2)</w:t>
            </w:r>
            <w:r w:rsidR="007848CC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Left</w:t>
            </w:r>
            <w:r w:rsidR="009D3ADA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 xml:space="preserve"> stick to left</w:t>
            </w:r>
          </w:p>
        </w:tc>
        <w:tc>
          <w:tcPr>
            <w:tcW w:w="2626" w:type="dxa"/>
          </w:tcPr>
          <w:p w14:paraId="187DD04E" w14:textId="44782B31" w:rsidR="00C51603" w:rsidRPr="005E4E7C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proofErr w:type="gramStart"/>
            <w:r w:rsidRPr="005E4E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左壓左出</w:t>
            </w:r>
            <w:proofErr w:type="gramEnd"/>
            <w:r w:rsidR="005E4E7C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9D3ADA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r</w:t>
            </w:r>
            <w:r w:rsidR="00043029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udder turn left</w:t>
            </w:r>
          </w:p>
        </w:tc>
        <w:tc>
          <w:tcPr>
            <w:tcW w:w="2626" w:type="dxa"/>
          </w:tcPr>
          <w:p w14:paraId="2DAD0BB7" w14:textId="6B1BF063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7EC40DFF" w14:textId="77777777" w:rsidTr="00FD5AF1">
        <w:tc>
          <w:tcPr>
            <w:tcW w:w="562" w:type="dxa"/>
          </w:tcPr>
          <w:p w14:paraId="71BB48D4" w14:textId="6C69AD77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7</w:t>
            </w:r>
          </w:p>
        </w:tc>
        <w:tc>
          <w:tcPr>
            <w:tcW w:w="4688" w:type="dxa"/>
          </w:tcPr>
          <w:p w14:paraId="38E5D7F0" w14:textId="52E0CB0C" w:rsidR="00C51603" w:rsidRPr="001A7857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方向舵向右(</w:t>
            </w: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美手</w:t>
            </w:r>
            <w:r w:rsidR="006B14D9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左</w:t>
            </w:r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桿</w:t>
            </w:r>
            <w:proofErr w:type="gramEnd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)</w:t>
            </w:r>
            <w:r w:rsidR="004D04E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6B14D9" w:rsidRPr="001A7857">
              <w:rPr>
                <w:color w:val="EE0000"/>
                <w:sz w:val="20"/>
                <w:szCs w:val="20"/>
              </w:rPr>
              <w:t xml:space="preserve"> </w:t>
            </w:r>
            <w:r w:rsidR="006B14D9" w:rsidRPr="001A7857">
              <w:rPr>
                <w:rFonts w:eastAsia="新細明體" w:hint="eastAsia"/>
                <w:color w:val="EE0000"/>
                <w:sz w:val="20"/>
                <w:szCs w:val="20"/>
                <w:lang w:eastAsia="zh-TW"/>
              </w:rPr>
              <w:t>(</w:t>
            </w:r>
            <w:r w:rsidR="006B14D9" w:rsidRPr="001A7857">
              <w:rPr>
                <w:rFonts w:ascii="新細明體" w:eastAsia="新細明體" w:hAnsi="新細明體" w:hint="eastAsia"/>
                <w:color w:val="EE0000"/>
                <w:sz w:val="20"/>
                <w:szCs w:val="20"/>
                <w:lang w:eastAsia="zh-TW"/>
              </w:rPr>
              <w:t>M</w:t>
            </w:r>
            <w:r w:rsidR="006B14D9" w:rsidRPr="001A7857">
              <w:rPr>
                <w:rFonts w:ascii="微軟正黑體" w:eastAsia="微軟正黑體" w:hAnsi="微軟正黑體" w:cs="微軟正黑體" w:hint="eastAsia"/>
                <w:color w:val="EE0000"/>
                <w:sz w:val="20"/>
                <w:szCs w:val="20"/>
                <w:lang w:eastAsia="zh-TW"/>
              </w:rPr>
              <w:t>ode 2)</w:t>
            </w:r>
            <w:r w:rsidR="009D3ADA" w:rsidRPr="001A7857">
              <w:rPr>
                <w:rFonts w:ascii="微軟正黑體" w:eastAsia="微軟正黑體" w:hAnsi="微軟正黑體" w:hint="eastAsia"/>
                <w:color w:val="EE0000"/>
                <w:sz w:val="20"/>
                <w:szCs w:val="20"/>
                <w:lang w:eastAsia="zh-TW"/>
              </w:rPr>
              <w:t>Left stick to right</w:t>
            </w:r>
          </w:p>
        </w:tc>
        <w:tc>
          <w:tcPr>
            <w:tcW w:w="2626" w:type="dxa"/>
          </w:tcPr>
          <w:p w14:paraId="6499F3D1" w14:textId="7543E96A" w:rsidR="00C51603" w:rsidRPr="001A7857" w:rsidRDefault="00C51603" w:rsidP="00C51603">
            <w:pPr>
              <w:rPr>
                <w:rFonts w:ascii="標楷體" w:eastAsia="標楷體" w:hAnsi="標楷體"/>
                <w:color w:val="EE0000"/>
                <w:sz w:val="20"/>
                <w:szCs w:val="20"/>
                <w:lang w:eastAsia="zh-TW"/>
              </w:rPr>
            </w:pPr>
            <w:proofErr w:type="gramStart"/>
            <w:r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右壓右出</w:t>
            </w:r>
            <w:proofErr w:type="gramEnd"/>
            <w:r w:rsidR="005E4E7C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/</w:t>
            </w:r>
            <w:r w:rsidR="00043029" w:rsidRPr="001A7857">
              <w:rPr>
                <w:rFonts w:ascii="標楷體" w:eastAsia="標楷體" w:hAnsi="標楷體" w:hint="eastAsia"/>
                <w:color w:val="EE0000"/>
                <w:sz w:val="20"/>
                <w:szCs w:val="20"/>
                <w:lang w:eastAsia="zh-TW"/>
              </w:rPr>
              <w:t>rudder turn right</w:t>
            </w:r>
          </w:p>
        </w:tc>
        <w:tc>
          <w:tcPr>
            <w:tcW w:w="2626" w:type="dxa"/>
          </w:tcPr>
          <w:p w14:paraId="012B8CC5" w14:textId="29E1EA38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5DA388AC" w14:textId="77777777" w:rsidTr="00FD5AF1">
        <w:tc>
          <w:tcPr>
            <w:tcW w:w="562" w:type="dxa"/>
          </w:tcPr>
          <w:p w14:paraId="48AEDCE5" w14:textId="3FCEA801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8</w:t>
            </w:r>
          </w:p>
        </w:tc>
        <w:tc>
          <w:tcPr>
            <w:tcW w:w="4688" w:type="dxa"/>
          </w:tcPr>
          <w:p w14:paraId="775D14C8" w14:textId="2E8E7A7D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油門保</w:t>
            </w:r>
            <w:r w:rsidR="002F5D8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持最大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10sec-30sec</w:t>
            </w:r>
            <w:r w:rsidR="004D04E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2F5D8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Keep </w:t>
            </w:r>
            <w:r w:rsidR="006B14D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Throttle max</w:t>
            </w:r>
            <w:r w:rsidR="00B44D0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imum</w:t>
            </w:r>
            <w:r w:rsidR="00B12BC9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for 10sec-30sec</w:t>
            </w:r>
          </w:p>
        </w:tc>
        <w:tc>
          <w:tcPr>
            <w:tcW w:w="2626" w:type="dxa"/>
          </w:tcPr>
          <w:p w14:paraId="48F32375" w14:textId="044645D6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穩定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且</w:t>
            </w: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無異常震動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F35CF">
              <w:t xml:space="preserve">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Stable 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and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>without abnormal vibration</w:t>
            </w:r>
          </w:p>
        </w:tc>
        <w:tc>
          <w:tcPr>
            <w:tcW w:w="2626" w:type="dxa"/>
          </w:tcPr>
          <w:p w14:paraId="32A42170" w14:textId="5AE341AE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  <w:tr w:rsidR="00C51603" w14:paraId="0D6F336A" w14:textId="77777777" w:rsidTr="00FD5AF1">
        <w:tc>
          <w:tcPr>
            <w:tcW w:w="562" w:type="dxa"/>
          </w:tcPr>
          <w:p w14:paraId="6522F829" w14:textId="5CEFC8E7" w:rsidR="00C51603" w:rsidRDefault="004D0758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lastRenderedPageBreak/>
              <w:t>9</w:t>
            </w:r>
          </w:p>
        </w:tc>
        <w:tc>
          <w:tcPr>
            <w:tcW w:w="4688" w:type="dxa"/>
          </w:tcPr>
          <w:p w14:paraId="09972ABE" w14:textId="0717682C" w:rsidR="00C51603" w:rsidRP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各操縱系</w:t>
            </w:r>
            <w:r w:rsidR="001E57AC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/Fly</w:t>
            </w:r>
            <w:r w:rsidR="0091501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 xml:space="preserve"> control system</w:t>
            </w:r>
          </w:p>
        </w:tc>
        <w:tc>
          <w:tcPr>
            <w:tcW w:w="2626" w:type="dxa"/>
          </w:tcPr>
          <w:p w14:paraId="074F7971" w14:textId="26779654" w:rsidR="00C51603" w:rsidRDefault="00C51603" w:rsidP="00C51603">
            <w:pPr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活動自如行程正確</w:t>
            </w:r>
            <w:r w:rsidR="009F35CF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/</w:t>
            </w:r>
            <w:r w:rsidR="009F35CF">
              <w:t xml:space="preserve"> </w:t>
            </w:r>
            <w:r w:rsidR="009F35CF" w:rsidRPr="009F35CF">
              <w:rPr>
                <w:rFonts w:ascii="標楷體" w:eastAsia="標楷體" w:hAnsi="標楷體"/>
                <w:sz w:val="20"/>
                <w:szCs w:val="20"/>
                <w:lang w:eastAsia="zh-TW"/>
              </w:rPr>
              <w:t xml:space="preserve">Activities are flexible </w:t>
            </w:r>
            <w:r w:rsidR="00915011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and stick travel correct</w:t>
            </w:r>
          </w:p>
        </w:tc>
        <w:tc>
          <w:tcPr>
            <w:tcW w:w="2626" w:type="dxa"/>
          </w:tcPr>
          <w:p w14:paraId="0EF2A34B" w14:textId="5B5B9A28" w:rsidR="00C51603" w:rsidRDefault="00C51603" w:rsidP="00C51603">
            <w:pPr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7A442F">
              <w:rPr>
                <w:rFonts w:ascii="標楷體" w:eastAsia="標楷體" w:hAnsi="標楷體"/>
                <w:sz w:val="20"/>
                <w:szCs w:val="20"/>
              </w:rPr>
              <w:t>[ ]</w:t>
            </w:r>
          </w:p>
        </w:tc>
      </w:tr>
    </w:tbl>
    <w:p w14:paraId="6B718E62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31BA5E09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4E65E5C7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709F84DE" w14:textId="77777777" w:rsidR="00BB34F2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05B2E15C" w14:textId="77777777" w:rsidR="00BB34F2" w:rsidRPr="007A442F" w:rsidRDefault="00BB34F2">
      <w:pPr>
        <w:rPr>
          <w:rFonts w:ascii="標楷體" w:eastAsia="標楷體" w:hAnsi="標楷體"/>
          <w:sz w:val="20"/>
          <w:szCs w:val="20"/>
          <w:lang w:eastAsia="zh-TW"/>
        </w:rPr>
      </w:pPr>
    </w:p>
    <w:p w14:paraId="53FB60E6" w14:textId="77777777" w:rsidR="000210AC" w:rsidRDefault="00ED007B">
      <w:pPr>
        <w:jc w:val="center"/>
        <w:rPr>
          <w:rFonts w:ascii="標楷體" w:eastAsia="標楷體" w:hAnsi="標楷體"/>
          <w:sz w:val="20"/>
          <w:szCs w:val="20"/>
        </w:rPr>
      </w:pPr>
      <w:r w:rsidRPr="007A442F">
        <w:rPr>
          <w:rFonts w:ascii="標楷體" w:eastAsia="標楷體" w:hAnsi="標楷體"/>
          <w:sz w:val="20"/>
          <w:szCs w:val="20"/>
        </w:rPr>
        <w:t xml:space="preserve">------------------------------------------------ END / </w:t>
      </w:r>
      <w:proofErr w:type="spellStart"/>
      <w:r w:rsidRPr="007A442F">
        <w:rPr>
          <w:rFonts w:ascii="標楷體" w:eastAsia="標楷體" w:hAnsi="標楷體"/>
          <w:sz w:val="20"/>
          <w:szCs w:val="20"/>
        </w:rPr>
        <w:t>結束</w:t>
      </w:r>
      <w:proofErr w:type="spellEnd"/>
      <w:r w:rsidRPr="007A442F">
        <w:rPr>
          <w:rFonts w:ascii="標楷體" w:eastAsia="標楷體" w:hAnsi="標楷體"/>
          <w:sz w:val="20"/>
          <w:szCs w:val="20"/>
        </w:rPr>
        <w:t xml:space="preserve"> ------------------------------------------------</w:t>
      </w:r>
    </w:p>
    <w:p w14:paraId="2FFB2137" w14:textId="6CDF283C" w:rsidR="00BC34EB" w:rsidRPr="007A442F" w:rsidRDefault="00BC34EB" w:rsidP="00EB05A8">
      <w:pPr>
        <w:rPr>
          <w:rFonts w:ascii="標楷體" w:eastAsia="標楷體" w:hAnsi="標楷體"/>
          <w:sz w:val="20"/>
          <w:szCs w:val="20"/>
          <w:lang w:eastAsia="zh-TW"/>
        </w:rPr>
      </w:pPr>
    </w:p>
    <w:sectPr w:rsidR="00BC34EB" w:rsidRPr="007A442F" w:rsidSect="00034616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F4614" w14:textId="77777777" w:rsidR="00B717F1" w:rsidRDefault="00B717F1" w:rsidP="009A3B2B">
      <w:pPr>
        <w:spacing w:after="0" w:line="240" w:lineRule="auto"/>
      </w:pPr>
      <w:r>
        <w:separator/>
      </w:r>
    </w:p>
  </w:endnote>
  <w:endnote w:type="continuationSeparator" w:id="0">
    <w:p w14:paraId="6A3440E8" w14:textId="77777777" w:rsidR="00B717F1" w:rsidRDefault="00B717F1" w:rsidP="009A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B8EE" w14:textId="77777777" w:rsidR="00B717F1" w:rsidRDefault="00B717F1" w:rsidP="009A3B2B">
      <w:pPr>
        <w:spacing w:after="0" w:line="240" w:lineRule="auto"/>
      </w:pPr>
      <w:r>
        <w:separator/>
      </w:r>
    </w:p>
  </w:footnote>
  <w:footnote w:type="continuationSeparator" w:id="0">
    <w:p w14:paraId="621B377E" w14:textId="77777777" w:rsidR="00B717F1" w:rsidRDefault="00B717F1" w:rsidP="009A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13548546">
    <w:abstractNumId w:val="8"/>
  </w:num>
  <w:num w:numId="2" w16cid:durableId="1908494330">
    <w:abstractNumId w:val="6"/>
  </w:num>
  <w:num w:numId="3" w16cid:durableId="1192451681">
    <w:abstractNumId w:val="5"/>
  </w:num>
  <w:num w:numId="4" w16cid:durableId="1936086457">
    <w:abstractNumId w:val="4"/>
  </w:num>
  <w:num w:numId="5" w16cid:durableId="981815471">
    <w:abstractNumId w:val="7"/>
  </w:num>
  <w:num w:numId="6" w16cid:durableId="679740746">
    <w:abstractNumId w:val="3"/>
  </w:num>
  <w:num w:numId="7" w16cid:durableId="331571157">
    <w:abstractNumId w:val="2"/>
  </w:num>
  <w:num w:numId="8" w16cid:durableId="419714010">
    <w:abstractNumId w:val="1"/>
  </w:num>
  <w:num w:numId="9" w16cid:durableId="1958981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16CA"/>
    <w:rsid w:val="000210AC"/>
    <w:rsid w:val="00034616"/>
    <w:rsid w:val="0003479C"/>
    <w:rsid w:val="00035060"/>
    <w:rsid w:val="00036B5A"/>
    <w:rsid w:val="00043029"/>
    <w:rsid w:val="000456B8"/>
    <w:rsid w:val="0006063C"/>
    <w:rsid w:val="0006152B"/>
    <w:rsid w:val="00084D75"/>
    <w:rsid w:val="00091E1A"/>
    <w:rsid w:val="00095FFF"/>
    <w:rsid w:val="000B1B77"/>
    <w:rsid w:val="000D30B2"/>
    <w:rsid w:val="000E28A1"/>
    <w:rsid w:val="000E51E5"/>
    <w:rsid w:val="00101EC7"/>
    <w:rsid w:val="00103B78"/>
    <w:rsid w:val="00112139"/>
    <w:rsid w:val="00121673"/>
    <w:rsid w:val="00122756"/>
    <w:rsid w:val="0013373F"/>
    <w:rsid w:val="00136AAF"/>
    <w:rsid w:val="001466B8"/>
    <w:rsid w:val="0015074B"/>
    <w:rsid w:val="00150FD5"/>
    <w:rsid w:val="00161BD2"/>
    <w:rsid w:val="001864E9"/>
    <w:rsid w:val="00190064"/>
    <w:rsid w:val="00190C8A"/>
    <w:rsid w:val="001A4B26"/>
    <w:rsid w:val="001A7857"/>
    <w:rsid w:val="001B4D06"/>
    <w:rsid w:val="001C032E"/>
    <w:rsid w:val="001C5741"/>
    <w:rsid w:val="001D278B"/>
    <w:rsid w:val="001D3025"/>
    <w:rsid w:val="001D5919"/>
    <w:rsid w:val="001E41D2"/>
    <w:rsid w:val="001E537F"/>
    <w:rsid w:val="001E57AC"/>
    <w:rsid w:val="001F7837"/>
    <w:rsid w:val="002276C2"/>
    <w:rsid w:val="0023251D"/>
    <w:rsid w:val="00233CF4"/>
    <w:rsid w:val="00236088"/>
    <w:rsid w:val="0024003F"/>
    <w:rsid w:val="00260A75"/>
    <w:rsid w:val="00260C00"/>
    <w:rsid w:val="002915F9"/>
    <w:rsid w:val="0029639D"/>
    <w:rsid w:val="002C2191"/>
    <w:rsid w:val="002D68B1"/>
    <w:rsid w:val="002E27F3"/>
    <w:rsid w:val="002E3BAC"/>
    <w:rsid w:val="002E493D"/>
    <w:rsid w:val="002F4CA7"/>
    <w:rsid w:val="002F5D84"/>
    <w:rsid w:val="002F6C52"/>
    <w:rsid w:val="00312526"/>
    <w:rsid w:val="00312B6D"/>
    <w:rsid w:val="00326F90"/>
    <w:rsid w:val="00332475"/>
    <w:rsid w:val="003356AA"/>
    <w:rsid w:val="00345B03"/>
    <w:rsid w:val="00381774"/>
    <w:rsid w:val="00392B49"/>
    <w:rsid w:val="003B32C8"/>
    <w:rsid w:val="003B59CE"/>
    <w:rsid w:val="003C06F4"/>
    <w:rsid w:val="003D0D7C"/>
    <w:rsid w:val="003F2BF4"/>
    <w:rsid w:val="00404843"/>
    <w:rsid w:val="0041138A"/>
    <w:rsid w:val="00415860"/>
    <w:rsid w:val="00416197"/>
    <w:rsid w:val="0043144E"/>
    <w:rsid w:val="00441DAD"/>
    <w:rsid w:val="00444C6F"/>
    <w:rsid w:val="0046246E"/>
    <w:rsid w:val="00473CF9"/>
    <w:rsid w:val="00482FA8"/>
    <w:rsid w:val="00486F61"/>
    <w:rsid w:val="004B3595"/>
    <w:rsid w:val="004B3641"/>
    <w:rsid w:val="004B5723"/>
    <w:rsid w:val="004C16EE"/>
    <w:rsid w:val="004D04EC"/>
    <w:rsid w:val="004D0758"/>
    <w:rsid w:val="004D3D9C"/>
    <w:rsid w:val="004E24CC"/>
    <w:rsid w:val="004F004B"/>
    <w:rsid w:val="004F04F8"/>
    <w:rsid w:val="00504A2B"/>
    <w:rsid w:val="00525836"/>
    <w:rsid w:val="005530F8"/>
    <w:rsid w:val="00562106"/>
    <w:rsid w:val="00583C1F"/>
    <w:rsid w:val="005A05AE"/>
    <w:rsid w:val="005A7BAE"/>
    <w:rsid w:val="005B2D4F"/>
    <w:rsid w:val="005C6579"/>
    <w:rsid w:val="005E4E7C"/>
    <w:rsid w:val="005E6918"/>
    <w:rsid w:val="005F1D12"/>
    <w:rsid w:val="00632149"/>
    <w:rsid w:val="00633958"/>
    <w:rsid w:val="006426D2"/>
    <w:rsid w:val="00643598"/>
    <w:rsid w:val="00687B36"/>
    <w:rsid w:val="006B14D9"/>
    <w:rsid w:val="006C787A"/>
    <w:rsid w:val="006E7EE1"/>
    <w:rsid w:val="006F12FF"/>
    <w:rsid w:val="006F4D9F"/>
    <w:rsid w:val="007023A1"/>
    <w:rsid w:val="00714D6E"/>
    <w:rsid w:val="0073112B"/>
    <w:rsid w:val="00737216"/>
    <w:rsid w:val="00740DE4"/>
    <w:rsid w:val="00741821"/>
    <w:rsid w:val="00784858"/>
    <w:rsid w:val="007848CC"/>
    <w:rsid w:val="00790F85"/>
    <w:rsid w:val="00792E47"/>
    <w:rsid w:val="007935FF"/>
    <w:rsid w:val="007A442F"/>
    <w:rsid w:val="007B6A13"/>
    <w:rsid w:val="007F0E36"/>
    <w:rsid w:val="0080211F"/>
    <w:rsid w:val="00812832"/>
    <w:rsid w:val="00817ECF"/>
    <w:rsid w:val="00841919"/>
    <w:rsid w:val="00856643"/>
    <w:rsid w:val="00871EEE"/>
    <w:rsid w:val="008858EA"/>
    <w:rsid w:val="0089009F"/>
    <w:rsid w:val="008A3497"/>
    <w:rsid w:val="008B2B81"/>
    <w:rsid w:val="008B2C2D"/>
    <w:rsid w:val="008B7971"/>
    <w:rsid w:val="008C485D"/>
    <w:rsid w:val="008C67B1"/>
    <w:rsid w:val="008E2DD8"/>
    <w:rsid w:val="008E7722"/>
    <w:rsid w:val="008F2703"/>
    <w:rsid w:val="008F3701"/>
    <w:rsid w:val="0090584B"/>
    <w:rsid w:val="009112CE"/>
    <w:rsid w:val="00915011"/>
    <w:rsid w:val="009225A0"/>
    <w:rsid w:val="009303FC"/>
    <w:rsid w:val="00940CC3"/>
    <w:rsid w:val="009445F2"/>
    <w:rsid w:val="0094697C"/>
    <w:rsid w:val="009503AB"/>
    <w:rsid w:val="00957D73"/>
    <w:rsid w:val="009745D9"/>
    <w:rsid w:val="00974C30"/>
    <w:rsid w:val="009769C1"/>
    <w:rsid w:val="00994420"/>
    <w:rsid w:val="0099623D"/>
    <w:rsid w:val="009A3B2B"/>
    <w:rsid w:val="009D3ADA"/>
    <w:rsid w:val="009F35CF"/>
    <w:rsid w:val="00A0326D"/>
    <w:rsid w:val="00A05758"/>
    <w:rsid w:val="00A155D0"/>
    <w:rsid w:val="00A34927"/>
    <w:rsid w:val="00A965A7"/>
    <w:rsid w:val="00AA1D8D"/>
    <w:rsid w:val="00AA3038"/>
    <w:rsid w:val="00AC3A2A"/>
    <w:rsid w:val="00AD3CAD"/>
    <w:rsid w:val="00AD7BBA"/>
    <w:rsid w:val="00AE0877"/>
    <w:rsid w:val="00AF71E9"/>
    <w:rsid w:val="00B0021A"/>
    <w:rsid w:val="00B07F38"/>
    <w:rsid w:val="00B105D5"/>
    <w:rsid w:val="00B10838"/>
    <w:rsid w:val="00B11844"/>
    <w:rsid w:val="00B12BC9"/>
    <w:rsid w:val="00B12DF1"/>
    <w:rsid w:val="00B20A49"/>
    <w:rsid w:val="00B23C29"/>
    <w:rsid w:val="00B302DA"/>
    <w:rsid w:val="00B42D85"/>
    <w:rsid w:val="00B44D09"/>
    <w:rsid w:val="00B4518C"/>
    <w:rsid w:val="00B47730"/>
    <w:rsid w:val="00B53074"/>
    <w:rsid w:val="00B717F1"/>
    <w:rsid w:val="00B87412"/>
    <w:rsid w:val="00B874C9"/>
    <w:rsid w:val="00BB34F2"/>
    <w:rsid w:val="00BB48C8"/>
    <w:rsid w:val="00BC34EB"/>
    <w:rsid w:val="00BD2474"/>
    <w:rsid w:val="00C02AF1"/>
    <w:rsid w:val="00C20C28"/>
    <w:rsid w:val="00C22D0F"/>
    <w:rsid w:val="00C24958"/>
    <w:rsid w:val="00C34598"/>
    <w:rsid w:val="00C3634F"/>
    <w:rsid w:val="00C50013"/>
    <w:rsid w:val="00C51603"/>
    <w:rsid w:val="00C6428A"/>
    <w:rsid w:val="00C67983"/>
    <w:rsid w:val="00C70FE6"/>
    <w:rsid w:val="00CB0664"/>
    <w:rsid w:val="00CC5A43"/>
    <w:rsid w:val="00CE4B84"/>
    <w:rsid w:val="00D0368A"/>
    <w:rsid w:val="00D143FC"/>
    <w:rsid w:val="00D272B8"/>
    <w:rsid w:val="00D41E34"/>
    <w:rsid w:val="00D4296F"/>
    <w:rsid w:val="00D45FB8"/>
    <w:rsid w:val="00D612E1"/>
    <w:rsid w:val="00D73E62"/>
    <w:rsid w:val="00D83167"/>
    <w:rsid w:val="00D8336D"/>
    <w:rsid w:val="00D87F82"/>
    <w:rsid w:val="00D9394C"/>
    <w:rsid w:val="00DA32DD"/>
    <w:rsid w:val="00DA4861"/>
    <w:rsid w:val="00DB2677"/>
    <w:rsid w:val="00DC64D6"/>
    <w:rsid w:val="00DD3D21"/>
    <w:rsid w:val="00DD4158"/>
    <w:rsid w:val="00DD50C3"/>
    <w:rsid w:val="00E00BA9"/>
    <w:rsid w:val="00E168FE"/>
    <w:rsid w:val="00E33A6A"/>
    <w:rsid w:val="00E374A2"/>
    <w:rsid w:val="00E43647"/>
    <w:rsid w:val="00E53E71"/>
    <w:rsid w:val="00E54103"/>
    <w:rsid w:val="00E67819"/>
    <w:rsid w:val="00E67C53"/>
    <w:rsid w:val="00E80960"/>
    <w:rsid w:val="00E81A95"/>
    <w:rsid w:val="00E84D0E"/>
    <w:rsid w:val="00E93354"/>
    <w:rsid w:val="00E965CD"/>
    <w:rsid w:val="00EA70A4"/>
    <w:rsid w:val="00EB05A8"/>
    <w:rsid w:val="00EC014D"/>
    <w:rsid w:val="00EC2DC1"/>
    <w:rsid w:val="00ED007B"/>
    <w:rsid w:val="00ED2F38"/>
    <w:rsid w:val="00ED3BAE"/>
    <w:rsid w:val="00ED70A2"/>
    <w:rsid w:val="00EE2D9E"/>
    <w:rsid w:val="00EE30C6"/>
    <w:rsid w:val="00EE4641"/>
    <w:rsid w:val="00F13320"/>
    <w:rsid w:val="00F25816"/>
    <w:rsid w:val="00F459C7"/>
    <w:rsid w:val="00F565AB"/>
    <w:rsid w:val="00F74AE9"/>
    <w:rsid w:val="00F82272"/>
    <w:rsid w:val="00F82BFA"/>
    <w:rsid w:val="00F86414"/>
    <w:rsid w:val="00F928E4"/>
    <w:rsid w:val="00FC50B8"/>
    <w:rsid w:val="00FC693F"/>
    <w:rsid w:val="00FD2B77"/>
    <w:rsid w:val="00FD41C0"/>
    <w:rsid w:val="00FD5AF1"/>
    <w:rsid w:val="00FF16A5"/>
    <w:rsid w:val="00FF1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F6965F70-7750-4FC7-9CEB-C3BFE87D7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rPr>
      <w:rFonts w:ascii="Arial" w:hAnsi="Arial"/>
      <w:sz w:val="19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7</Pages>
  <Words>1349</Words>
  <Characters>7693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9024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易羽 張</cp:lastModifiedBy>
  <cp:revision>270</cp:revision>
  <dcterms:created xsi:type="dcterms:W3CDTF">2026-07-03T02:02:00Z</dcterms:created>
  <dcterms:modified xsi:type="dcterms:W3CDTF">2026-07-07T08:02:00Z</dcterms:modified>
  <cp:category/>
</cp:coreProperties>
</file>