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02896" w14:textId="371A4340" w:rsidR="00DD4158" w:rsidRDefault="00DD4158">
      <w:pPr>
        <w:jc w:val="center"/>
        <w:rPr>
          <w:rFonts w:ascii="標楷體" w:eastAsia="標楷體" w:hAnsi="標楷體"/>
          <w:b/>
          <w:sz w:val="20"/>
          <w:szCs w:val="20"/>
          <w:lang w:eastAsia="zh-TW"/>
        </w:rPr>
      </w:pPr>
      <w:r>
        <w:rPr>
          <w:rFonts w:ascii="標楷體" w:eastAsia="標楷體" w:hAnsi="標楷體"/>
          <w:b/>
          <w:noProof/>
          <w:sz w:val="20"/>
          <w:szCs w:val="20"/>
          <w:lang w:eastAsia="zh-TW"/>
        </w:rPr>
        <w:drawing>
          <wp:anchor distT="0" distB="0" distL="114300" distR="114300" simplePos="0" relativeHeight="251659264" behindDoc="0" locked="0" layoutInCell="1" allowOverlap="1" wp14:anchorId="5B1D539B" wp14:editId="2E2993C9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6675120" cy="2010410"/>
            <wp:effectExtent l="0" t="0" r="0" b="8890"/>
            <wp:wrapSquare wrapText="bothSides"/>
            <wp:docPr id="2547769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76927" name="圖片 2547769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414">
        <w:rPr>
          <w:rFonts w:ascii="標楷體" w:eastAsia="標楷體" w:hAnsi="標楷體" w:hint="eastAsia"/>
          <w:b/>
          <w:sz w:val="20"/>
          <w:szCs w:val="20"/>
          <w:lang w:eastAsia="zh-TW"/>
        </w:rPr>
        <w:t>YT Delta Wing</w:t>
      </w:r>
      <w:r w:rsidR="00ED007B" w:rsidRPr="007A442F">
        <w:rPr>
          <w:rFonts w:ascii="標楷體" w:eastAsia="標楷體" w:hAnsi="標楷體"/>
          <w:b/>
          <w:sz w:val="20"/>
          <w:szCs w:val="20"/>
        </w:rPr>
        <w:t xml:space="preserve"> Pre Flight Checklist / </w:t>
      </w:r>
      <w:proofErr w:type="gramStart"/>
      <w:r w:rsidR="00F86414">
        <w:rPr>
          <w:rFonts w:ascii="標楷體" w:eastAsia="標楷體" w:hAnsi="標楷體" w:hint="eastAsia"/>
          <w:b/>
          <w:sz w:val="20"/>
          <w:szCs w:val="20"/>
          <w:lang w:eastAsia="zh-TW"/>
        </w:rPr>
        <w:t>御</w:t>
      </w:r>
      <w:proofErr w:type="gramEnd"/>
      <w:r w:rsidR="00F86414">
        <w:rPr>
          <w:rFonts w:ascii="標楷體" w:eastAsia="標楷體" w:hAnsi="標楷體" w:hint="eastAsia"/>
          <w:b/>
          <w:sz w:val="20"/>
          <w:szCs w:val="20"/>
          <w:lang w:eastAsia="zh-TW"/>
        </w:rPr>
        <w:t>天三角</w:t>
      </w:r>
      <w:proofErr w:type="gramStart"/>
      <w:r w:rsidR="00F86414">
        <w:rPr>
          <w:rFonts w:ascii="標楷體" w:eastAsia="標楷體" w:hAnsi="標楷體" w:hint="eastAsia"/>
          <w:b/>
          <w:sz w:val="20"/>
          <w:szCs w:val="20"/>
          <w:lang w:eastAsia="zh-TW"/>
        </w:rPr>
        <w:t>翼</w:t>
      </w:r>
      <w:proofErr w:type="spellStart"/>
      <w:proofErr w:type="gramEnd"/>
      <w:r w:rsidR="00ED007B" w:rsidRPr="007A442F">
        <w:rPr>
          <w:rFonts w:ascii="標楷體" w:eastAsia="標楷體" w:hAnsi="標楷體"/>
          <w:b/>
          <w:sz w:val="20"/>
          <w:szCs w:val="20"/>
        </w:rPr>
        <w:t>飛行前檢</w:t>
      </w:r>
      <w:proofErr w:type="spellEnd"/>
      <w:r w:rsidR="00C02AF1" w:rsidRPr="007A442F">
        <w:rPr>
          <w:rFonts w:ascii="標楷體" w:eastAsia="標楷體" w:hAnsi="標楷體" w:hint="eastAsia"/>
          <w:b/>
          <w:sz w:val="20"/>
          <w:szCs w:val="20"/>
          <w:lang w:eastAsia="zh-TW"/>
        </w:rPr>
        <w:t>查</w:t>
      </w:r>
      <w:r w:rsidR="00ED007B" w:rsidRPr="007A442F">
        <w:rPr>
          <w:rFonts w:ascii="標楷體" w:eastAsia="標楷體" w:hAnsi="標楷體"/>
          <w:b/>
          <w:sz w:val="20"/>
          <w:szCs w:val="20"/>
        </w:rPr>
        <w:t>表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0210AC" w:rsidRPr="007A442F" w14:paraId="097380B8" w14:textId="77777777" w:rsidTr="00784858">
        <w:tc>
          <w:tcPr>
            <w:tcW w:w="10502" w:type="dxa"/>
            <w:shd w:val="clear" w:color="auto" w:fill="F2F2F2"/>
          </w:tcPr>
          <w:p w14:paraId="314399E4" w14:textId="5D44851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 xml:space="preserve">VERSION / </w:t>
            </w:r>
            <w:proofErr w:type="spellStart"/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>版本</w:t>
            </w:r>
            <w:proofErr w:type="spellEnd"/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 xml:space="preserve">: V </w:t>
            </w:r>
            <w:r w:rsidR="0024003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0</w:t>
            </w:r>
            <w:r w:rsidR="00486F61" w:rsidRPr="007A442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.0</w:t>
            </w:r>
            <w:r w:rsidR="0024003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1</w:t>
            </w:r>
          </w:p>
        </w:tc>
      </w:tr>
      <w:tr w:rsidR="000210AC" w:rsidRPr="007A442F" w14:paraId="2608B58C" w14:textId="77777777" w:rsidTr="00784858">
        <w:tc>
          <w:tcPr>
            <w:tcW w:w="10502" w:type="dxa"/>
            <w:shd w:val="clear" w:color="auto" w:fill="F2F2F2"/>
          </w:tcPr>
          <w:p w14:paraId="2F1DD1DC" w14:textId="2C13E04F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 xml:space="preserve">EFFECTIVE DATE / </w:t>
            </w:r>
            <w:proofErr w:type="spellStart"/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>生效日期</w:t>
            </w:r>
            <w:proofErr w:type="spellEnd"/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 xml:space="preserve">: </w:t>
            </w:r>
            <w:r w:rsidR="00486F61" w:rsidRPr="007A442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1</w:t>
            </w:r>
            <w:r w:rsidR="00940CC3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 xml:space="preserve"> </w:t>
            </w:r>
            <w:r w:rsidR="00486F61" w:rsidRPr="007A442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SEP</w:t>
            </w:r>
            <w:r w:rsidR="001C032E" w:rsidRPr="007A442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 xml:space="preserve"> </w:t>
            </w:r>
            <w:r w:rsidR="00486F61" w:rsidRPr="007A442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2026</w:t>
            </w: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 xml:space="preserve"> / 202</w:t>
            </w:r>
            <w:r w:rsidR="00D4296F" w:rsidRPr="007A442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6</w:t>
            </w: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>年</w:t>
            </w:r>
            <w:r w:rsidR="00D4296F" w:rsidRPr="007A442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9</w:t>
            </w: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>月</w:t>
            </w:r>
            <w:r w:rsidR="00D4296F" w:rsidRPr="007A442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1</w:t>
            </w: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>日</w:t>
            </w:r>
          </w:p>
        </w:tc>
      </w:tr>
      <w:tr w:rsidR="000210AC" w:rsidRPr="007A442F" w14:paraId="4E306A6D" w14:textId="77777777" w:rsidTr="00784858">
        <w:tc>
          <w:tcPr>
            <w:tcW w:w="10502" w:type="dxa"/>
            <w:shd w:val="clear" w:color="auto" w:fill="F2F2F2"/>
          </w:tcPr>
          <w:p w14:paraId="3729806B" w14:textId="362EE7C9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 xml:space="preserve">Read &amp; Do / </w:t>
            </w:r>
            <w:r w:rsidR="001864E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逐項</w:t>
            </w:r>
            <w:r w:rsidR="00940CC3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閱讀</w:t>
            </w:r>
            <w:proofErr w:type="spellStart"/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>並執行</w:t>
            </w:r>
            <w:proofErr w:type="spellEnd"/>
          </w:p>
        </w:tc>
      </w:tr>
      <w:tr w:rsidR="000210AC" w:rsidRPr="007A442F" w14:paraId="04D10684" w14:textId="77777777" w:rsidTr="00784858">
        <w:tc>
          <w:tcPr>
            <w:tcW w:w="10502" w:type="dxa"/>
            <w:shd w:val="clear" w:color="auto" w:fill="F2F2F2"/>
          </w:tcPr>
          <w:p w14:paraId="326FC478" w14:textId="6A6A40AC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 xml:space="preserve">[ ] = If Applicable / </w:t>
            </w:r>
            <w:proofErr w:type="spellStart"/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>適用</w:t>
            </w:r>
            <w:proofErr w:type="spellEnd"/>
            <w:r w:rsidR="00DB2677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(合格</w:t>
            </w:r>
            <w:r w:rsidR="00AC3A2A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打勾</w:t>
            </w:r>
            <w:r w:rsidR="00DB2677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)</w:t>
            </w:r>
          </w:p>
        </w:tc>
      </w:tr>
      <w:tr w:rsidR="00784858" w:rsidRPr="007A442F" w14:paraId="0F740AC7" w14:textId="77777777" w:rsidTr="00784858">
        <w:tc>
          <w:tcPr>
            <w:tcW w:w="10502" w:type="dxa"/>
            <w:shd w:val="clear" w:color="auto" w:fill="F2F2F2"/>
          </w:tcPr>
          <w:p w14:paraId="3788A022" w14:textId="78F76DBF" w:rsidR="00784858" w:rsidRPr="00B11844" w:rsidRDefault="002E493D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2E493D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>Check clockwise from left to right</w:t>
            </w:r>
            <w:r w:rsidR="0024003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 xml:space="preserve"> &amp;</w:t>
            </w:r>
            <w:r w:rsidRPr="002E493D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 xml:space="preserve"> </w:t>
            </w:r>
            <w:r w:rsidR="0024003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f</w:t>
            </w:r>
            <w:r w:rsidR="0024003F" w:rsidRPr="0024003F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>rom back to front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/</w:t>
            </w:r>
            <w:r w:rsidR="0024003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順時針檢查</w:t>
            </w:r>
            <w:r w:rsidR="00784858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由左</w:t>
            </w:r>
            <w:proofErr w:type="gramStart"/>
            <w:r w:rsidR="00784858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至右</w:t>
            </w:r>
            <w:r w:rsidR="00B11844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由後</w:t>
            </w:r>
            <w:proofErr w:type="gramEnd"/>
            <w:r w:rsidR="00B11844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至前</w:t>
            </w:r>
          </w:p>
        </w:tc>
      </w:tr>
    </w:tbl>
    <w:p w14:paraId="61F39E0A" w14:textId="5F1B5860" w:rsidR="000210AC" w:rsidRPr="007A442F" w:rsidRDefault="000210AC">
      <w:pPr>
        <w:rPr>
          <w:rFonts w:ascii="標楷體" w:eastAsia="標楷體" w:hAnsi="標楷體"/>
          <w:sz w:val="20"/>
          <w:szCs w:val="20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7"/>
        <w:gridCol w:w="5891"/>
        <w:gridCol w:w="3342"/>
        <w:gridCol w:w="702"/>
      </w:tblGrid>
      <w:tr w:rsidR="000210AC" w:rsidRPr="007A442F" w14:paraId="377DEADC" w14:textId="77777777" w:rsidTr="00F459C7">
        <w:tc>
          <w:tcPr>
            <w:tcW w:w="10502" w:type="dxa"/>
            <w:gridSpan w:val="4"/>
            <w:shd w:val="clear" w:color="auto" w:fill="1B365D"/>
          </w:tcPr>
          <w:p w14:paraId="5A02C64A" w14:textId="77777777" w:rsidR="000210AC" w:rsidRPr="007A442F" w:rsidRDefault="00ED007B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1. DETAILS / </w:t>
            </w:r>
            <w:proofErr w:type="spellStart"/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詳細資訊</w:t>
            </w:r>
            <w:proofErr w:type="spellEnd"/>
          </w:p>
        </w:tc>
      </w:tr>
      <w:tr w:rsidR="000210AC" w:rsidRPr="007A442F" w14:paraId="462DC302" w14:textId="77777777" w:rsidTr="00F459C7">
        <w:tc>
          <w:tcPr>
            <w:tcW w:w="567" w:type="dxa"/>
          </w:tcPr>
          <w:p w14:paraId="74A7DBED" w14:textId="77777777" w:rsidR="000210AC" w:rsidRPr="007A442F" w:rsidRDefault="00ED007B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91" w:type="dxa"/>
          </w:tcPr>
          <w:p w14:paraId="66AD036A" w14:textId="6E004AA3" w:rsidR="000210AC" w:rsidRPr="007A442F" w:rsidRDefault="00ED007B" w:rsidP="00632149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機尾編號</w:t>
            </w:r>
            <w:proofErr w:type="spellEnd"/>
            <w:r w:rsidR="00441DAD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441DAD" w:rsidRPr="007A442F">
              <w:rPr>
                <w:rFonts w:ascii="標楷體" w:eastAsia="標楷體" w:hAnsi="標楷體"/>
                <w:sz w:val="20"/>
                <w:szCs w:val="20"/>
              </w:rPr>
              <w:t xml:space="preserve"> Tail Number:</w:t>
            </w:r>
          </w:p>
        </w:tc>
        <w:tc>
          <w:tcPr>
            <w:tcW w:w="3342" w:type="dxa"/>
          </w:tcPr>
          <w:p w14:paraId="1668DE24" w14:textId="77777777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2" w:type="dxa"/>
          </w:tcPr>
          <w:p w14:paraId="501EBC61" w14:textId="77777777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210AC" w:rsidRPr="007A442F" w14:paraId="30133FA3" w14:textId="77777777" w:rsidTr="00F459C7">
        <w:tc>
          <w:tcPr>
            <w:tcW w:w="567" w:type="dxa"/>
          </w:tcPr>
          <w:p w14:paraId="649F0189" w14:textId="77777777" w:rsidR="000210AC" w:rsidRPr="007A442F" w:rsidRDefault="00ED007B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91" w:type="dxa"/>
          </w:tcPr>
          <w:p w14:paraId="430ACE7E" w14:textId="117748DA" w:rsidR="000210AC" w:rsidRPr="007A442F" w:rsidRDefault="00ED007B" w:rsidP="00632149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飛行地點</w:t>
            </w:r>
            <w:proofErr w:type="spellEnd"/>
            <w:r w:rsidR="00974C30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r w:rsidR="00E965CD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+</w:t>
            </w:r>
            <w:r w:rsidR="00974C30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經緯度)</w:t>
            </w:r>
            <w:r w:rsidR="00441DAD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441DAD" w:rsidRPr="007A442F">
              <w:rPr>
                <w:rFonts w:ascii="標楷體" w:eastAsia="標楷體" w:hAnsi="標楷體"/>
                <w:sz w:val="20"/>
                <w:szCs w:val="20"/>
              </w:rPr>
              <w:t>light Location:</w:t>
            </w:r>
          </w:p>
        </w:tc>
        <w:tc>
          <w:tcPr>
            <w:tcW w:w="3342" w:type="dxa"/>
          </w:tcPr>
          <w:p w14:paraId="10A09CEE" w14:textId="1C5BB08C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7CB1122D" w14:textId="77777777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B2B81" w:rsidRPr="007A442F" w14:paraId="1F82A41C" w14:textId="77777777" w:rsidTr="00F459C7">
        <w:tc>
          <w:tcPr>
            <w:tcW w:w="567" w:type="dxa"/>
          </w:tcPr>
          <w:p w14:paraId="506F8A7A" w14:textId="52212552" w:rsidR="008B2B81" w:rsidRPr="007A442F" w:rsidRDefault="00035060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3</w:t>
            </w:r>
          </w:p>
        </w:tc>
        <w:tc>
          <w:tcPr>
            <w:tcW w:w="5891" w:type="dxa"/>
          </w:tcPr>
          <w:p w14:paraId="6220450F" w14:textId="679314F3" w:rsidR="008B2B81" w:rsidRPr="007A442F" w:rsidRDefault="00841919" w:rsidP="00632149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場域大小</w:t>
            </w:r>
            <w:r w:rsidR="00E965CD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(飛行場範圍)</w:t>
            </w:r>
            <w:r w:rsidR="007023A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7023A1">
              <w:t xml:space="preserve"> </w:t>
            </w:r>
            <w:r w:rsidR="007023A1" w:rsidRPr="007023A1">
              <w:rPr>
                <w:rFonts w:ascii="標楷體" w:eastAsia="標楷體" w:hAnsi="標楷體"/>
                <w:sz w:val="20"/>
                <w:szCs w:val="20"/>
                <w:lang w:eastAsia="zh-TW"/>
              </w:rPr>
              <w:t>Field size</w:t>
            </w:r>
            <w:r w:rsidR="007023A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</w:p>
        </w:tc>
        <w:tc>
          <w:tcPr>
            <w:tcW w:w="3342" w:type="dxa"/>
          </w:tcPr>
          <w:p w14:paraId="0B06347B" w14:textId="77777777" w:rsidR="008B2B81" w:rsidRDefault="008B2B81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081818F8" w14:textId="77777777" w:rsidR="008B2B81" w:rsidRPr="007A442F" w:rsidRDefault="008B2B81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A3B2B" w:rsidRPr="007A442F" w14:paraId="701AC421" w14:textId="77777777" w:rsidTr="00F459C7">
        <w:tc>
          <w:tcPr>
            <w:tcW w:w="567" w:type="dxa"/>
          </w:tcPr>
          <w:p w14:paraId="080E77CA" w14:textId="5CA18B8F" w:rsidR="009A3B2B" w:rsidRPr="007A442F" w:rsidRDefault="00035060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4</w:t>
            </w:r>
          </w:p>
        </w:tc>
        <w:tc>
          <w:tcPr>
            <w:tcW w:w="5891" w:type="dxa"/>
          </w:tcPr>
          <w:p w14:paraId="2E1629F8" w14:textId="246EA645" w:rsidR="009A3B2B" w:rsidRDefault="00E965CD" w:rsidP="00632149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使用空域(+經緯度)</w:t>
            </w:r>
            <w:r w:rsidR="000E28A1" w:rsidRPr="000E28A1">
              <w:rPr>
                <w:rFonts w:ascii="標楷體" w:eastAsia="標楷體" w:hAnsi="標楷體"/>
              </w:rPr>
              <w:t xml:space="preserve"> </w:t>
            </w:r>
            <w:r w:rsidR="000E28A1" w:rsidRPr="000E28A1">
              <w:rPr>
                <w:rFonts w:ascii="標楷體" w:eastAsia="標楷體" w:hAnsi="標楷體" w:hint="eastAsia"/>
                <w:lang w:eastAsia="zh-TW"/>
              </w:rPr>
              <w:t>/</w:t>
            </w:r>
            <w:r w:rsidR="000E28A1" w:rsidRPr="000E28A1">
              <w:rPr>
                <w:rFonts w:ascii="標楷體" w:eastAsia="標楷體" w:hAnsi="標楷體"/>
                <w:sz w:val="20"/>
                <w:szCs w:val="20"/>
                <w:lang w:eastAsia="zh-TW"/>
              </w:rPr>
              <w:t>airspace used</w:t>
            </w:r>
            <w:r w:rsidR="000E28A1" w:rsidRPr="000E28A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</w:p>
        </w:tc>
        <w:tc>
          <w:tcPr>
            <w:tcW w:w="3342" w:type="dxa"/>
          </w:tcPr>
          <w:p w14:paraId="2354E1AB" w14:textId="77777777" w:rsidR="009A3B2B" w:rsidRDefault="009A3B2B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0A62170B" w14:textId="77777777" w:rsidR="009A3B2B" w:rsidRPr="007A442F" w:rsidRDefault="009A3B2B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A3B2B" w:rsidRPr="007A442F" w14:paraId="552AE678" w14:textId="77777777" w:rsidTr="00F459C7">
        <w:tc>
          <w:tcPr>
            <w:tcW w:w="567" w:type="dxa"/>
          </w:tcPr>
          <w:p w14:paraId="02886C26" w14:textId="3C73E5CF" w:rsidR="009A3B2B" w:rsidRPr="007A442F" w:rsidRDefault="00035060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5</w:t>
            </w:r>
          </w:p>
        </w:tc>
        <w:tc>
          <w:tcPr>
            <w:tcW w:w="5891" w:type="dxa"/>
          </w:tcPr>
          <w:p w14:paraId="46A9A5C7" w14:textId="787C8B69" w:rsidR="009A3B2B" w:rsidRDefault="00E965CD" w:rsidP="00632149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起飛方式</w:t>
            </w:r>
            <w:r w:rsidR="000456B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(跑道、</w:t>
            </w:r>
            <w:proofErr w:type="gramStart"/>
            <w:r w:rsidR="000456B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拋飛</w:t>
            </w:r>
            <w:proofErr w:type="gramEnd"/>
            <w:r w:rsidR="000456B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、彈射架)/</w:t>
            </w:r>
            <w:r w:rsidR="000456B8">
              <w:t xml:space="preserve"> </w:t>
            </w:r>
            <w:r w:rsidR="000456B8" w:rsidRPr="000456B8">
              <w:rPr>
                <w:rFonts w:ascii="標楷體" w:eastAsia="標楷體" w:hAnsi="標楷體"/>
                <w:sz w:val="20"/>
                <w:szCs w:val="20"/>
                <w:lang w:eastAsia="zh-TW"/>
              </w:rPr>
              <w:t>takeoff method</w:t>
            </w:r>
            <w:r w:rsidR="000456B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(runway、</w:t>
            </w:r>
            <w:r w:rsidR="00035060">
              <w:rPr>
                <w:rFonts w:ascii="標楷體" w:eastAsia="標楷體" w:hAnsi="標楷體"/>
                <w:sz w:val="20"/>
                <w:szCs w:val="20"/>
                <w:lang w:eastAsia="zh-TW"/>
              </w:rPr>
              <w:t>t</w:t>
            </w:r>
            <w:r w:rsidR="00035060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hrow、</w:t>
            </w:r>
            <w:r w:rsidR="00035060" w:rsidRPr="00035060">
              <w:rPr>
                <w:rFonts w:ascii="標楷體" w:eastAsia="標楷體" w:hAnsi="標楷體"/>
                <w:sz w:val="20"/>
                <w:szCs w:val="20"/>
                <w:lang w:eastAsia="zh-TW"/>
              </w:rPr>
              <w:t>catapult</w:t>
            </w:r>
            <w:r w:rsidR="000456B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):</w:t>
            </w:r>
          </w:p>
        </w:tc>
        <w:tc>
          <w:tcPr>
            <w:tcW w:w="3342" w:type="dxa"/>
          </w:tcPr>
          <w:p w14:paraId="75499111" w14:textId="77777777" w:rsidR="009A3B2B" w:rsidRDefault="009A3B2B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224F3EDA" w14:textId="77777777" w:rsidR="009A3B2B" w:rsidRPr="007A442F" w:rsidRDefault="009A3B2B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441DAD" w:rsidRPr="007A442F" w14:paraId="7449BBE9" w14:textId="77777777" w:rsidTr="00F459C7">
        <w:tc>
          <w:tcPr>
            <w:tcW w:w="567" w:type="dxa"/>
          </w:tcPr>
          <w:p w14:paraId="20224DA9" w14:textId="658ED585" w:rsidR="00441DAD" w:rsidRDefault="00441DAD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5891" w:type="dxa"/>
          </w:tcPr>
          <w:p w14:paraId="5F0A0F01" w14:textId="4A589241" w:rsidR="00441DAD" w:rsidRPr="00633958" w:rsidRDefault="00441DAD" w:rsidP="00632149">
            <w:pPr>
              <w:rPr>
                <w:rFonts w:ascii="標楷體" w:eastAsia="標楷體" w:hAnsi="標楷體"/>
                <w:b/>
                <w:bCs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天氣預報</w:t>
            </w:r>
            <w:r w:rsidR="0063395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633958">
              <w:t xml:space="preserve"> </w:t>
            </w:r>
            <w:r w:rsidR="00633958" w:rsidRPr="00633958">
              <w:rPr>
                <w:rFonts w:ascii="標楷體" w:eastAsia="標楷體" w:hAnsi="標楷體"/>
                <w:sz w:val="20"/>
                <w:szCs w:val="20"/>
                <w:lang w:eastAsia="zh-TW"/>
              </w:rPr>
              <w:t>Weather forecast</w:t>
            </w:r>
            <w:r w:rsidR="00084D7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r w:rsidR="00EC014D">
              <w:rPr>
                <w:rFonts w:ascii="標楷體" w:eastAsia="標楷體" w:hAnsi="標楷體"/>
                <w:sz w:val="20"/>
                <w:szCs w:val="20"/>
                <w:lang w:eastAsia="zh-TW"/>
              </w:rPr>
              <w:t>幾度</w:t>
            </w:r>
            <w:proofErr w:type="gramStart"/>
            <w:r w:rsidR="00EC014D">
              <w:rPr>
                <w:rFonts w:ascii="標楷體" w:eastAsia="標楷體" w:hAnsi="標楷體"/>
                <w:sz w:val="20"/>
                <w:szCs w:val="20"/>
                <w:lang w:eastAsia="zh-TW"/>
              </w:rPr>
              <w:t>風幾</w:t>
            </w:r>
            <w:r w:rsidR="00084D7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浬)</w:t>
            </w:r>
            <w:proofErr w:type="gramEnd"/>
          </w:p>
        </w:tc>
        <w:tc>
          <w:tcPr>
            <w:tcW w:w="3342" w:type="dxa"/>
          </w:tcPr>
          <w:p w14:paraId="1FEE8590" w14:textId="77777777" w:rsidR="00441DAD" w:rsidRDefault="00441DAD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1C86A3E1" w14:textId="77777777" w:rsidR="00441DAD" w:rsidRPr="007A442F" w:rsidRDefault="00441DAD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33958" w:rsidRPr="007A442F" w14:paraId="7EC129E0" w14:textId="77777777" w:rsidTr="00F459C7">
        <w:tc>
          <w:tcPr>
            <w:tcW w:w="567" w:type="dxa"/>
          </w:tcPr>
          <w:p w14:paraId="2671E539" w14:textId="77777777" w:rsidR="00633958" w:rsidRDefault="00633958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5891" w:type="dxa"/>
          </w:tcPr>
          <w:p w14:paraId="7A738AC1" w14:textId="3C5A2C6C" w:rsidR="00A0326D" w:rsidRDefault="00633958" w:rsidP="00A0326D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跑道方向</w:t>
            </w:r>
            <w:r w:rsidR="00A0326D">
              <w:rPr>
                <w:rFonts w:ascii="標楷體" w:eastAsia="標楷體" w:hAnsi="標楷體"/>
                <w:sz w:val="20"/>
                <w:szCs w:val="20"/>
                <w:lang w:eastAsia="zh-TW"/>
              </w:rPr>
              <w:t>/</w:t>
            </w:r>
            <w:r w:rsidR="00A0326D">
              <w:t xml:space="preserve"> </w:t>
            </w:r>
            <w:r w:rsidR="00A0326D" w:rsidRPr="00A0326D">
              <w:rPr>
                <w:rFonts w:ascii="標楷體" w:eastAsia="標楷體" w:hAnsi="標楷體"/>
                <w:sz w:val="20"/>
                <w:szCs w:val="20"/>
                <w:lang w:eastAsia="zh-TW"/>
              </w:rPr>
              <w:t>runway direction</w:t>
            </w:r>
            <w:r w:rsidR="00A0326D">
              <w:rPr>
                <w:rFonts w:ascii="標楷體" w:eastAsia="標楷體" w:hAnsi="標楷體"/>
                <w:sz w:val="20"/>
                <w:szCs w:val="20"/>
                <w:lang w:eastAsia="zh-TW"/>
              </w:rPr>
              <w:t>:(風向</w:t>
            </w:r>
            <w:r w:rsidR="008858EA">
              <w:rPr>
                <w:rFonts w:ascii="標楷體" w:eastAsia="標楷體" w:hAnsi="標楷體"/>
                <w:sz w:val="20"/>
                <w:szCs w:val="20"/>
                <w:lang w:eastAsia="zh-TW"/>
              </w:rPr>
              <w:t>及地點決定起飛方向</w:t>
            </w:r>
            <w:r w:rsidR="00C24958">
              <w:rPr>
                <w:rFonts w:ascii="標楷體" w:eastAsia="標楷體" w:hAnsi="標楷體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3342" w:type="dxa"/>
          </w:tcPr>
          <w:p w14:paraId="3D9F0028" w14:textId="77777777" w:rsidR="00633958" w:rsidRDefault="00633958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17D5C3B1" w14:textId="77777777" w:rsidR="00633958" w:rsidRPr="007A442F" w:rsidRDefault="00633958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33CF4" w:rsidRPr="007A442F" w14:paraId="21F9ED7A" w14:textId="77777777" w:rsidTr="00F459C7">
        <w:tc>
          <w:tcPr>
            <w:tcW w:w="567" w:type="dxa"/>
          </w:tcPr>
          <w:p w14:paraId="6A1EB96A" w14:textId="77777777" w:rsidR="00233CF4" w:rsidRDefault="00233CF4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5891" w:type="dxa"/>
          </w:tcPr>
          <w:p w14:paraId="37BC1011" w14:textId="77803205" w:rsidR="00233CF4" w:rsidRDefault="00233CF4" w:rsidP="00A0326D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落地方式</w:t>
            </w:r>
            <w:r w:rsidR="00D272B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r w:rsidR="00E5410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跑道、攔截網、降落傘</w:t>
            </w:r>
            <w:r w:rsidR="00D272B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)/Landing method</w:t>
            </w:r>
            <w:r w:rsidR="00B12DF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(Runway、</w:t>
            </w:r>
            <w:r w:rsidR="00101EC7" w:rsidRPr="00101EC7">
              <w:rPr>
                <w:rFonts w:ascii="標楷體" w:eastAsia="標楷體" w:hAnsi="標楷體"/>
                <w:sz w:val="20"/>
                <w:szCs w:val="20"/>
                <w:lang w:eastAsia="zh-TW"/>
              </w:rPr>
              <w:t>interception net</w:t>
            </w:r>
            <w:r w:rsidR="005F1D1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</w:t>
            </w:r>
            <w:r w:rsidR="005F1D12" w:rsidRPr="005F1D12">
              <w:rPr>
                <w:rFonts w:ascii="標楷體" w:eastAsia="標楷體" w:hAnsi="標楷體"/>
                <w:sz w:val="20"/>
                <w:szCs w:val="20"/>
                <w:lang w:eastAsia="zh-TW"/>
              </w:rPr>
              <w:t>Parachute</w:t>
            </w:r>
            <w:r w:rsidR="00B12DF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  <w:r w:rsidR="00D272B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 </w:t>
            </w:r>
          </w:p>
        </w:tc>
        <w:tc>
          <w:tcPr>
            <w:tcW w:w="3342" w:type="dxa"/>
          </w:tcPr>
          <w:p w14:paraId="44C13FFB" w14:textId="77777777" w:rsidR="00233CF4" w:rsidRDefault="00233CF4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44C057ED" w14:textId="77777777" w:rsidR="00233CF4" w:rsidRPr="007A442F" w:rsidRDefault="00233CF4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210AC" w:rsidRPr="007A442F" w14:paraId="5A5A4553" w14:textId="77777777" w:rsidTr="00F459C7">
        <w:tc>
          <w:tcPr>
            <w:tcW w:w="567" w:type="dxa"/>
          </w:tcPr>
          <w:p w14:paraId="6D7D0A48" w14:textId="4BBADD4B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5891" w:type="dxa"/>
          </w:tcPr>
          <w:p w14:paraId="71006397" w14:textId="77777777" w:rsidR="000210AC" w:rsidRPr="007A442F" w:rsidRDefault="00ED007B" w:rsidP="0063214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Date: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日期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:</w:t>
            </w:r>
          </w:p>
        </w:tc>
        <w:tc>
          <w:tcPr>
            <w:tcW w:w="3342" w:type="dxa"/>
          </w:tcPr>
          <w:p w14:paraId="36F98660" w14:textId="77777777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2" w:type="dxa"/>
          </w:tcPr>
          <w:p w14:paraId="1DA4E7B8" w14:textId="77777777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210AC" w:rsidRPr="007A442F" w14:paraId="19779E17" w14:textId="77777777" w:rsidTr="00F459C7">
        <w:tc>
          <w:tcPr>
            <w:tcW w:w="567" w:type="dxa"/>
          </w:tcPr>
          <w:p w14:paraId="542265EE" w14:textId="5AC865A1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5891" w:type="dxa"/>
          </w:tcPr>
          <w:p w14:paraId="46AD4110" w14:textId="77777777" w:rsidR="000210AC" w:rsidRPr="007A442F" w:rsidRDefault="00ED007B" w:rsidP="0063214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Time: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時間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:</w:t>
            </w:r>
          </w:p>
        </w:tc>
        <w:tc>
          <w:tcPr>
            <w:tcW w:w="3342" w:type="dxa"/>
          </w:tcPr>
          <w:p w14:paraId="7FA5E856" w14:textId="77777777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2" w:type="dxa"/>
          </w:tcPr>
          <w:p w14:paraId="1ACF302B" w14:textId="77777777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F459C7" w:rsidRPr="007A442F" w14:paraId="02C3207D" w14:textId="77777777" w:rsidTr="00F459C7">
        <w:tc>
          <w:tcPr>
            <w:tcW w:w="567" w:type="dxa"/>
          </w:tcPr>
          <w:p w14:paraId="46C758C5" w14:textId="54EFB418" w:rsidR="00F459C7" w:rsidRPr="007A442F" w:rsidRDefault="00F459C7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5891" w:type="dxa"/>
          </w:tcPr>
          <w:p w14:paraId="68A56916" w14:textId="5559540A" w:rsidR="00F459C7" w:rsidRPr="007A442F" w:rsidRDefault="00312526" w:rsidP="00632149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執行人數:建議2-3人(視機種調整)</w:t>
            </w:r>
          </w:p>
        </w:tc>
        <w:tc>
          <w:tcPr>
            <w:tcW w:w="3342" w:type="dxa"/>
          </w:tcPr>
          <w:p w14:paraId="2CBD63EF" w14:textId="5D297855" w:rsidR="00F459C7" w:rsidRPr="007A442F" w:rsidRDefault="00F459C7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78AF93B9" w14:textId="77777777" w:rsidR="00F459C7" w:rsidRPr="007A442F" w:rsidRDefault="00F459C7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</w:tr>
      <w:tr w:rsidR="000210AC" w:rsidRPr="007A442F" w14:paraId="627CB5EC" w14:textId="77777777" w:rsidTr="00F459C7">
        <w:tc>
          <w:tcPr>
            <w:tcW w:w="567" w:type="dxa"/>
          </w:tcPr>
          <w:p w14:paraId="0A56C1E0" w14:textId="77777777" w:rsidR="00035060" w:rsidRDefault="00035060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14:paraId="00E88E4E" w14:textId="77777777" w:rsidR="00035060" w:rsidRDefault="00035060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14:paraId="1CF8A23D" w14:textId="0ADCD80F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5891" w:type="dxa"/>
          </w:tcPr>
          <w:p w14:paraId="4B54B9CF" w14:textId="32EC2F8C" w:rsidR="005A7BAE" w:rsidRDefault="005A7BAE" w:rsidP="00632149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飛行前檢查</w:t>
            </w:r>
            <w:proofErr w:type="spellEnd"/>
            <w:r w:rsidR="00D9394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員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Pre</w:t>
            </w:r>
            <w:r w:rsidR="00D9394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-</w:t>
            </w:r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 xml:space="preserve">Flight </w:t>
            </w:r>
            <w:r w:rsidR="00D9394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inspector</w:t>
            </w:r>
            <w:r w:rsidR="000D30B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  <w:r w:rsidR="007F0E3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</w:t>
            </w:r>
            <w:proofErr w:type="gramStart"/>
            <w:r w:rsidR="007F0E3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飛手姓名</w:t>
            </w:r>
            <w:proofErr w:type="gramEnd"/>
            <w:r w:rsidR="007F0E3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7F0E36">
              <w:rPr>
                <w:rFonts w:ascii="標楷體" w:eastAsia="標楷體" w:hAnsi="標楷體"/>
                <w:sz w:val="20"/>
                <w:szCs w:val="20"/>
                <w:lang w:eastAsia="zh-TW"/>
              </w:rPr>
              <w:t>controller</w:t>
            </w:r>
            <w:r w:rsidR="007F0E3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</w:t>
            </w:r>
            <w:r w:rsidR="00B42D8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N</w:t>
            </w:r>
            <w:r w:rsidR="007F0E3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ame</w:t>
            </w:r>
          </w:p>
          <w:p w14:paraId="0974B563" w14:textId="5D1B2C10" w:rsidR="000210AC" w:rsidRPr="007A442F" w:rsidRDefault="00ED007B" w:rsidP="0063214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技術人員</w:t>
            </w:r>
            <w:proofErr w:type="spellEnd"/>
            <w:r w:rsidR="005A7BA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Technician:</w:t>
            </w:r>
            <w:r w:rsidR="007F0E3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技術人員姓名/</w:t>
            </w:r>
            <w:r w:rsidR="00B42D85" w:rsidRPr="007A442F">
              <w:rPr>
                <w:rFonts w:ascii="標楷體" w:eastAsia="標楷體" w:hAnsi="標楷體"/>
                <w:sz w:val="20"/>
                <w:szCs w:val="20"/>
              </w:rPr>
              <w:t xml:space="preserve"> Technician</w:t>
            </w:r>
            <w:r w:rsidR="00B42D8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Name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</w:p>
        </w:tc>
        <w:tc>
          <w:tcPr>
            <w:tcW w:w="3342" w:type="dxa"/>
          </w:tcPr>
          <w:p w14:paraId="5D5F456B" w14:textId="4EBF6209" w:rsidR="000210AC" w:rsidRPr="007A442F" w:rsidRDefault="00974C30" w:rsidP="00632149">
            <w:pPr>
              <w:spacing w:line="276" w:lineRule="auto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最終</w:t>
            </w:r>
            <w:r w:rsidR="00DA32DD" w:rsidRPr="00DA32DD">
              <w:rPr>
                <w:rFonts w:ascii="標楷體" w:eastAsia="標楷體" w:hAnsi="標楷體"/>
                <w:sz w:val="20"/>
                <w:szCs w:val="20"/>
                <w:lang w:eastAsia="zh-TW"/>
              </w:rPr>
              <w:t>檢查完成者簽名</w:t>
            </w:r>
            <w:r w:rsidR="004F04F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4F04F8">
              <w:t xml:space="preserve"> </w:t>
            </w:r>
            <w:r w:rsidR="004F04F8" w:rsidRPr="004F04F8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Signature of the person who completed the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final </w:t>
            </w:r>
            <w:r w:rsidR="004F04F8" w:rsidRPr="004F04F8">
              <w:rPr>
                <w:rFonts w:ascii="標楷體" w:eastAsia="標楷體" w:hAnsi="標楷體"/>
                <w:sz w:val="20"/>
                <w:szCs w:val="20"/>
                <w:lang w:eastAsia="zh-TW"/>
              </w:rPr>
              <w:t>check</w:t>
            </w:r>
            <w:r w:rsidR="004F04F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</w:p>
        </w:tc>
        <w:tc>
          <w:tcPr>
            <w:tcW w:w="702" w:type="dxa"/>
          </w:tcPr>
          <w:p w14:paraId="2AF70B64" w14:textId="77777777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14:paraId="655BFA38" w14:textId="77777777" w:rsidR="000210AC" w:rsidRPr="007A442F" w:rsidRDefault="000210AC">
      <w:pPr>
        <w:rPr>
          <w:rFonts w:ascii="標楷體" w:eastAsia="標楷體" w:hAnsi="標楷體"/>
          <w:sz w:val="20"/>
          <w:szCs w:val="20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9"/>
        <w:gridCol w:w="5855"/>
        <w:gridCol w:w="3367"/>
        <w:gridCol w:w="711"/>
      </w:tblGrid>
      <w:tr w:rsidR="000210AC" w:rsidRPr="007A442F" w14:paraId="204958E3" w14:textId="77777777" w:rsidTr="005C6579">
        <w:tc>
          <w:tcPr>
            <w:tcW w:w="10502" w:type="dxa"/>
            <w:gridSpan w:val="4"/>
            <w:shd w:val="clear" w:color="auto" w:fill="1B365D"/>
          </w:tcPr>
          <w:p w14:paraId="149B2E3B" w14:textId="742CC994" w:rsidR="000210AC" w:rsidRPr="007A442F" w:rsidRDefault="00ED007B" w:rsidP="0019006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2. FLIGHTLINE FOD CHECKS (TAKEOFF &amp; LANDING AREAS) / </w:t>
            </w:r>
            <w:r w:rsidR="00E81A95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飛行線</w:t>
            </w:r>
            <w:proofErr w:type="spellStart"/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FOD檢查</w:t>
            </w:r>
            <w:proofErr w:type="spellEnd"/>
            <w:r w:rsidR="00E81A95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清單</w:t>
            </w:r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起飛與降落區域</w:t>
            </w:r>
            <w:proofErr w:type="spellEnd"/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)</w:t>
            </w:r>
          </w:p>
        </w:tc>
      </w:tr>
      <w:tr w:rsidR="00233CF4" w:rsidRPr="007A442F" w14:paraId="468C8105" w14:textId="77777777" w:rsidTr="005C6579">
        <w:tc>
          <w:tcPr>
            <w:tcW w:w="569" w:type="dxa"/>
          </w:tcPr>
          <w:p w14:paraId="715DD740" w14:textId="4B6A5611" w:rsidR="00233CF4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</w:t>
            </w:r>
          </w:p>
        </w:tc>
        <w:tc>
          <w:tcPr>
            <w:tcW w:w="5855" w:type="dxa"/>
          </w:tcPr>
          <w:p w14:paraId="38179A7A" w14:textId="6DC99ABF" w:rsidR="00233CF4" w:rsidRPr="007A442F" w:rsidRDefault="00233CF4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無事人員FOD</w:t>
            </w:r>
            <w:r w:rsidR="00957D73">
              <w:t xml:space="preserve"> </w:t>
            </w:r>
            <w:r w:rsidR="00957D73">
              <w:rPr>
                <w:rFonts w:eastAsia="新細明體" w:hint="eastAsia"/>
                <w:lang w:eastAsia="zh-TW"/>
              </w:rPr>
              <w:t>/</w:t>
            </w:r>
            <w:r w:rsidR="00957D73" w:rsidRPr="00957D73">
              <w:rPr>
                <w:rFonts w:ascii="標楷體" w:eastAsia="標楷體" w:hAnsi="標楷體"/>
                <w:sz w:val="20"/>
                <w:szCs w:val="20"/>
                <w:lang w:eastAsia="zh-TW"/>
              </w:rPr>
              <w:t>Idle crew members</w:t>
            </w:r>
            <w:r w:rsidR="00957D7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FOD</w:t>
            </w:r>
          </w:p>
        </w:tc>
        <w:tc>
          <w:tcPr>
            <w:tcW w:w="3367" w:type="dxa"/>
          </w:tcPr>
          <w:p w14:paraId="7C8E0745" w14:textId="7B451C0F" w:rsidR="00233CF4" w:rsidRPr="007A442F" w:rsidRDefault="00D612E1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T</w:t>
            </w:r>
            <w:r w:rsidR="008C485D" w:rsidRPr="008C485D">
              <w:rPr>
                <w:rFonts w:ascii="標楷體" w:eastAsia="標楷體" w:hAnsi="標楷體"/>
                <w:sz w:val="20"/>
                <w:szCs w:val="20"/>
              </w:rPr>
              <w:t xml:space="preserve">horough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C</w:t>
            </w:r>
            <w:r w:rsidR="008C485D" w:rsidRPr="008C485D">
              <w:rPr>
                <w:rFonts w:ascii="標楷體" w:eastAsia="標楷體" w:hAnsi="標楷體"/>
                <w:sz w:val="20"/>
                <w:szCs w:val="20"/>
              </w:rPr>
              <w:t>leaning</w:t>
            </w:r>
            <w:r w:rsidR="008C485D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徹底清潔</w:t>
            </w:r>
          </w:p>
        </w:tc>
        <w:tc>
          <w:tcPr>
            <w:tcW w:w="711" w:type="dxa"/>
          </w:tcPr>
          <w:p w14:paraId="6FB9D0CF" w14:textId="44ABC1C9" w:rsidR="00233CF4" w:rsidRPr="007A442F" w:rsidRDefault="00D612E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5409CAC6" w14:textId="77777777" w:rsidTr="005C6579">
        <w:tc>
          <w:tcPr>
            <w:tcW w:w="569" w:type="dxa"/>
          </w:tcPr>
          <w:p w14:paraId="38E3D2EF" w14:textId="4974A510" w:rsidR="000210AC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2</w:t>
            </w:r>
          </w:p>
        </w:tc>
        <w:tc>
          <w:tcPr>
            <w:tcW w:w="5855" w:type="dxa"/>
          </w:tcPr>
          <w:p w14:paraId="171FE5D5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Nearby Perimeter Fences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附近周邊圍欄</w:t>
            </w:r>
            <w:proofErr w:type="spellEnd"/>
          </w:p>
        </w:tc>
        <w:tc>
          <w:tcPr>
            <w:tcW w:w="3367" w:type="dxa"/>
          </w:tcPr>
          <w:p w14:paraId="3DC0C909" w14:textId="0AABF636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Clean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乾淨</w:t>
            </w:r>
            <w:proofErr w:type="spellEnd"/>
            <w:r w:rsidR="00DA486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無雜物</w:t>
            </w:r>
          </w:p>
        </w:tc>
        <w:tc>
          <w:tcPr>
            <w:tcW w:w="711" w:type="dxa"/>
          </w:tcPr>
          <w:p w14:paraId="27ED4200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3CD3575E" w14:textId="77777777" w:rsidTr="005C6579">
        <w:tc>
          <w:tcPr>
            <w:tcW w:w="569" w:type="dxa"/>
          </w:tcPr>
          <w:p w14:paraId="16B4E06E" w14:textId="1AED3D51" w:rsidR="000210AC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3</w:t>
            </w:r>
          </w:p>
        </w:tc>
        <w:tc>
          <w:tcPr>
            <w:tcW w:w="5855" w:type="dxa"/>
          </w:tcPr>
          <w:p w14:paraId="34128EEA" w14:textId="325709B8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Outside Rubbish Bins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 w:rsidR="00B07F3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室外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垃圾桶</w:t>
            </w:r>
            <w:proofErr w:type="spellEnd"/>
          </w:p>
        </w:tc>
        <w:tc>
          <w:tcPr>
            <w:tcW w:w="3367" w:type="dxa"/>
          </w:tcPr>
          <w:p w14:paraId="47016E44" w14:textId="54008F36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Covered, Not Overflowing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 w:rsidR="00DA486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有加蓋且未溢出</w:t>
            </w:r>
          </w:p>
        </w:tc>
        <w:tc>
          <w:tcPr>
            <w:tcW w:w="711" w:type="dxa"/>
          </w:tcPr>
          <w:p w14:paraId="1CEFF694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1A233148" w14:textId="77777777" w:rsidTr="005C6579">
        <w:tc>
          <w:tcPr>
            <w:tcW w:w="569" w:type="dxa"/>
          </w:tcPr>
          <w:p w14:paraId="12CB958E" w14:textId="1A56127D" w:rsidR="000210AC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4</w:t>
            </w:r>
          </w:p>
        </w:tc>
        <w:tc>
          <w:tcPr>
            <w:tcW w:w="5855" w:type="dxa"/>
          </w:tcPr>
          <w:p w14:paraId="27352B59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Construction Zones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施工區域</w:t>
            </w:r>
            <w:proofErr w:type="spellEnd"/>
          </w:p>
        </w:tc>
        <w:tc>
          <w:tcPr>
            <w:tcW w:w="3367" w:type="dxa"/>
          </w:tcPr>
          <w:p w14:paraId="3DCCC91A" w14:textId="14CE2BCB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Clean or Protected by Fencing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乾淨有圍欄</w:t>
            </w:r>
            <w:proofErr w:type="spellEnd"/>
            <w:r w:rsidR="00ED3BA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防護</w:t>
            </w:r>
          </w:p>
        </w:tc>
        <w:tc>
          <w:tcPr>
            <w:tcW w:w="711" w:type="dxa"/>
          </w:tcPr>
          <w:p w14:paraId="744BC721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01B8E91E" w14:textId="77777777" w:rsidTr="005C6579">
        <w:tc>
          <w:tcPr>
            <w:tcW w:w="569" w:type="dxa"/>
          </w:tcPr>
          <w:p w14:paraId="53264709" w14:textId="730FF284" w:rsidR="000210AC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lastRenderedPageBreak/>
              <w:t>5</w:t>
            </w:r>
          </w:p>
        </w:tc>
        <w:tc>
          <w:tcPr>
            <w:tcW w:w="5855" w:type="dxa"/>
          </w:tcPr>
          <w:p w14:paraId="7E8000BA" w14:textId="57302676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Loose Objects in the Flight Vicinity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飛行</w:t>
            </w:r>
            <w:proofErr w:type="spellEnd"/>
            <w:r w:rsidR="00ED3BA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鄰近區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附近鬆動物</w:t>
            </w:r>
            <w:proofErr w:type="spellEnd"/>
            <w:r w:rsidR="00ED3BA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品</w:t>
            </w:r>
          </w:p>
        </w:tc>
        <w:tc>
          <w:tcPr>
            <w:tcW w:w="3367" w:type="dxa"/>
          </w:tcPr>
          <w:p w14:paraId="0FA8E552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None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  <w:t>無</w:t>
            </w:r>
          </w:p>
        </w:tc>
        <w:tc>
          <w:tcPr>
            <w:tcW w:w="711" w:type="dxa"/>
          </w:tcPr>
          <w:p w14:paraId="5D72371B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44E65B8C" w14:textId="77777777" w:rsidTr="005C6579">
        <w:tc>
          <w:tcPr>
            <w:tcW w:w="569" w:type="dxa"/>
          </w:tcPr>
          <w:p w14:paraId="2DD3E35D" w14:textId="45D79921" w:rsidR="000210AC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6</w:t>
            </w:r>
          </w:p>
        </w:tc>
        <w:tc>
          <w:tcPr>
            <w:tcW w:w="5855" w:type="dxa"/>
          </w:tcPr>
          <w:p w14:paraId="34C63ADC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Access Areas to the Aircraft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飛機通道區域</w:t>
            </w:r>
            <w:proofErr w:type="spellEnd"/>
          </w:p>
        </w:tc>
        <w:tc>
          <w:tcPr>
            <w:tcW w:w="3367" w:type="dxa"/>
          </w:tcPr>
          <w:p w14:paraId="33CCCCC2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Free of Rubbish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無垃圾</w:t>
            </w:r>
            <w:proofErr w:type="spellEnd"/>
          </w:p>
        </w:tc>
        <w:tc>
          <w:tcPr>
            <w:tcW w:w="711" w:type="dxa"/>
          </w:tcPr>
          <w:p w14:paraId="52D80937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6CBBAA02" w14:textId="77777777" w:rsidTr="005C6579">
        <w:tc>
          <w:tcPr>
            <w:tcW w:w="569" w:type="dxa"/>
          </w:tcPr>
          <w:p w14:paraId="5452D829" w14:textId="7B1A6578" w:rsidR="000210AC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5855" w:type="dxa"/>
          </w:tcPr>
          <w:p w14:paraId="093B6F9E" w14:textId="60BD95BA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Hardware or Other Debris on Ramp Surface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停機坪表面的五金件</w:t>
            </w:r>
            <w:proofErr w:type="spellEnd"/>
            <w:r w:rsidR="002F6C5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(硬件)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或其他碎片</w:t>
            </w:r>
            <w:proofErr w:type="spellEnd"/>
          </w:p>
        </w:tc>
        <w:tc>
          <w:tcPr>
            <w:tcW w:w="3367" w:type="dxa"/>
          </w:tcPr>
          <w:p w14:paraId="4835C841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None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  <w:t>無</w:t>
            </w:r>
          </w:p>
        </w:tc>
        <w:tc>
          <w:tcPr>
            <w:tcW w:w="711" w:type="dxa"/>
          </w:tcPr>
          <w:p w14:paraId="525046DF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57C833C1" w14:textId="77777777" w:rsidTr="005C6579">
        <w:tc>
          <w:tcPr>
            <w:tcW w:w="569" w:type="dxa"/>
          </w:tcPr>
          <w:p w14:paraId="7675F620" w14:textId="3EB3AEAB" w:rsidR="000210AC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8</w:t>
            </w:r>
          </w:p>
        </w:tc>
        <w:tc>
          <w:tcPr>
            <w:tcW w:w="5855" w:type="dxa"/>
          </w:tcPr>
          <w:p w14:paraId="26701CF1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Taxiway Shoulders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滑行道道肩</w:t>
            </w:r>
            <w:proofErr w:type="spellEnd"/>
          </w:p>
        </w:tc>
        <w:tc>
          <w:tcPr>
            <w:tcW w:w="3367" w:type="dxa"/>
          </w:tcPr>
          <w:p w14:paraId="36131202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Free of Loose Stones &amp; Grass Cuttings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無鬆動石塊與割下的碎草</w:t>
            </w:r>
            <w:proofErr w:type="spellEnd"/>
          </w:p>
        </w:tc>
        <w:tc>
          <w:tcPr>
            <w:tcW w:w="711" w:type="dxa"/>
          </w:tcPr>
          <w:p w14:paraId="14A6A302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613EFA30" w14:textId="77777777" w:rsidTr="005C6579">
        <w:tc>
          <w:tcPr>
            <w:tcW w:w="569" w:type="dxa"/>
          </w:tcPr>
          <w:p w14:paraId="36765D83" w14:textId="0E40BC8D" w:rsidR="000210AC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9</w:t>
            </w:r>
          </w:p>
        </w:tc>
        <w:tc>
          <w:tcPr>
            <w:tcW w:w="5855" w:type="dxa"/>
          </w:tcPr>
          <w:p w14:paraId="75EE41BA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Infields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內場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草坪區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67" w:type="dxa"/>
          </w:tcPr>
          <w:p w14:paraId="505C864A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Free of Rubbish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無垃圾</w:t>
            </w:r>
            <w:proofErr w:type="spellEnd"/>
          </w:p>
        </w:tc>
        <w:tc>
          <w:tcPr>
            <w:tcW w:w="711" w:type="dxa"/>
          </w:tcPr>
          <w:p w14:paraId="08989955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C67B1" w:rsidRPr="007A442F" w14:paraId="10EEB160" w14:textId="77777777" w:rsidTr="005C6579">
        <w:tc>
          <w:tcPr>
            <w:tcW w:w="569" w:type="dxa"/>
          </w:tcPr>
          <w:p w14:paraId="1027836B" w14:textId="2DAD1A9C" w:rsidR="008C67B1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10</w:t>
            </w:r>
          </w:p>
        </w:tc>
        <w:tc>
          <w:tcPr>
            <w:tcW w:w="5855" w:type="dxa"/>
          </w:tcPr>
          <w:p w14:paraId="61219481" w14:textId="77777777" w:rsidR="008C67B1" w:rsidRDefault="008C67B1" w:rsidP="008C67B1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14:paraId="56E969E6" w14:textId="5F552963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Runway area/跑道區域</w:t>
            </w:r>
          </w:p>
        </w:tc>
        <w:tc>
          <w:tcPr>
            <w:tcW w:w="3367" w:type="dxa"/>
          </w:tcPr>
          <w:p w14:paraId="53908813" w14:textId="2827923A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Free of Loose Stones &amp; Grass Cuttings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無鬆動石塊與割下的碎草</w:t>
            </w:r>
            <w:proofErr w:type="spellEnd"/>
          </w:p>
        </w:tc>
        <w:tc>
          <w:tcPr>
            <w:tcW w:w="711" w:type="dxa"/>
          </w:tcPr>
          <w:p w14:paraId="001FCF02" w14:textId="77777777" w:rsidR="008C67B1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14:paraId="6AC133D7" w14:textId="2B192EA9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C67B1" w:rsidRPr="007A442F" w14:paraId="47F7CD31" w14:textId="77777777" w:rsidTr="005C6579">
        <w:tc>
          <w:tcPr>
            <w:tcW w:w="569" w:type="dxa"/>
          </w:tcPr>
          <w:p w14:paraId="4810F900" w14:textId="65BEFDBF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11</w:t>
            </w:r>
          </w:p>
        </w:tc>
        <w:tc>
          <w:tcPr>
            <w:tcW w:w="5855" w:type="dxa"/>
          </w:tcPr>
          <w:p w14:paraId="4E2D4E9D" w14:textId="77777777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Objects that may be Dangerously Close to the Launching Aircraft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可能危險靠近起飛飛機的物體</w:t>
            </w:r>
            <w:proofErr w:type="spellEnd"/>
          </w:p>
        </w:tc>
        <w:tc>
          <w:tcPr>
            <w:tcW w:w="3367" w:type="dxa"/>
          </w:tcPr>
          <w:p w14:paraId="3B2DC02A" w14:textId="77777777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None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  <w:t>無</w:t>
            </w:r>
          </w:p>
        </w:tc>
        <w:tc>
          <w:tcPr>
            <w:tcW w:w="711" w:type="dxa"/>
          </w:tcPr>
          <w:p w14:paraId="6531F102" w14:textId="77777777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C67B1" w:rsidRPr="007A442F" w14:paraId="7BB71051" w14:textId="77777777" w:rsidTr="005C6579">
        <w:tc>
          <w:tcPr>
            <w:tcW w:w="569" w:type="dxa"/>
          </w:tcPr>
          <w:p w14:paraId="0887A71F" w14:textId="47F6DB73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12</w:t>
            </w:r>
          </w:p>
        </w:tc>
        <w:tc>
          <w:tcPr>
            <w:tcW w:w="5855" w:type="dxa"/>
          </w:tcPr>
          <w:p w14:paraId="57230D54" w14:textId="68317AA6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Maintenance Personnel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機組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人員</w:t>
            </w:r>
            <w:proofErr w:type="spellEnd"/>
          </w:p>
        </w:tc>
        <w:tc>
          <w:tcPr>
            <w:tcW w:w="3367" w:type="dxa"/>
          </w:tcPr>
          <w:p w14:paraId="76C32AC6" w14:textId="29724043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Neat, FOD Free, Nothing can Come Loose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服裝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整潔，無FOD，無鬆動物品</w:t>
            </w:r>
            <w:proofErr w:type="spellEnd"/>
          </w:p>
        </w:tc>
        <w:tc>
          <w:tcPr>
            <w:tcW w:w="711" w:type="dxa"/>
          </w:tcPr>
          <w:p w14:paraId="384CF746" w14:textId="77777777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C67B1" w:rsidRPr="007A442F" w14:paraId="6CC5BF50" w14:textId="77777777" w:rsidTr="005C6579">
        <w:tc>
          <w:tcPr>
            <w:tcW w:w="569" w:type="dxa"/>
          </w:tcPr>
          <w:p w14:paraId="38F9F61A" w14:textId="113298C4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13</w:t>
            </w:r>
          </w:p>
        </w:tc>
        <w:tc>
          <w:tcPr>
            <w:tcW w:w="5855" w:type="dxa"/>
          </w:tcPr>
          <w:p w14:paraId="686314E4" w14:textId="7BA95EC7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Bird &amp; Wildlife Attractants Nearby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附近吸引鳥類</w:t>
            </w:r>
            <w:proofErr w:type="spellEnd"/>
            <w:r w:rsidR="001F783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proofErr w:type="spellStart"/>
            <w:r w:rsidR="001F7837" w:rsidRPr="007A442F">
              <w:rPr>
                <w:rFonts w:ascii="標楷體" w:eastAsia="標楷體" w:hAnsi="標楷體"/>
                <w:sz w:val="20"/>
                <w:szCs w:val="20"/>
              </w:rPr>
              <w:t>大型鳥類</w:t>
            </w:r>
            <w:proofErr w:type="spellEnd"/>
            <w:r w:rsidR="001F783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與野生動物的物品</w:t>
            </w:r>
            <w:proofErr w:type="spellEnd"/>
          </w:p>
        </w:tc>
        <w:tc>
          <w:tcPr>
            <w:tcW w:w="3367" w:type="dxa"/>
          </w:tcPr>
          <w:p w14:paraId="3C2559AD" w14:textId="387192BF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Check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已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檢查</w:t>
            </w:r>
            <w:proofErr w:type="spellEnd"/>
          </w:p>
        </w:tc>
        <w:tc>
          <w:tcPr>
            <w:tcW w:w="711" w:type="dxa"/>
          </w:tcPr>
          <w:p w14:paraId="7FEE1C6F" w14:textId="77777777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C67B1" w:rsidRPr="007A442F" w14:paraId="431980DD" w14:textId="77777777" w:rsidTr="005C6579">
        <w:tc>
          <w:tcPr>
            <w:tcW w:w="569" w:type="dxa"/>
          </w:tcPr>
          <w:p w14:paraId="53936B76" w14:textId="4DF1E378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15</w:t>
            </w:r>
          </w:p>
        </w:tc>
        <w:tc>
          <w:tcPr>
            <w:tcW w:w="5855" w:type="dxa"/>
          </w:tcPr>
          <w:p w14:paraId="598E7604" w14:textId="77777777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FOD Containers Accessible to Work Areas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工作區域可使用的FOD收集容器</w:t>
            </w:r>
            <w:proofErr w:type="spellEnd"/>
          </w:p>
        </w:tc>
        <w:tc>
          <w:tcPr>
            <w:tcW w:w="3367" w:type="dxa"/>
          </w:tcPr>
          <w:p w14:paraId="495263B9" w14:textId="418C942B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Confirm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已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確認</w:t>
            </w:r>
            <w:proofErr w:type="spellEnd"/>
          </w:p>
        </w:tc>
        <w:tc>
          <w:tcPr>
            <w:tcW w:w="711" w:type="dxa"/>
          </w:tcPr>
          <w:p w14:paraId="78C89C1A" w14:textId="77777777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C67B1" w:rsidRPr="007A442F" w14:paraId="14F80003" w14:textId="77777777" w:rsidTr="005C6579">
        <w:tc>
          <w:tcPr>
            <w:tcW w:w="569" w:type="dxa"/>
          </w:tcPr>
          <w:p w14:paraId="44717C05" w14:textId="2EB021A4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16</w:t>
            </w:r>
          </w:p>
        </w:tc>
        <w:tc>
          <w:tcPr>
            <w:tcW w:w="5855" w:type="dxa"/>
          </w:tcPr>
          <w:p w14:paraId="50AFAE92" w14:textId="6F7D8E88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TakeOff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Area</w:t>
            </w:r>
            <w:r w:rsidR="001F783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A</w:t>
            </w:r>
            <w:r w:rsidR="001F7837">
              <w:rPr>
                <w:rFonts w:ascii="標楷體" w:eastAsia="標楷體" w:hAnsi="標楷體"/>
                <w:sz w:val="20"/>
                <w:szCs w:val="20"/>
              </w:rPr>
              <w:t>n</w:t>
            </w:r>
            <w:r w:rsidR="001F783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d </w:t>
            </w:r>
            <w:r w:rsidR="001F7837" w:rsidRPr="007A442F">
              <w:rPr>
                <w:rFonts w:ascii="標楷體" w:eastAsia="標楷體" w:hAnsi="標楷體"/>
                <w:sz w:val="20"/>
                <w:szCs w:val="20"/>
              </w:rPr>
              <w:t>Landing</w:t>
            </w:r>
            <w:r w:rsidR="001F783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Area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起飛區域</w:t>
            </w:r>
            <w:proofErr w:type="spellEnd"/>
            <w:r w:rsidR="001F783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及</w:t>
            </w:r>
            <w:proofErr w:type="spellStart"/>
            <w:r w:rsidR="001F7837" w:rsidRPr="007A442F">
              <w:rPr>
                <w:rFonts w:ascii="標楷體" w:eastAsia="標楷體" w:hAnsi="標楷體"/>
                <w:sz w:val="20"/>
                <w:szCs w:val="20"/>
              </w:rPr>
              <w:t>降落區域</w:t>
            </w:r>
            <w:proofErr w:type="spellEnd"/>
          </w:p>
        </w:tc>
        <w:tc>
          <w:tcPr>
            <w:tcW w:w="3367" w:type="dxa"/>
          </w:tcPr>
          <w:p w14:paraId="7EC9004F" w14:textId="77777777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Clear of Any Debris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無任何碎片</w:t>
            </w:r>
            <w:proofErr w:type="spellEnd"/>
          </w:p>
        </w:tc>
        <w:tc>
          <w:tcPr>
            <w:tcW w:w="711" w:type="dxa"/>
          </w:tcPr>
          <w:p w14:paraId="001DDEC6" w14:textId="77777777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</w:tbl>
    <w:p w14:paraId="202FCFA2" w14:textId="77777777" w:rsidR="000210AC" w:rsidRPr="007A442F" w:rsidRDefault="000210AC">
      <w:pPr>
        <w:rPr>
          <w:rFonts w:ascii="標楷體" w:eastAsia="標楷體" w:hAnsi="標楷體"/>
          <w:sz w:val="20"/>
          <w:szCs w:val="20"/>
          <w:lang w:eastAsia="zh-TW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9"/>
        <w:gridCol w:w="5864"/>
        <w:gridCol w:w="3358"/>
        <w:gridCol w:w="711"/>
      </w:tblGrid>
      <w:tr w:rsidR="000210AC" w:rsidRPr="007A442F" w14:paraId="775CBD0C" w14:textId="77777777" w:rsidTr="00091E1A">
        <w:tc>
          <w:tcPr>
            <w:tcW w:w="10502" w:type="dxa"/>
            <w:gridSpan w:val="4"/>
            <w:shd w:val="clear" w:color="auto" w:fill="1B365D"/>
          </w:tcPr>
          <w:p w14:paraId="653D2FB9" w14:textId="25EE51B0" w:rsidR="000210AC" w:rsidRPr="007A442F" w:rsidRDefault="00ED007B" w:rsidP="0019006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3. GENERAL / </w:t>
            </w:r>
            <w:proofErr w:type="spellStart"/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一般</w:t>
            </w:r>
            <w:proofErr w:type="spellEnd"/>
            <w:r w:rsidR="00E67C53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常規</w:t>
            </w:r>
            <w:r w:rsidR="00E81A95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檢查</w:t>
            </w:r>
          </w:p>
        </w:tc>
      </w:tr>
      <w:tr w:rsidR="000210AC" w:rsidRPr="007A442F" w14:paraId="26290AAC" w14:textId="77777777" w:rsidTr="00091E1A">
        <w:tc>
          <w:tcPr>
            <w:tcW w:w="569" w:type="dxa"/>
          </w:tcPr>
          <w:p w14:paraId="3BCD6454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64" w:type="dxa"/>
          </w:tcPr>
          <w:p w14:paraId="518EC4CE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Personal Protective Equipment (PPE) UAS Team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個人防護裝備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(PPE) 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無人機團隊</w:t>
            </w:r>
            <w:proofErr w:type="spellEnd"/>
          </w:p>
        </w:tc>
        <w:tc>
          <w:tcPr>
            <w:tcW w:w="3358" w:type="dxa"/>
          </w:tcPr>
          <w:p w14:paraId="6D20E7F4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Checked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已檢查</w:t>
            </w:r>
            <w:proofErr w:type="spellEnd"/>
          </w:p>
        </w:tc>
        <w:tc>
          <w:tcPr>
            <w:tcW w:w="711" w:type="dxa"/>
          </w:tcPr>
          <w:p w14:paraId="226F62AB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51B7AF59" w14:textId="77777777" w:rsidTr="00091E1A">
        <w:tc>
          <w:tcPr>
            <w:tcW w:w="569" w:type="dxa"/>
          </w:tcPr>
          <w:p w14:paraId="0F8B2614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64" w:type="dxa"/>
          </w:tcPr>
          <w:p w14:paraId="68408C94" w14:textId="00F06E72" w:rsidR="003B32C8" w:rsidRPr="007A442F" w:rsidRDefault="00AA3038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AA3038">
              <w:rPr>
                <w:rFonts w:ascii="標楷體" w:eastAsia="標楷體" w:hAnsi="標楷體"/>
                <w:sz w:val="20"/>
                <w:szCs w:val="20"/>
              </w:rPr>
              <w:t xml:space="preserve">Equipment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R</w:t>
            </w:r>
            <w:r w:rsidRPr="00AA3038">
              <w:rPr>
                <w:rFonts w:ascii="標楷體" w:eastAsia="標楷體" w:hAnsi="標楷體"/>
                <w:sz w:val="20"/>
                <w:szCs w:val="20"/>
              </w:rPr>
              <w:t xml:space="preserve">equirements </w:t>
            </w:r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AA3038">
              <w:rPr>
                <w:rFonts w:ascii="標楷體" w:eastAsia="標楷體" w:hAnsi="標楷體"/>
                <w:sz w:val="20"/>
                <w:szCs w:val="20"/>
              </w:rPr>
              <w:t>Minimum operating procedures required</w:t>
            </w:r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EX:</w:t>
            </w:r>
            <w:r w:rsidR="00E00BA9">
              <w:t xml:space="preserve"> </w:t>
            </w:r>
            <w:r w:rsidR="00E00BA9" w:rsidRPr="00E00BA9">
              <w:rPr>
                <w:rFonts w:ascii="標楷體" w:eastAsia="標楷體" w:hAnsi="標楷體"/>
                <w:sz w:val="20"/>
                <w:szCs w:val="20"/>
                <w:lang w:eastAsia="zh-TW"/>
              </w:rPr>
              <w:t>RC remote control</w:t>
            </w:r>
            <w:r w:rsidR="00E00BA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、S</w:t>
            </w:r>
            <w:r w:rsidR="00E00BA9">
              <w:rPr>
                <w:rFonts w:ascii="標楷體" w:eastAsia="標楷體" w:hAnsi="標楷體"/>
                <w:sz w:val="20"/>
                <w:szCs w:val="20"/>
                <w:lang w:eastAsia="zh-TW"/>
              </w:rPr>
              <w:t>c</w:t>
            </w:r>
            <w:r w:rsidR="00E00BA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ale</w:t>
            </w:r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 w:rsidR="00190C8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需求</w:t>
            </w:r>
            <w:proofErr w:type="spellStart"/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裝備</w:t>
            </w:r>
            <w:proofErr w:type="spellEnd"/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r w:rsidR="008C67B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最低</w:t>
            </w:r>
            <w:proofErr w:type="spellStart"/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操作程序所需</w:t>
            </w:r>
            <w:proofErr w:type="spellEnd"/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例:</w:t>
            </w:r>
            <w:r w:rsidR="008C67B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RC</w:t>
            </w:r>
            <w:r w:rsidR="00190C8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遙控器</w:t>
            </w:r>
            <w:r w:rsidR="00CC5A4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,</w:t>
            </w:r>
            <w:r w:rsidR="003B32C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磅秤</w:t>
            </w:r>
          </w:p>
        </w:tc>
        <w:tc>
          <w:tcPr>
            <w:tcW w:w="3358" w:type="dxa"/>
          </w:tcPr>
          <w:p w14:paraId="0F5DF644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Available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可用</w:t>
            </w:r>
            <w:proofErr w:type="spellEnd"/>
          </w:p>
        </w:tc>
        <w:tc>
          <w:tcPr>
            <w:tcW w:w="711" w:type="dxa"/>
          </w:tcPr>
          <w:p w14:paraId="22BD42C8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389FDFF9" w14:textId="77777777" w:rsidTr="00091E1A">
        <w:tc>
          <w:tcPr>
            <w:tcW w:w="569" w:type="dxa"/>
          </w:tcPr>
          <w:p w14:paraId="0ECEC81F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864" w:type="dxa"/>
          </w:tcPr>
          <w:p w14:paraId="2DDFF81F" w14:textId="799C705E" w:rsidR="000210AC" w:rsidRPr="007A442F" w:rsidRDefault="00ED007B" w:rsidP="00D45FB8">
            <w:pPr>
              <w:tabs>
                <w:tab w:val="center" w:pos="2824"/>
              </w:tabs>
              <w:ind w:left="200" w:hangingChars="100" w:hanging="200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Safety Equipment </w:t>
            </w:r>
            <w:r w:rsidR="0033247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EX:</w:t>
            </w:r>
            <w:r w:rsidR="00D45FB8">
              <w:t xml:space="preserve"> </w:t>
            </w:r>
            <w:r w:rsidR="00D45FB8" w:rsidRPr="00D45FB8">
              <w:rPr>
                <w:rFonts w:ascii="標楷體" w:eastAsia="標楷體" w:hAnsi="標楷體"/>
                <w:sz w:val="20"/>
                <w:szCs w:val="20"/>
                <w:lang w:eastAsia="zh-TW"/>
              </w:rPr>
              <w:t>Class D metal fire extinguishers</w:t>
            </w:r>
            <w:r w:rsidR="001D278B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、</w:t>
            </w:r>
            <w:r w:rsidR="00D45FB8" w:rsidRPr="00D45FB8">
              <w:rPr>
                <w:rFonts w:ascii="標楷體" w:eastAsia="標楷體" w:hAnsi="標楷體"/>
                <w:sz w:val="20"/>
                <w:szCs w:val="20"/>
                <w:lang w:eastAsia="zh-TW"/>
              </w:rPr>
              <w:t>Fire extinguishing sandbags</w:t>
            </w:r>
            <w:r w:rsidR="00095FF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</w:t>
            </w:r>
            <w:r w:rsidR="00095FFF" w:rsidRPr="00095FFF">
              <w:rPr>
                <w:rFonts w:ascii="標楷體" w:eastAsia="標楷體" w:hAnsi="標楷體"/>
                <w:sz w:val="20"/>
                <w:szCs w:val="20"/>
                <w:lang w:eastAsia="zh-TW"/>
              </w:rPr>
              <w:t>Emergency medical kit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安全裝備</w:t>
            </w:r>
            <w:proofErr w:type="spellEnd"/>
            <w:r w:rsidR="0064359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例:</w:t>
            </w:r>
            <w:r w:rsidR="002915F9" w:rsidRPr="002915F9">
              <w:t xml:space="preserve"> </w:t>
            </w:r>
            <w:r w:rsidR="002915F9" w:rsidRPr="002915F9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D 類金屬火災滅火器 (Class D) </w:t>
            </w:r>
            <w:r w:rsidR="001D278B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</w:t>
            </w:r>
            <w:r w:rsidR="00332475" w:rsidRPr="00332475">
              <w:rPr>
                <w:rFonts w:ascii="標楷體" w:eastAsia="標楷體" w:hAnsi="標楷體"/>
                <w:sz w:val="20"/>
                <w:szCs w:val="20"/>
                <w:lang w:eastAsia="zh-TW"/>
              </w:rPr>
              <w:t>滅火沙袋</w:t>
            </w:r>
            <w:r w:rsidR="00095FF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、緊急醫療箱</w:t>
            </w:r>
          </w:p>
        </w:tc>
        <w:tc>
          <w:tcPr>
            <w:tcW w:w="3358" w:type="dxa"/>
          </w:tcPr>
          <w:p w14:paraId="043E9335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Available, Checked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可用，已檢查</w:t>
            </w:r>
            <w:proofErr w:type="spellEnd"/>
          </w:p>
        </w:tc>
        <w:tc>
          <w:tcPr>
            <w:tcW w:w="711" w:type="dxa"/>
          </w:tcPr>
          <w:p w14:paraId="6FA218D7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02254FE9" w14:textId="77777777" w:rsidTr="00091E1A">
        <w:tc>
          <w:tcPr>
            <w:tcW w:w="569" w:type="dxa"/>
          </w:tcPr>
          <w:p w14:paraId="686034A3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4</w:t>
            </w:r>
          </w:p>
        </w:tc>
        <w:tc>
          <w:tcPr>
            <w:tcW w:w="5864" w:type="dxa"/>
          </w:tcPr>
          <w:p w14:paraId="4DD0419B" w14:textId="18B94E90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Move Aircraft from Assembly Area to </w:t>
            </w:r>
            <w:proofErr w:type="spellStart"/>
            <w:r w:rsidR="00583C1F" w:rsidRPr="007A442F">
              <w:rPr>
                <w:rFonts w:ascii="標楷體" w:eastAsia="標楷體" w:hAnsi="標楷體"/>
                <w:sz w:val="20"/>
                <w:szCs w:val="20"/>
              </w:rPr>
              <w:t>RunUp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Area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將飛機從組裝區移至</w:t>
            </w:r>
            <w:proofErr w:type="spellEnd"/>
            <w:r w:rsidR="00583C1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試車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區</w:t>
            </w:r>
          </w:p>
        </w:tc>
        <w:tc>
          <w:tcPr>
            <w:tcW w:w="3358" w:type="dxa"/>
          </w:tcPr>
          <w:p w14:paraId="4971C2D5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Min 2 People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  <w:t>至少2人</w:t>
            </w:r>
          </w:p>
        </w:tc>
        <w:tc>
          <w:tcPr>
            <w:tcW w:w="711" w:type="dxa"/>
          </w:tcPr>
          <w:p w14:paraId="2C4C31F5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0FD2D5D0" w14:textId="77777777" w:rsidTr="00091E1A">
        <w:tc>
          <w:tcPr>
            <w:tcW w:w="569" w:type="dxa"/>
          </w:tcPr>
          <w:p w14:paraId="6C775131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5</w:t>
            </w:r>
          </w:p>
        </w:tc>
        <w:tc>
          <w:tcPr>
            <w:tcW w:w="5864" w:type="dxa"/>
          </w:tcPr>
          <w:p w14:paraId="27227E78" w14:textId="2D5F77B4" w:rsidR="00AE0877" w:rsidRDefault="00583C1F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</w:rPr>
              <w:t>RunUp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Area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(Consider Engine Start &amp; 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RunUp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, </w:t>
            </w:r>
            <w:r w:rsidR="00ED2F3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2</w:t>
            </w:r>
            <w:r w:rsidR="00ED2F38" w:rsidRPr="00ED2F38">
              <w:rPr>
                <w:rFonts w:ascii="標楷體" w:eastAsia="標楷體" w:hAnsi="標楷體"/>
                <w:sz w:val="20"/>
                <w:szCs w:val="20"/>
              </w:rPr>
              <w:t xml:space="preserve"> or more crew members are required to operate the aircraft.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  <w:r w:rsidR="00AE0877"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 </w:t>
            </w:r>
          </w:p>
          <w:p w14:paraId="3872C3CF" w14:textId="35F22505" w:rsidR="000210AC" w:rsidRPr="007A442F" w:rsidRDefault="00AE0877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試車區</w:t>
            </w:r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(考慮引擎啟動與試車，2名</w:t>
            </w:r>
            <w:r w:rsidR="00ED2F3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或以上</w:t>
            </w:r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機組員操作)</w:t>
            </w:r>
          </w:p>
        </w:tc>
        <w:tc>
          <w:tcPr>
            <w:tcW w:w="3358" w:type="dxa"/>
          </w:tcPr>
          <w:p w14:paraId="25CEA21C" w14:textId="07216218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Secure</w:t>
            </w:r>
            <w:r w:rsidR="00AE087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And Clear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gramStart"/>
            <w:r w:rsidR="00583C1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安全</w:t>
            </w:r>
            <w:r w:rsidR="00AE087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且淨空</w:t>
            </w:r>
            <w:proofErr w:type="gramEnd"/>
          </w:p>
        </w:tc>
        <w:tc>
          <w:tcPr>
            <w:tcW w:w="711" w:type="dxa"/>
          </w:tcPr>
          <w:p w14:paraId="032DD1B6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534F92CD" w14:textId="77777777" w:rsidTr="00091E1A">
        <w:tc>
          <w:tcPr>
            <w:tcW w:w="569" w:type="dxa"/>
          </w:tcPr>
          <w:p w14:paraId="266143DD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6</w:t>
            </w:r>
          </w:p>
        </w:tc>
        <w:tc>
          <w:tcPr>
            <w:tcW w:w="5864" w:type="dxa"/>
          </w:tcPr>
          <w:p w14:paraId="7C7541B5" w14:textId="6336F65B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Aircraft Positioned on </w:t>
            </w:r>
            <w:proofErr w:type="spell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RunUp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="00D41E3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Area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飛機放置於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試車區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上</w:t>
            </w:r>
          </w:p>
        </w:tc>
        <w:tc>
          <w:tcPr>
            <w:tcW w:w="3358" w:type="dxa"/>
          </w:tcPr>
          <w:p w14:paraId="3966C772" w14:textId="429A3B4F" w:rsidR="00091E1A" w:rsidRPr="007A442F" w:rsidRDefault="00D41E34" w:rsidP="00091E1A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Check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Area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Markings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檢查</w:t>
            </w:r>
            <w:proofErr w:type="spellEnd"/>
            <w:r w:rsidR="003C06F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區域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標記</w:t>
            </w:r>
            <w:proofErr w:type="spellEnd"/>
          </w:p>
        </w:tc>
        <w:tc>
          <w:tcPr>
            <w:tcW w:w="711" w:type="dxa"/>
          </w:tcPr>
          <w:p w14:paraId="36FE42A5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02D499E5" w14:textId="77777777" w:rsidTr="00091E1A">
        <w:tc>
          <w:tcPr>
            <w:tcW w:w="569" w:type="dxa"/>
          </w:tcPr>
          <w:p w14:paraId="2EBF9AAA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7</w:t>
            </w:r>
          </w:p>
        </w:tc>
        <w:tc>
          <w:tcPr>
            <w:tcW w:w="5864" w:type="dxa"/>
          </w:tcPr>
          <w:p w14:paraId="6179208B" w14:textId="77777777" w:rsidR="00714D6E" w:rsidRDefault="00714D6E" w:rsidP="00714D6E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Service Covers 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機身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蓋板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蓋妥</w:t>
            </w:r>
          </w:p>
          <w:p w14:paraId="079D3D95" w14:textId="36D817BC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58" w:type="dxa"/>
          </w:tcPr>
          <w:p w14:paraId="36503E18" w14:textId="4BEC7F04" w:rsidR="00091E1A" w:rsidRPr="007A442F" w:rsidRDefault="00714D6E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Installed,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已安裝，穩固</w:t>
            </w:r>
            <w:proofErr w:type="spellEnd"/>
          </w:p>
        </w:tc>
        <w:tc>
          <w:tcPr>
            <w:tcW w:w="711" w:type="dxa"/>
          </w:tcPr>
          <w:p w14:paraId="3F6AE4B4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0FF30E92" w14:textId="77777777" w:rsidTr="00091E1A">
        <w:tc>
          <w:tcPr>
            <w:tcW w:w="569" w:type="dxa"/>
          </w:tcPr>
          <w:p w14:paraId="7B819F81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13</w:t>
            </w:r>
          </w:p>
        </w:tc>
        <w:tc>
          <w:tcPr>
            <w:tcW w:w="5864" w:type="dxa"/>
          </w:tcPr>
          <w:p w14:paraId="36D1190A" w14:textId="5737D0DF" w:rsidR="00091E1A" w:rsidRPr="003F2BF4" w:rsidRDefault="00091E1A" w:rsidP="00091E1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Pitot Tube</w:t>
            </w:r>
            <w:r w:rsidR="0080211F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EX:4525</w:t>
            </w:r>
            <w:r w:rsidR="003D0D7C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(看飛機設計更改到360檢查)</w:t>
            </w: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proofErr w:type="gramStart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皮托管</w:t>
            </w:r>
            <w:proofErr w:type="spellEnd"/>
            <w:proofErr w:type="gramEnd"/>
            <w:r w:rsidR="004B3595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</w:t>
            </w:r>
            <w:r w:rsidR="0080211F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例:</w:t>
            </w:r>
            <w:r w:rsidR="004B3595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4525D</w:t>
            </w:r>
          </w:p>
        </w:tc>
        <w:tc>
          <w:tcPr>
            <w:tcW w:w="3358" w:type="dxa"/>
          </w:tcPr>
          <w:p w14:paraId="0EBA742B" w14:textId="11C60436" w:rsidR="00091E1A" w:rsidRPr="003F2BF4" w:rsidRDefault="00504A2B" w:rsidP="00091E1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No Block And </w:t>
            </w:r>
            <w:r w:rsidR="00091E1A"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Undamaged</w:t>
            </w:r>
            <w:r w:rsidR="00091E1A"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  <w:t>無</w:t>
            </w:r>
            <w:r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堵塞</w:t>
            </w:r>
            <w:proofErr w:type="spellStart"/>
            <w:r w:rsidR="00091E1A"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損壞</w:t>
            </w:r>
            <w:proofErr w:type="spellEnd"/>
          </w:p>
        </w:tc>
        <w:tc>
          <w:tcPr>
            <w:tcW w:w="711" w:type="dxa"/>
          </w:tcPr>
          <w:p w14:paraId="22075FCD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6BC05460" w14:textId="77777777" w:rsidTr="00091E1A">
        <w:tc>
          <w:tcPr>
            <w:tcW w:w="569" w:type="dxa"/>
          </w:tcPr>
          <w:p w14:paraId="7A82BB5F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14</w:t>
            </w:r>
          </w:p>
        </w:tc>
        <w:tc>
          <w:tcPr>
            <w:tcW w:w="5864" w:type="dxa"/>
          </w:tcPr>
          <w:p w14:paraId="045B1E88" w14:textId="4FAABE6F" w:rsidR="00091E1A" w:rsidRPr="003F2BF4" w:rsidRDefault="00091E1A" w:rsidP="00091E1A">
            <w:pPr>
              <w:rPr>
                <w:rFonts w:ascii="標楷體" w:eastAsia="標楷體" w:hAnsi="標楷體"/>
                <w:color w:val="EE0000"/>
                <w:sz w:val="20"/>
                <w:szCs w:val="20"/>
                <w:lang w:eastAsia="zh-TW"/>
              </w:rPr>
            </w:pP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Static Port</w:t>
            </w:r>
            <w:r w:rsidR="0080211F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EX:4525D</w:t>
            </w:r>
            <w:r w:rsidR="003D0D7C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(看飛機設計更改到360檢查)</w:t>
            </w:r>
            <w:r w:rsidR="003D0D7C"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靜壓孔</w:t>
            </w:r>
            <w:proofErr w:type="spellEnd"/>
            <w:r w:rsidR="001466B8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</w:t>
            </w:r>
            <w:r w:rsidR="0080211F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例:</w:t>
            </w:r>
            <w:r w:rsidR="001466B8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4525D</w:t>
            </w:r>
          </w:p>
        </w:tc>
        <w:tc>
          <w:tcPr>
            <w:tcW w:w="3358" w:type="dxa"/>
          </w:tcPr>
          <w:p w14:paraId="189D9AE2" w14:textId="45B97C6A" w:rsidR="00737216" w:rsidRPr="003F2BF4" w:rsidRDefault="00504A2B" w:rsidP="001466B8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No Block </w:t>
            </w:r>
            <w:proofErr w:type="gramStart"/>
            <w:r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And</w:t>
            </w:r>
            <w:proofErr w:type="gramEnd"/>
            <w:r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</w:t>
            </w: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Undamaged</w:t>
            </w:r>
          </w:p>
          <w:p w14:paraId="36AEF3FD" w14:textId="252EC9DE" w:rsidR="00091E1A" w:rsidRPr="003F2BF4" w:rsidRDefault="00091E1A" w:rsidP="00091E1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無</w:t>
            </w:r>
            <w:r w:rsidR="00504A2B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堵塞</w:t>
            </w:r>
            <w:proofErr w:type="spellStart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損壞</w:t>
            </w:r>
            <w:proofErr w:type="spellEnd"/>
          </w:p>
        </w:tc>
        <w:tc>
          <w:tcPr>
            <w:tcW w:w="711" w:type="dxa"/>
          </w:tcPr>
          <w:p w14:paraId="70D30DAB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09018298" w14:textId="77777777" w:rsidTr="00091E1A">
        <w:tc>
          <w:tcPr>
            <w:tcW w:w="569" w:type="dxa"/>
          </w:tcPr>
          <w:p w14:paraId="4C71DF6F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lastRenderedPageBreak/>
              <w:t>15</w:t>
            </w:r>
          </w:p>
        </w:tc>
        <w:tc>
          <w:tcPr>
            <w:tcW w:w="5864" w:type="dxa"/>
          </w:tcPr>
          <w:p w14:paraId="47958934" w14:textId="77777777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All Covers (Pitot, Propeller, Exhaust)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所有護罩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皮托管、螺旋槳、排氣管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58" w:type="dxa"/>
          </w:tcPr>
          <w:p w14:paraId="4EBD6E99" w14:textId="3591FF68" w:rsidR="00091E1A" w:rsidRPr="007A442F" w:rsidRDefault="00A155D0" w:rsidP="00091E1A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Removed</w:t>
            </w:r>
            <w:r w:rsidR="00091E1A" w:rsidRPr="007A442F">
              <w:rPr>
                <w:rFonts w:ascii="標楷體" w:eastAsia="標楷體" w:hAnsi="標楷體"/>
                <w:sz w:val="20"/>
                <w:szCs w:val="20"/>
              </w:rPr>
              <w:br/>
              <w:t>已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拆除</w:t>
            </w:r>
          </w:p>
        </w:tc>
        <w:tc>
          <w:tcPr>
            <w:tcW w:w="711" w:type="dxa"/>
          </w:tcPr>
          <w:p w14:paraId="5448D433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229576C0" w14:textId="77777777" w:rsidTr="00091E1A">
        <w:tc>
          <w:tcPr>
            <w:tcW w:w="569" w:type="dxa"/>
          </w:tcPr>
          <w:p w14:paraId="19FBC16F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16</w:t>
            </w:r>
          </w:p>
        </w:tc>
        <w:tc>
          <w:tcPr>
            <w:tcW w:w="5864" w:type="dxa"/>
          </w:tcPr>
          <w:p w14:paraId="6A388C59" w14:textId="6B2EAEF8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Undercarriage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起落架</w:t>
            </w:r>
            <w:proofErr w:type="spellEnd"/>
          </w:p>
        </w:tc>
        <w:tc>
          <w:tcPr>
            <w:tcW w:w="3358" w:type="dxa"/>
          </w:tcPr>
          <w:p w14:paraId="166D280C" w14:textId="77777777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711" w:type="dxa"/>
          </w:tcPr>
          <w:p w14:paraId="74A6158B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130BDFC8" w14:textId="77777777" w:rsidTr="00091E1A">
        <w:tc>
          <w:tcPr>
            <w:tcW w:w="569" w:type="dxa"/>
          </w:tcPr>
          <w:p w14:paraId="5AF963F6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17</w:t>
            </w:r>
          </w:p>
        </w:tc>
        <w:tc>
          <w:tcPr>
            <w:tcW w:w="5864" w:type="dxa"/>
          </w:tcPr>
          <w:p w14:paraId="2C7CC7C2" w14:textId="1B1626AB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Fuselage (Lower, LHS, Upper, RHS)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機身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外型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r w:rsidR="00AF71E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順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58" w:type="dxa"/>
          </w:tcPr>
          <w:p w14:paraId="4A082CD3" w14:textId="77777777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1" w:type="dxa"/>
          </w:tcPr>
          <w:p w14:paraId="36AC8234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0A9C24D2" w14:textId="77777777" w:rsidTr="00091E1A">
        <w:tc>
          <w:tcPr>
            <w:tcW w:w="569" w:type="dxa"/>
          </w:tcPr>
          <w:p w14:paraId="4994BBCB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18</w:t>
            </w:r>
          </w:p>
        </w:tc>
        <w:tc>
          <w:tcPr>
            <w:tcW w:w="5864" w:type="dxa"/>
          </w:tcPr>
          <w:p w14:paraId="69F5472A" w14:textId="77777777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All Antennas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所有天線</w:t>
            </w:r>
            <w:proofErr w:type="spellEnd"/>
          </w:p>
        </w:tc>
        <w:tc>
          <w:tcPr>
            <w:tcW w:w="3358" w:type="dxa"/>
          </w:tcPr>
          <w:p w14:paraId="01B81018" w14:textId="77777777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Secured, 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穩固，無損壞</w:t>
            </w:r>
            <w:proofErr w:type="spellEnd"/>
          </w:p>
        </w:tc>
        <w:tc>
          <w:tcPr>
            <w:tcW w:w="711" w:type="dxa"/>
          </w:tcPr>
          <w:p w14:paraId="0D4E2989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46EAB714" w14:textId="77777777" w:rsidTr="00091E1A">
        <w:tc>
          <w:tcPr>
            <w:tcW w:w="569" w:type="dxa"/>
          </w:tcPr>
          <w:p w14:paraId="5318469A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21</w:t>
            </w:r>
          </w:p>
        </w:tc>
        <w:tc>
          <w:tcPr>
            <w:tcW w:w="5864" w:type="dxa"/>
          </w:tcPr>
          <w:p w14:paraId="65596AC5" w14:textId="793ED5A3" w:rsidR="00091E1A" w:rsidRPr="007A442F" w:rsidRDefault="0080211F" w:rsidP="00091E1A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R</w:t>
            </w: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u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nup</w:t>
            </w:r>
            <w:r w:rsidR="00B4518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Area、</w:t>
            </w:r>
            <w:r w:rsidR="00091E1A">
              <w:rPr>
                <w:rFonts w:ascii="標楷體" w:eastAsia="標楷體" w:hAnsi="標楷體"/>
                <w:sz w:val="20"/>
                <w:szCs w:val="20"/>
                <w:lang w:eastAsia="zh-TW"/>
              </w:rPr>
              <w:t>T</w:t>
            </w:r>
            <w:r w:rsidR="00091E1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axiway</w:t>
            </w:r>
            <w:r w:rsidR="00B4518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、Runway Area/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試車區、</w:t>
            </w:r>
            <w:r w:rsidR="00091E1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滑行道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、跑道區域</w:t>
            </w:r>
          </w:p>
        </w:tc>
        <w:tc>
          <w:tcPr>
            <w:tcW w:w="3358" w:type="dxa"/>
          </w:tcPr>
          <w:p w14:paraId="3261E5D4" w14:textId="7B96B883" w:rsidR="00091E1A" w:rsidRPr="007A442F" w:rsidRDefault="0080211F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Secured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And Clear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安全且淨空</w:t>
            </w:r>
            <w:proofErr w:type="gramEnd"/>
          </w:p>
        </w:tc>
        <w:tc>
          <w:tcPr>
            <w:tcW w:w="711" w:type="dxa"/>
          </w:tcPr>
          <w:p w14:paraId="70BABCD2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</w:tbl>
    <w:p w14:paraId="67FACAC7" w14:textId="65C18292" w:rsidR="00190064" w:rsidRDefault="00190064">
      <w:pPr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14:paraId="557D4277" w14:textId="30AE7059" w:rsidR="00190064" w:rsidRPr="00190064" w:rsidRDefault="00190064" w:rsidP="00190064">
      <w:pPr>
        <w:spacing w:line="240" w:lineRule="auto"/>
        <w:jc w:val="both"/>
        <w:rPr>
          <w:rFonts w:ascii="標楷體" w:eastAsia="標楷體" w:hAnsi="標楷體"/>
          <w:b/>
          <w:bCs/>
          <w:sz w:val="24"/>
          <w:szCs w:val="24"/>
          <w:lang w:eastAsia="zh-TW"/>
        </w:rPr>
      </w:pPr>
      <w:r w:rsidRPr="00190064">
        <w:rPr>
          <w:rFonts w:ascii="標楷體" w:eastAsia="標楷體" w:hAnsi="標楷體"/>
          <w:b/>
          <w:bCs/>
          <w:sz w:val="24"/>
          <w:szCs w:val="24"/>
          <w:lang w:eastAsia="zh-TW"/>
        </w:rPr>
        <w:t>重點提示</w:t>
      </w:r>
      <w:r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/</w:t>
      </w:r>
      <w:r w:rsidRPr="00190064">
        <w:rPr>
          <w:rFonts w:ascii="標楷體" w:eastAsia="標楷體" w:hAnsi="標楷體"/>
          <w:b/>
          <w:bCs/>
          <w:sz w:val="24"/>
          <w:szCs w:val="24"/>
          <w:lang w:eastAsia="zh-TW"/>
        </w:rPr>
        <w:t>Important Notes</w:t>
      </w:r>
      <w:r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:</w:t>
      </w:r>
    </w:p>
    <w:p w14:paraId="4704D54D" w14:textId="73200D57" w:rsidR="00EE4641" w:rsidRDefault="001D3025" w:rsidP="00190064">
      <w:pPr>
        <w:spacing w:line="240" w:lineRule="auto"/>
        <w:jc w:val="both"/>
        <w:rPr>
          <w:rFonts w:ascii="標楷體" w:eastAsia="標楷體" w:hAnsi="標楷體"/>
          <w:b/>
          <w:bCs/>
          <w:sz w:val="24"/>
          <w:szCs w:val="24"/>
          <w:lang w:eastAsia="zh-TW"/>
        </w:rPr>
      </w:pPr>
      <w:r>
        <w:rPr>
          <w:rFonts w:ascii="標楷體" w:eastAsia="標楷體" w:hAnsi="標楷體"/>
          <w:b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ACC2A9" wp14:editId="6D00BDDD">
                <wp:simplePos x="0" y="0"/>
                <wp:positionH relativeFrom="column">
                  <wp:posOffset>3345581</wp:posOffset>
                </wp:positionH>
                <wp:positionV relativeFrom="paragraph">
                  <wp:posOffset>535973</wp:posOffset>
                </wp:positionV>
                <wp:extent cx="12032" cy="1524000"/>
                <wp:effectExtent l="76200" t="38100" r="83820" b="76200"/>
                <wp:wrapNone/>
                <wp:docPr id="1891745069" name="直線單箭頭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32" cy="152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3347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8" o:spid="_x0000_s1026" type="#_x0000_t32" style="position:absolute;margin-left:263.45pt;margin-top:42.2pt;width:.95pt;height:120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" strokecolor="#e00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784FC7" wp14:editId="34E387CA">
                <wp:simplePos x="0" y="0"/>
                <wp:positionH relativeFrom="column">
                  <wp:posOffset>3981819</wp:posOffset>
                </wp:positionH>
                <wp:positionV relativeFrom="paragraph">
                  <wp:posOffset>1006942</wp:posOffset>
                </wp:positionV>
                <wp:extent cx="245996" cy="129151"/>
                <wp:effectExtent l="19050" t="38100" r="20955" b="42545"/>
                <wp:wrapNone/>
                <wp:docPr id="657682616" name="箭號: 向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4614">
                          <a:off x="0" y="0"/>
                          <a:ext cx="245996" cy="129151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EAF0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7" o:spid="_x0000_s1026" type="#_x0000_t13" style="position:absolute;margin-left:313.55pt;margin-top:79.3pt;width:19.35pt;height:10.15pt;rotation:174174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" adj="15930" fillcolor="#e00" strokecolor="#e00" strokeweight="2pt"/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DD7A8E" wp14:editId="5ACDE462">
                <wp:simplePos x="0" y="0"/>
                <wp:positionH relativeFrom="column">
                  <wp:posOffset>4310883</wp:posOffset>
                </wp:positionH>
                <wp:positionV relativeFrom="paragraph">
                  <wp:posOffset>1820077</wp:posOffset>
                </wp:positionV>
                <wp:extent cx="245996" cy="129151"/>
                <wp:effectExtent l="19050" t="19050" r="20955" b="42545"/>
                <wp:wrapNone/>
                <wp:docPr id="2022848340" name="箭號: 向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5996" cy="129151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11D8A" id="箭號: 向右 7" o:spid="_x0000_s1026" type="#_x0000_t13" style="position:absolute;margin-left:339.45pt;margin-top:143.3pt;width:19.35pt;height:10.1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" adj="15930" fillcolor="#e00" strokecolor="#e00" strokeweight="2pt"/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66F7AF" wp14:editId="6B2BDAA5">
                <wp:simplePos x="0" y="0"/>
                <wp:positionH relativeFrom="column">
                  <wp:posOffset>2129156</wp:posOffset>
                </wp:positionH>
                <wp:positionV relativeFrom="paragraph">
                  <wp:posOffset>1118937</wp:posOffset>
                </wp:positionV>
                <wp:extent cx="245996" cy="129151"/>
                <wp:effectExtent l="19050" t="57150" r="1905" b="42545"/>
                <wp:wrapNone/>
                <wp:docPr id="780050057" name="箭號: 向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0301">
                          <a:off x="0" y="0"/>
                          <a:ext cx="245996" cy="129151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E2727" id="箭號: 向右 7" o:spid="_x0000_s1026" type="#_x0000_t13" style="position:absolute;margin-left:167.65pt;margin-top:88.1pt;width:19.35pt;height:10.15pt;rotation:-164899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" adj="15930" fillcolor="#e00" strokecolor="#e00" strokeweight="2pt"/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986EF7" wp14:editId="5E0C49F0">
                <wp:simplePos x="0" y="0"/>
                <wp:positionH relativeFrom="column">
                  <wp:posOffset>1599798</wp:posOffset>
                </wp:positionH>
                <wp:positionV relativeFrom="paragraph">
                  <wp:posOffset>1872949</wp:posOffset>
                </wp:positionV>
                <wp:extent cx="245996" cy="129151"/>
                <wp:effectExtent l="19050" t="38100" r="20955" b="42545"/>
                <wp:wrapNone/>
                <wp:docPr id="263869713" name="箭號: 向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27655">
                          <a:off x="0" y="0"/>
                          <a:ext cx="245996" cy="129151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5F85" id="箭號: 向右 7" o:spid="_x0000_s1026" type="#_x0000_t13" style="position:absolute;margin-left:125.95pt;margin-top:147.5pt;width:19.35pt;height:10.15pt;rotation:-1132936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" adj="15930" fillcolor="#e00" strokecolor="#e00" strokeweight="2pt"/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1CBF9A" wp14:editId="1F47E451">
                <wp:simplePos x="0" y="0"/>
                <wp:positionH relativeFrom="column">
                  <wp:posOffset>2522922</wp:posOffset>
                </wp:positionH>
                <wp:positionV relativeFrom="paragraph">
                  <wp:posOffset>2071161</wp:posOffset>
                </wp:positionV>
                <wp:extent cx="245996" cy="129151"/>
                <wp:effectExtent l="19050" t="38100" r="20955" b="42545"/>
                <wp:wrapNone/>
                <wp:docPr id="535440630" name="箭號: 向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27655">
                          <a:off x="0" y="0"/>
                          <a:ext cx="245996" cy="129151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0719C" id="箭號: 向右 7" o:spid="_x0000_s1026" type="#_x0000_t13" style="position:absolute;margin-left:198.65pt;margin-top:163.1pt;width:19.35pt;height:10.15pt;rotation:-1132936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" adj="15930" fillcolor="#e00" strokecolor="#e00" strokeweight="2pt"/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D60CF5" wp14:editId="5733607D">
                <wp:simplePos x="0" y="0"/>
                <wp:positionH relativeFrom="column">
                  <wp:posOffset>1399210</wp:posOffset>
                </wp:positionH>
                <wp:positionV relativeFrom="paragraph">
                  <wp:posOffset>331435</wp:posOffset>
                </wp:positionV>
                <wp:extent cx="3844811" cy="1885698"/>
                <wp:effectExtent l="0" t="0" r="22860" b="19685"/>
                <wp:wrapNone/>
                <wp:docPr id="550008990" name="手繪多邊形: 圖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811" cy="1885698"/>
                        </a:xfrm>
                        <a:custGeom>
                          <a:avLst/>
                          <a:gdLst>
                            <a:gd name="csX0" fmla="*/ 1080097 w 3844811"/>
                            <a:gd name="csY0" fmla="*/ 1584159 h 1885698"/>
                            <a:gd name="csX1" fmla="*/ 125592 w 3844811"/>
                            <a:gd name="csY1" fmla="*/ 1612233 h 1885698"/>
                            <a:gd name="csX2" fmla="*/ 153666 w 3844811"/>
                            <a:gd name="csY2" fmla="*/ 1259307 h 1885698"/>
                            <a:gd name="csX3" fmla="*/ 1433024 w 3844811"/>
                            <a:gd name="csY3" fmla="*/ 601581 h 1885698"/>
                            <a:gd name="csX4" fmla="*/ 1685687 w 3844811"/>
                            <a:gd name="csY4" fmla="*/ 220581 h 1885698"/>
                            <a:gd name="csX5" fmla="*/ 1934339 w 3844811"/>
                            <a:gd name="csY5" fmla="*/ 2 h 1885698"/>
                            <a:gd name="csX6" fmla="*/ 2207055 w 3844811"/>
                            <a:gd name="csY6" fmla="*/ 216570 h 1885698"/>
                            <a:gd name="csX7" fmla="*/ 2439666 w 3844811"/>
                            <a:gd name="csY7" fmla="*/ 609602 h 1885698"/>
                            <a:gd name="csX8" fmla="*/ 3702982 w 3844811"/>
                            <a:gd name="csY8" fmla="*/ 1231233 h 1885698"/>
                            <a:gd name="csX9" fmla="*/ 3706992 w 3844811"/>
                            <a:gd name="csY9" fmla="*/ 1564107 h 1885698"/>
                            <a:gd name="csX10" fmla="*/ 2740455 w 3844811"/>
                            <a:gd name="csY10" fmla="*/ 1572128 h 1885698"/>
                            <a:gd name="csX11" fmla="*/ 2608108 w 3844811"/>
                            <a:gd name="csY11" fmla="*/ 1872917 h 1885698"/>
                            <a:gd name="csX12" fmla="*/ 1336771 w 3844811"/>
                            <a:gd name="csY12" fmla="*/ 1828802 h 1885698"/>
                            <a:gd name="csX13" fmla="*/ 1204424 w 3844811"/>
                            <a:gd name="csY13" fmla="*/ 1816770 h 1885698"/>
                            <a:gd name="csX14" fmla="*/ 1196403 w 3844811"/>
                            <a:gd name="csY14" fmla="*/ 1812759 h 1885698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</a:cxnLst>
                          <a:rect l="l" t="t" r="r" b="b"/>
                          <a:pathLst>
                            <a:path w="3844811" h="1885698">
                              <a:moveTo>
                                <a:pt x="1080097" y="1584159"/>
                              </a:moveTo>
                              <a:cubicBezTo>
                                <a:pt x="680047" y="1625267"/>
                                <a:pt x="279997" y="1666375"/>
                                <a:pt x="125592" y="1612233"/>
                              </a:cubicBezTo>
                              <a:cubicBezTo>
                                <a:pt x="-28813" y="1558091"/>
                                <a:pt x="-64239" y="1427749"/>
                                <a:pt x="153666" y="1259307"/>
                              </a:cubicBezTo>
                              <a:cubicBezTo>
                                <a:pt x="371571" y="1090865"/>
                                <a:pt x="1177687" y="774702"/>
                                <a:pt x="1433024" y="601581"/>
                              </a:cubicBezTo>
                              <a:cubicBezTo>
                                <a:pt x="1688361" y="428460"/>
                                <a:pt x="1602135" y="320844"/>
                                <a:pt x="1685687" y="220581"/>
                              </a:cubicBezTo>
                              <a:cubicBezTo>
                                <a:pt x="1769240" y="120318"/>
                                <a:pt x="1847444" y="670"/>
                                <a:pt x="1934339" y="2"/>
                              </a:cubicBezTo>
                              <a:cubicBezTo>
                                <a:pt x="2021234" y="-666"/>
                                <a:pt x="2122834" y="114970"/>
                                <a:pt x="2207055" y="216570"/>
                              </a:cubicBezTo>
                              <a:cubicBezTo>
                                <a:pt x="2291276" y="318170"/>
                                <a:pt x="2190345" y="440491"/>
                                <a:pt x="2439666" y="609602"/>
                              </a:cubicBezTo>
                              <a:cubicBezTo>
                                <a:pt x="2688987" y="778712"/>
                                <a:pt x="3491761" y="1072149"/>
                                <a:pt x="3702982" y="1231233"/>
                              </a:cubicBezTo>
                              <a:cubicBezTo>
                                <a:pt x="3914203" y="1390317"/>
                                <a:pt x="3867413" y="1507291"/>
                                <a:pt x="3706992" y="1564107"/>
                              </a:cubicBezTo>
                              <a:cubicBezTo>
                                <a:pt x="3546571" y="1620923"/>
                                <a:pt x="2923602" y="1520660"/>
                                <a:pt x="2740455" y="1572128"/>
                              </a:cubicBezTo>
                              <a:cubicBezTo>
                                <a:pt x="2557308" y="1623596"/>
                                <a:pt x="2842055" y="1830138"/>
                                <a:pt x="2608108" y="1872917"/>
                              </a:cubicBezTo>
                              <a:cubicBezTo>
                                <a:pt x="2374161" y="1915696"/>
                                <a:pt x="1570718" y="1838160"/>
                                <a:pt x="1336771" y="1828802"/>
                              </a:cubicBezTo>
                              <a:cubicBezTo>
                                <a:pt x="1102824" y="1819444"/>
                                <a:pt x="1227819" y="1819444"/>
                                <a:pt x="1204424" y="1816770"/>
                              </a:cubicBezTo>
                              <a:cubicBezTo>
                                <a:pt x="1181029" y="1814096"/>
                                <a:pt x="1188716" y="1813427"/>
                                <a:pt x="1196403" y="1812759"/>
                              </a:cubicBezTo>
                            </a:path>
                          </a:pathLst>
                        </a:cu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3F155" id="手繪多邊形: 圖案 6" o:spid="_x0000_s1026" style="position:absolute;margin-left:110.15pt;margin-top:26.1pt;width:302.75pt;height:14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44811,1885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" path="m1080097,1584159v-400050,41108,-800100,82216,-954505,28074c-28813,1558091,-64239,1427749,153666,1259307,371571,1090865,1177687,774702,1433024,601581,1688361,428460,1602135,320844,1685687,220581,1769240,120318,1847444,670,1934339,2v86895,-668,188495,114968,272716,216568c2291276,318170,2190345,440491,2439666,609602v249321,169110,1052095,462547,1263316,621631c3914203,1390317,3867413,1507291,3706992,1564107v-160421,56816,-783390,-43447,-966537,8021c2557308,1623596,2842055,1830138,2608108,1872917v-233947,42779,-1037390,-34757,-1271337,-44115c1102824,1819444,1227819,1819444,1204424,1816770v-23395,-2674,-15708,-3343,-8021,-4011e" filled="f" strokecolor="#bc4542 [3045]">
                <v:path arrowok="t" o:connecttype="custom" o:connectlocs="1080097,1584159;125592,1612233;153666,1259307;1433024,601581;1685687,220581;1934339,2;2207055,216570;2439666,609602;3702982,1231233;3706992,1564107;2740455,1572128;2608108,1872917;1336771,1828802;1204424,1816770;1196403,1812759" o:connectangles="0,0,0,0,0,0,0,0,0,0,0,0,0,0,0"/>
              </v:shape>
            </w:pict>
          </mc:Fallback>
        </mc:AlternateContent>
      </w:r>
      <w:r w:rsidR="00190064">
        <w:rPr>
          <w:rFonts w:ascii="標楷體" w:eastAsia="標楷體" w:hAnsi="標楷體"/>
          <w:b/>
          <w:noProof/>
          <w:sz w:val="20"/>
          <w:szCs w:val="20"/>
          <w:lang w:eastAsia="zh-TW"/>
        </w:rPr>
        <w:drawing>
          <wp:anchor distT="0" distB="0" distL="114300" distR="114300" simplePos="0" relativeHeight="251661312" behindDoc="0" locked="0" layoutInCell="1" allowOverlap="1" wp14:anchorId="22610D81" wp14:editId="7CEC24E6">
            <wp:simplePos x="0" y="0"/>
            <wp:positionH relativeFrom="margin">
              <wp:align>right</wp:align>
            </wp:positionH>
            <wp:positionV relativeFrom="paragraph">
              <wp:posOffset>268605</wp:posOffset>
            </wp:positionV>
            <wp:extent cx="6675120" cy="2010410"/>
            <wp:effectExtent l="0" t="0" r="0" b="8890"/>
            <wp:wrapSquare wrapText="bothSides"/>
            <wp:docPr id="3677079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76927" name="圖片 2547769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6EE"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順時針</w:t>
      </w:r>
      <w:r w:rsidR="00AD7BBA"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360</w:t>
      </w:r>
      <w:r w:rsidR="008A3497"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°檢查</w:t>
      </w:r>
      <w:r w:rsidR="0023251D"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/360°</w:t>
      </w:r>
      <w:proofErr w:type="spellStart"/>
      <w:r w:rsidR="00E374A2"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Cloclwise</w:t>
      </w:r>
      <w:proofErr w:type="spellEnd"/>
      <w:r w:rsidR="00E374A2"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 xml:space="preserve"> </w:t>
      </w:r>
      <w:r w:rsidR="0023251D"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check(from left to right、from back to front)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9"/>
        <w:gridCol w:w="5852"/>
        <w:gridCol w:w="3369"/>
        <w:gridCol w:w="712"/>
      </w:tblGrid>
      <w:tr w:rsidR="000210AC" w:rsidRPr="007A442F" w14:paraId="2FC36DC4" w14:textId="77777777" w:rsidTr="00AD7BBA">
        <w:tc>
          <w:tcPr>
            <w:tcW w:w="10502" w:type="dxa"/>
            <w:gridSpan w:val="4"/>
            <w:shd w:val="clear" w:color="auto" w:fill="1B365D"/>
          </w:tcPr>
          <w:p w14:paraId="4BFFCF60" w14:textId="74E33078" w:rsidR="000210AC" w:rsidRPr="007A442F" w:rsidRDefault="00ED007B" w:rsidP="0019006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4.  </w:t>
            </w:r>
            <w:r w:rsidR="001B4D06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Left Wing</w:t>
            </w:r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/ </w:t>
            </w:r>
            <w:proofErr w:type="spellStart"/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左側機翼</w:t>
            </w:r>
            <w:proofErr w:type="spellEnd"/>
          </w:p>
        </w:tc>
      </w:tr>
      <w:tr w:rsidR="000210AC" w:rsidRPr="007A442F" w14:paraId="149A63C0" w14:textId="77777777" w:rsidTr="00AD7BBA">
        <w:tc>
          <w:tcPr>
            <w:tcW w:w="569" w:type="dxa"/>
          </w:tcPr>
          <w:p w14:paraId="7756D483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52" w:type="dxa"/>
          </w:tcPr>
          <w:p w14:paraId="59239D66" w14:textId="3A3256C9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Wing (Leading Edge, Upper, Trailing Edge, Lower)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機翼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前緣、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</w:rPr>
              <w:t>上部、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>後緣、下部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  <w:r w:rsidR="002276C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</w:t>
            </w:r>
            <w:r w:rsidR="002E27F3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</w:t>
            </w:r>
            <w:r w:rsidR="002E27F3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航行</w:t>
            </w:r>
            <w:r w:rsidR="002E27F3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燈?</w:t>
            </w:r>
            <w:proofErr w:type="gramStart"/>
            <w:r w:rsidR="002E27F3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)左紅右綠</w:t>
            </w:r>
            <w:proofErr w:type="gramEnd"/>
          </w:p>
        </w:tc>
        <w:tc>
          <w:tcPr>
            <w:tcW w:w="3369" w:type="dxa"/>
          </w:tcPr>
          <w:p w14:paraId="465A3CFA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0EE22461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6FC9ECF4" w14:textId="77777777" w:rsidTr="00AD7BBA">
        <w:tc>
          <w:tcPr>
            <w:tcW w:w="569" w:type="dxa"/>
          </w:tcPr>
          <w:p w14:paraId="01F16D4F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52" w:type="dxa"/>
          </w:tcPr>
          <w:p w14:paraId="25FB17CA" w14:textId="3A07534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Ailerons (Upper, Trailing Edge, Lower)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</w:rPr>
              <w:t>副翼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 (</w:t>
            </w:r>
            <w:proofErr w:type="spellStart"/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>上部、後緣、下部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69" w:type="dxa"/>
          </w:tcPr>
          <w:p w14:paraId="2CCC5AAE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36BF9BD4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343E2F58" w14:textId="77777777" w:rsidTr="00AD7BBA">
        <w:tc>
          <w:tcPr>
            <w:tcW w:w="569" w:type="dxa"/>
          </w:tcPr>
          <w:p w14:paraId="7BE6327B" w14:textId="0F20BBE1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852" w:type="dxa"/>
          </w:tcPr>
          <w:p w14:paraId="56B06E39" w14:textId="017DC1F5" w:rsidR="008E7722" w:rsidRDefault="008E7722" w:rsidP="008E7722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Flap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>Upper, Trailing Edge, Lower)</w:t>
            </w:r>
          </w:p>
          <w:p w14:paraId="492B8927" w14:textId="5D3FC6E9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襟翼</w:t>
            </w:r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(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上部、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後緣、下部)</w:t>
            </w:r>
          </w:p>
        </w:tc>
        <w:tc>
          <w:tcPr>
            <w:tcW w:w="3369" w:type="dxa"/>
          </w:tcPr>
          <w:p w14:paraId="2639695F" w14:textId="09D5297E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038C30F1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</w:tr>
      <w:tr w:rsidR="008E7722" w:rsidRPr="007A442F" w14:paraId="0DA17A5B" w14:textId="77777777" w:rsidTr="00AD7BBA">
        <w:tc>
          <w:tcPr>
            <w:tcW w:w="569" w:type="dxa"/>
          </w:tcPr>
          <w:p w14:paraId="30943DC9" w14:textId="70D4A7C9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4</w:t>
            </w:r>
          </w:p>
        </w:tc>
        <w:tc>
          <w:tcPr>
            <w:tcW w:w="5852" w:type="dxa"/>
          </w:tcPr>
          <w:p w14:paraId="42130649" w14:textId="4F26660B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Wing Tip LED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翼尖</w:t>
            </w:r>
            <w:r w:rsidR="002E27F3">
              <w:rPr>
                <w:rFonts w:ascii="標楷體" w:eastAsia="標楷體" w:hAnsi="標楷體"/>
                <w:sz w:val="20"/>
                <w:szCs w:val="20"/>
              </w:rPr>
              <w:t>閃光</w:t>
            </w:r>
            <w:proofErr w:type="spellEnd"/>
            <w:r w:rsidR="002E27F3"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spellStart"/>
            <w:r w:rsidR="002E27F3">
              <w:rPr>
                <w:rFonts w:ascii="標楷體" w:eastAsia="標楷體" w:hAnsi="標楷體"/>
                <w:sz w:val="20"/>
                <w:szCs w:val="20"/>
              </w:rPr>
              <w:t>防撞</w:t>
            </w:r>
            <w:proofErr w:type="spellEnd"/>
            <w:r w:rsidR="002E27F3">
              <w:rPr>
                <w:rFonts w:ascii="標楷體" w:eastAsia="標楷體" w:hAnsi="標楷體"/>
                <w:sz w:val="20"/>
                <w:szCs w:val="20"/>
              </w:rPr>
              <w:t>)燈</w:t>
            </w:r>
          </w:p>
        </w:tc>
        <w:tc>
          <w:tcPr>
            <w:tcW w:w="3369" w:type="dxa"/>
          </w:tcPr>
          <w:p w14:paraId="6EE4F62F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60C556D8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4CFC9D17" w14:textId="77777777" w:rsidTr="00AD7BBA">
        <w:tc>
          <w:tcPr>
            <w:tcW w:w="569" w:type="dxa"/>
          </w:tcPr>
          <w:p w14:paraId="06DFBF64" w14:textId="0CC75F0C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5</w:t>
            </w:r>
          </w:p>
        </w:tc>
        <w:tc>
          <w:tcPr>
            <w:tcW w:w="5852" w:type="dxa"/>
          </w:tcPr>
          <w:p w14:paraId="50BE19FF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伺服馬達</w:t>
            </w:r>
            <w:proofErr w:type="spellEnd"/>
          </w:p>
        </w:tc>
        <w:tc>
          <w:tcPr>
            <w:tcW w:w="3369" w:type="dxa"/>
          </w:tcPr>
          <w:p w14:paraId="27F82E18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770D1C1E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33E97471" w14:textId="77777777" w:rsidTr="00AD7BBA">
        <w:tc>
          <w:tcPr>
            <w:tcW w:w="569" w:type="dxa"/>
          </w:tcPr>
          <w:p w14:paraId="12234E4E" w14:textId="32592D82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6</w:t>
            </w:r>
          </w:p>
        </w:tc>
        <w:tc>
          <w:tcPr>
            <w:tcW w:w="5852" w:type="dxa"/>
          </w:tcPr>
          <w:p w14:paraId="6F7FBCBB" w14:textId="623F45B5" w:rsidR="008E7722" w:rsidRPr="003F2BF4" w:rsidRDefault="008E7722" w:rsidP="008E7722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Servo Covers (Covers 0.3 Nm Torque)</w:t>
            </w:r>
            <w:r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(看飛機設計更改)</w:t>
            </w: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伺服馬達護蓋</w:t>
            </w:r>
            <w:proofErr w:type="spellEnd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(</w:t>
            </w:r>
            <w:proofErr w:type="spellStart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護蓋</w:t>
            </w:r>
            <w:proofErr w:type="spellEnd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0.3 Nm </w:t>
            </w:r>
            <w:proofErr w:type="spellStart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扭力</w:t>
            </w:r>
            <w:proofErr w:type="spellEnd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)</w:t>
            </w:r>
          </w:p>
        </w:tc>
        <w:tc>
          <w:tcPr>
            <w:tcW w:w="3369" w:type="dxa"/>
          </w:tcPr>
          <w:p w14:paraId="12784D32" w14:textId="77777777" w:rsidR="008E7722" w:rsidRPr="003F2BF4" w:rsidRDefault="008E7722" w:rsidP="008E7722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Secure</w:t>
            </w: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穩固</w:t>
            </w:r>
            <w:proofErr w:type="spellEnd"/>
          </w:p>
        </w:tc>
        <w:tc>
          <w:tcPr>
            <w:tcW w:w="712" w:type="dxa"/>
          </w:tcPr>
          <w:p w14:paraId="2C362300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4CB1E282" w14:textId="77777777" w:rsidTr="00AD7BBA">
        <w:tc>
          <w:tcPr>
            <w:tcW w:w="569" w:type="dxa"/>
          </w:tcPr>
          <w:p w14:paraId="1E24EACB" w14:textId="325F02B9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7</w:t>
            </w:r>
          </w:p>
        </w:tc>
        <w:tc>
          <w:tcPr>
            <w:tcW w:w="5852" w:type="dxa"/>
          </w:tcPr>
          <w:p w14:paraId="09503C20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Push Rods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伺服推桿</w:t>
            </w:r>
            <w:proofErr w:type="spellEnd"/>
          </w:p>
        </w:tc>
        <w:tc>
          <w:tcPr>
            <w:tcW w:w="3369" w:type="dxa"/>
          </w:tcPr>
          <w:p w14:paraId="661F4AF3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Not Bent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無損壞，無彎曲</w:t>
            </w:r>
            <w:proofErr w:type="spellEnd"/>
          </w:p>
        </w:tc>
        <w:tc>
          <w:tcPr>
            <w:tcW w:w="712" w:type="dxa"/>
          </w:tcPr>
          <w:p w14:paraId="598B3660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038F02C5" w14:textId="77777777" w:rsidTr="00AD7BBA">
        <w:tc>
          <w:tcPr>
            <w:tcW w:w="569" w:type="dxa"/>
          </w:tcPr>
          <w:p w14:paraId="5F4B62B3" w14:textId="29E7E29E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8</w:t>
            </w:r>
          </w:p>
        </w:tc>
        <w:tc>
          <w:tcPr>
            <w:tcW w:w="5852" w:type="dxa"/>
          </w:tcPr>
          <w:p w14:paraId="6A16662F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Arms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伺服擺臂</w:t>
            </w:r>
            <w:proofErr w:type="spellEnd"/>
          </w:p>
        </w:tc>
        <w:tc>
          <w:tcPr>
            <w:tcW w:w="3369" w:type="dxa"/>
          </w:tcPr>
          <w:p w14:paraId="785B0E42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583EFD79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071C2072" w14:textId="77777777" w:rsidTr="00AD7BBA">
        <w:tc>
          <w:tcPr>
            <w:tcW w:w="569" w:type="dxa"/>
          </w:tcPr>
          <w:p w14:paraId="206A040E" w14:textId="15A69F82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9</w:t>
            </w:r>
          </w:p>
        </w:tc>
        <w:tc>
          <w:tcPr>
            <w:tcW w:w="5852" w:type="dxa"/>
          </w:tcPr>
          <w:p w14:paraId="1E2A4150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Arms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伺服擺臂</w:t>
            </w:r>
            <w:proofErr w:type="spellEnd"/>
          </w:p>
        </w:tc>
        <w:tc>
          <w:tcPr>
            <w:tcW w:w="3369" w:type="dxa"/>
          </w:tcPr>
          <w:p w14:paraId="561864B1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No Play Present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無間隙</w:t>
            </w:r>
            <w:proofErr w:type="spellEnd"/>
          </w:p>
        </w:tc>
        <w:tc>
          <w:tcPr>
            <w:tcW w:w="712" w:type="dxa"/>
          </w:tcPr>
          <w:p w14:paraId="00DBB0D9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65E6BB24" w14:textId="77777777" w:rsidTr="00AD7BBA">
        <w:tc>
          <w:tcPr>
            <w:tcW w:w="569" w:type="dxa"/>
          </w:tcPr>
          <w:p w14:paraId="5D155DF3" w14:textId="62CB0213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10</w:t>
            </w:r>
          </w:p>
        </w:tc>
        <w:tc>
          <w:tcPr>
            <w:tcW w:w="5852" w:type="dxa"/>
          </w:tcPr>
          <w:p w14:paraId="17C222E3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Control Surface Horns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控制面角</w:t>
            </w:r>
            <w:proofErr w:type="spellEnd"/>
          </w:p>
        </w:tc>
        <w:tc>
          <w:tcPr>
            <w:tcW w:w="3369" w:type="dxa"/>
          </w:tcPr>
          <w:p w14:paraId="0DC113F8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712" w:type="dxa"/>
          </w:tcPr>
          <w:p w14:paraId="4327B8BB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0B77421A" w14:textId="77777777" w:rsidTr="00AD7BBA">
        <w:tc>
          <w:tcPr>
            <w:tcW w:w="569" w:type="dxa"/>
          </w:tcPr>
          <w:p w14:paraId="5FA652C8" w14:textId="3854D696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11</w:t>
            </w:r>
          </w:p>
        </w:tc>
        <w:tc>
          <w:tcPr>
            <w:tcW w:w="5852" w:type="dxa"/>
          </w:tcPr>
          <w:p w14:paraId="0AC2A26B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Pushrod Clips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推桿夾</w:t>
            </w:r>
            <w:proofErr w:type="spellEnd"/>
          </w:p>
        </w:tc>
        <w:tc>
          <w:tcPr>
            <w:tcW w:w="3369" w:type="dxa"/>
          </w:tcPr>
          <w:p w14:paraId="67DD9B97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In Place,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就位，穩固</w:t>
            </w:r>
            <w:proofErr w:type="spellEnd"/>
          </w:p>
        </w:tc>
        <w:tc>
          <w:tcPr>
            <w:tcW w:w="712" w:type="dxa"/>
          </w:tcPr>
          <w:p w14:paraId="3BA6DCF4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2292AC37" w14:textId="77777777" w:rsidTr="00AD7BBA">
        <w:tc>
          <w:tcPr>
            <w:tcW w:w="569" w:type="dxa"/>
          </w:tcPr>
          <w:p w14:paraId="792FA187" w14:textId="0703EB8E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lastRenderedPageBreak/>
              <w:t>12</w:t>
            </w:r>
          </w:p>
        </w:tc>
        <w:tc>
          <w:tcPr>
            <w:tcW w:w="5852" w:type="dxa"/>
          </w:tcPr>
          <w:p w14:paraId="3354C030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Control Surfaces &amp; Hinges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控制面與鉸鏈</w:t>
            </w:r>
            <w:proofErr w:type="spellEnd"/>
          </w:p>
        </w:tc>
        <w:tc>
          <w:tcPr>
            <w:tcW w:w="3369" w:type="dxa"/>
          </w:tcPr>
          <w:p w14:paraId="555DCCED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Operate Smoothly, No Wear or Damage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運作順暢，無磨損或損壞</w:t>
            </w:r>
            <w:proofErr w:type="spellEnd"/>
          </w:p>
        </w:tc>
        <w:tc>
          <w:tcPr>
            <w:tcW w:w="712" w:type="dxa"/>
          </w:tcPr>
          <w:p w14:paraId="0A8B71A0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6426D2" w:rsidRPr="007A442F" w14:paraId="010CEE41" w14:textId="77777777" w:rsidTr="00AD7BBA">
        <w:tc>
          <w:tcPr>
            <w:tcW w:w="569" w:type="dxa"/>
          </w:tcPr>
          <w:p w14:paraId="6E092C68" w14:textId="3BE2CBF0" w:rsidR="006426D2" w:rsidRDefault="006426D2" w:rsidP="006426D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13</w:t>
            </w:r>
          </w:p>
        </w:tc>
        <w:tc>
          <w:tcPr>
            <w:tcW w:w="5852" w:type="dxa"/>
          </w:tcPr>
          <w:p w14:paraId="70F98BB0" w14:textId="7AF84DE4" w:rsidR="006426D2" w:rsidRPr="007A442F" w:rsidRDefault="00562106" w:rsidP="006426D2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左主</w:t>
            </w:r>
            <w:r w:rsidR="006426D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輪胎</w:t>
            </w:r>
            <w:proofErr w:type="gramEnd"/>
            <w:r w:rsidR="006426D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壓/</w:t>
            </w:r>
            <w:r w:rsidR="006426D2">
              <w:t xml:space="preserve"> </w:t>
            </w:r>
            <w:r>
              <w:rPr>
                <w:rFonts w:ascii="新細明體" w:eastAsia="新細明體" w:hAnsi="新細明體" w:hint="eastAsia"/>
                <w:lang w:eastAsia="zh-TW"/>
              </w:rPr>
              <w:t>L</w:t>
            </w:r>
            <w:r>
              <w:rPr>
                <w:rFonts w:ascii="微軟正黑體" w:eastAsia="微軟正黑體" w:hAnsi="微軟正黑體" w:cs="微軟正黑體" w:hint="eastAsia"/>
                <w:lang w:eastAsia="zh-TW"/>
              </w:rPr>
              <w:t>eft</w:t>
            </w:r>
            <w:r w:rsidR="006426D2"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main </w:t>
            </w:r>
            <w:r w:rsidR="006426D2"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tire pressure</w:t>
            </w:r>
            <w:r w:rsidR="00792E47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(燈?)</w:t>
            </w:r>
          </w:p>
        </w:tc>
        <w:tc>
          <w:tcPr>
            <w:tcW w:w="3369" w:type="dxa"/>
          </w:tcPr>
          <w:p w14:paraId="3070CD29" w14:textId="16116ED0" w:rsidR="006426D2" w:rsidRPr="007A442F" w:rsidRDefault="006426D2" w:rsidP="006426D2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(?)PSI Normal</w:t>
            </w:r>
          </w:p>
        </w:tc>
        <w:tc>
          <w:tcPr>
            <w:tcW w:w="712" w:type="dxa"/>
          </w:tcPr>
          <w:p w14:paraId="727B58DC" w14:textId="35D4CD3F" w:rsidR="006426D2" w:rsidRPr="007A442F" w:rsidRDefault="006426D2" w:rsidP="006426D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6426D2" w:rsidRPr="007A442F" w14:paraId="2FAD1703" w14:textId="77777777" w:rsidTr="00AD7BBA">
        <w:tc>
          <w:tcPr>
            <w:tcW w:w="569" w:type="dxa"/>
          </w:tcPr>
          <w:p w14:paraId="0FC8320E" w14:textId="26B73796" w:rsidR="006426D2" w:rsidRDefault="006426D2" w:rsidP="006426D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14</w:t>
            </w:r>
          </w:p>
        </w:tc>
        <w:tc>
          <w:tcPr>
            <w:tcW w:w="5852" w:type="dxa"/>
          </w:tcPr>
          <w:p w14:paraId="0E350C38" w14:textId="5F62268A" w:rsidR="006426D2" w:rsidRPr="007A442F" w:rsidRDefault="00562106" w:rsidP="006426D2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左主</w:t>
            </w:r>
            <w:r w:rsidR="006426D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輪</w:t>
            </w:r>
            <w:proofErr w:type="gramEnd"/>
            <w:r w:rsidR="006426D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外觀/</w:t>
            </w:r>
            <w:r w:rsidR="006426D2">
              <w:t xml:space="preserve"> </w:t>
            </w:r>
            <w:r>
              <w:rPr>
                <w:rFonts w:eastAsia="新細明體" w:hint="eastAsia"/>
                <w:lang w:eastAsia="zh-TW"/>
              </w:rPr>
              <w:t xml:space="preserve">Left main </w:t>
            </w:r>
            <w:r w:rsidR="006426D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tire </w:t>
            </w:r>
            <w:r w:rsidR="006426D2"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appearance</w:t>
            </w:r>
          </w:p>
        </w:tc>
        <w:tc>
          <w:tcPr>
            <w:tcW w:w="3369" w:type="dxa"/>
          </w:tcPr>
          <w:p w14:paraId="24227E9C" w14:textId="13132F19" w:rsidR="006426D2" w:rsidRPr="007A442F" w:rsidRDefault="006426D2" w:rsidP="006426D2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正常無破損/Normal Undamaged</w:t>
            </w:r>
          </w:p>
        </w:tc>
        <w:tc>
          <w:tcPr>
            <w:tcW w:w="712" w:type="dxa"/>
          </w:tcPr>
          <w:p w14:paraId="5A5FFE56" w14:textId="62029FB5" w:rsidR="006426D2" w:rsidRPr="007A442F" w:rsidRDefault="006426D2" w:rsidP="006426D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6426D2" w:rsidRPr="007A442F" w14:paraId="1076C464" w14:textId="77777777" w:rsidTr="00AD7BBA">
        <w:tc>
          <w:tcPr>
            <w:tcW w:w="569" w:type="dxa"/>
          </w:tcPr>
          <w:p w14:paraId="3652C08F" w14:textId="63335738" w:rsidR="006426D2" w:rsidRDefault="006426D2" w:rsidP="006426D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15</w:t>
            </w:r>
          </w:p>
        </w:tc>
        <w:tc>
          <w:tcPr>
            <w:tcW w:w="5852" w:type="dxa"/>
          </w:tcPr>
          <w:p w14:paraId="1FB20E62" w14:textId="484ED984" w:rsidR="006426D2" w:rsidRPr="007A442F" w:rsidRDefault="00562106" w:rsidP="006426D2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左</w:t>
            </w:r>
            <w:r w:rsidR="006426D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輪擋/</w:t>
            </w:r>
            <w:r w:rsidR="006426D2">
              <w:t xml:space="preserve"> </w:t>
            </w:r>
            <w:r>
              <w:rPr>
                <w:rFonts w:eastAsia="新細明體" w:hint="eastAsia"/>
                <w:lang w:eastAsia="zh-TW"/>
              </w:rPr>
              <w:t xml:space="preserve">Left </w:t>
            </w:r>
            <w:r w:rsidR="006426D2" w:rsidRPr="00817ECF">
              <w:rPr>
                <w:rFonts w:ascii="標楷體" w:eastAsia="標楷體" w:hAnsi="標楷體"/>
                <w:sz w:val="20"/>
                <w:szCs w:val="20"/>
                <w:lang w:eastAsia="zh-TW"/>
              </w:rPr>
              <w:t>wheel chocks</w:t>
            </w:r>
          </w:p>
        </w:tc>
        <w:tc>
          <w:tcPr>
            <w:tcW w:w="3369" w:type="dxa"/>
          </w:tcPr>
          <w:p w14:paraId="0CDE96AD" w14:textId="6D1958FD" w:rsidR="006426D2" w:rsidRPr="007A442F" w:rsidRDefault="006426D2" w:rsidP="006426D2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擋妥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/Installed</w:t>
            </w:r>
          </w:p>
        </w:tc>
        <w:tc>
          <w:tcPr>
            <w:tcW w:w="712" w:type="dxa"/>
          </w:tcPr>
          <w:p w14:paraId="524732DA" w14:textId="0077E62A" w:rsidR="006426D2" w:rsidRPr="007A442F" w:rsidRDefault="006426D2" w:rsidP="006426D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</w:tbl>
    <w:p w14:paraId="639C9D4E" w14:textId="77777777" w:rsidR="000210AC" w:rsidRPr="007A442F" w:rsidRDefault="000210AC">
      <w:pPr>
        <w:rPr>
          <w:rFonts w:ascii="標楷體" w:eastAsia="標楷體" w:hAnsi="標楷體"/>
          <w:sz w:val="20"/>
          <w:szCs w:val="20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6"/>
        <w:gridCol w:w="5853"/>
        <w:gridCol w:w="3371"/>
        <w:gridCol w:w="712"/>
      </w:tblGrid>
      <w:tr w:rsidR="000210AC" w:rsidRPr="007A442F" w14:paraId="14B264F9" w14:textId="77777777" w:rsidTr="0094697C">
        <w:tc>
          <w:tcPr>
            <w:tcW w:w="10502" w:type="dxa"/>
            <w:gridSpan w:val="4"/>
            <w:shd w:val="clear" w:color="auto" w:fill="1B365D"/>
          </w:tcPr>
          <w:p w14:paraId="0A4BB02D" w14:textId="4676E60A" w:rsidR="000210AC" w:rsidRPr="007A442F" w:rsidRDefault="00190064" w:rsidP="0019006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 xml:space="preserve">5. 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PILOT CAMERA</w:t>
            </w:r>
            <w:r w:rsidR="00136AAF" w:rsidRPr="00136AA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(Nose position)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 / </w:t>
            </w:r>
            <w:proofErr w:type="spellStart"/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飛行員攝影機</w:t>
            </w:r>
            <w:proofErr w:type="spellEnd"/>
            <w:r w:rsidR="00994420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(機頭位置)</w:t>
            </w:r>
          </w:p>
        </w:tc>
      </w:tr>
      <w:tr w:rsidR="000210AC" w:rsidRPr="007A442F" w14:paraId="778E3327" w14:textId="77777777" w:rsidTr="0094697C">
        <w:tc>
          <w:tcPr>
            <w:tcW w:w="566" w:type="dxa"/>
          </w:tcPr>
          <w:p w14:paraId="1AD867E5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53" w:type="dxa"/>
          </w:tcPr>
          <w:p w14:paraId="7B1681F2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Support &amp; Cover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支架與護蓋</w:t>
            </w:r>
            <w:proofErr w:type="spellEnd"/>
          </w:p>
        </w:tc>
        <w:tc>
          <w:tcPr>
            <w:tcW w:w="3371" w:type="dxa"/>
          </w:tcPr>
          <w:p w14:paraId="2984253D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712" w:type="dxa"/>
          </w:tcPr>
          <w:p w14:paraId="4D95669B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7ED31E25" w14:textId="77777777" w:rsidTr="0094697C">
        <w:tc>
          <w:tcPr>
            <w:tcW w:w="566" w:type="dxa"/>
          </w:tcPr>
          <w:p w14:paraId="254D601F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53" w:type="dxa"/>
          </w:tcPr>
          <w:p w14:paraId="246D4FF8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Camera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攝影機</w:t>
            </w:r>
            <w:proofErr w:type="spellEnd"/>
          </w:p>
        </w:tc>
        <w:tc>
          <w:tcPr>
            <w:tcW w:w="3371" w:type="dxa"/>
          </w:tcPr>
          <w:p w14:paraId="10A1943F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Aligned Correctly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對齊正確</w:t>
            </w:r>
            <w:proofErr w:type="spellEnd"/>
          </w:p>
        </w:tc>
        <w:tc>
          <w:tcPr>
            <w:tcW w:w="712" w:type="dxa"/>
          </w:tcPr>
          <w:p w14:paraId="21C0DC60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1F1A80D2" w14:textId="77777777" w:rsidTr="0094697C">
        <w:tc>
          <w:tcPr>
            <w:tcW w:w="566" w:type="dxa"/>
          </w:tcPr>
          <w:p w14:paraId="04387864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853" w:type="dxa"/>
          </w:tcPr>
          <w:p w14:paraId="056F4D0E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Camera Lens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攝影機鏡頭</w:t>
            </w:r>
            <w:proofErr w:type="spellEnd"/>
          </w:p>
        </w:tc>
        <w:tc>
          <w:tcPr>
            <w:tcW w:w="3371" w:type="dxa"/>
          </w:tcPr>
          <w:p w14:paraId="19EBB275" w14:textId="5BB3A293" w:rsidR="000210AC" w:rsidRPr="007A442F" w:rsidRDefault="00136AA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Clean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and </w:t>
            </w:r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乾淨</w:t>
            </w:r>
            <w:proofErr w:type="spellStart"/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0229F7F7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94697C" w:rsidRPr="007A442F" w14:paraId="4425C114" w14:textId="77777777" w:rsidTr="0094697C">
        <w:tc>
          <w:tcPr>
            <w:tcW w:w="566" w:type="dxa"/>
          </w:tcPr>
          <w:p w14:paraId="56CCB3B5" w14:textId="77777777" w:rsidR="0094697C" w:rsidRPr="007A442F" w:rsidRDefault="0094697C" w:rsidP="0094697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4</w:t>
            </w:r>
          </w:p>
        </w:tc>
        <w:tc>
          <w:tcPr>
            <w:tcW w:w="5853" w:type="dxa"/>
          </w:tcPr>
          <w:p w14:paraId="0617192C" w14:textId="77777777" w:rsidR="0094697C" w:rsidRPr="007A442F" w:rsidRDefault="0094697C" w:rsidP="009469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Camera Lens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攝影機鏡頭</w:t>
            </w:r>
            <w:proofErr w:type="spellEnd"/>
          </w:p>
        </w:tc>
        <w:tc>
          <w:tcPr>
            <w:tcW w:w="3371" w:type="dxa"/>
          </w:tcPr>
          <w:p w14:paraId="3F2D6E79" w14:textId="325EF601" w:rsidR="0094697C" w:rsidRPr="007A442F" w:rsidRDefault="0094697C" w:rsidP="009469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No Fog, Moisture or Residue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無起霧、濕氣或殘留物</w:t>
            </w:r>
            <w:proofErr w:type="spellEnd"/>
          </w:p>
        </w:tc>
        <w:tc>
          <w:tcPr>
            <w:tcW w:w="712" w:type="dxa"/>
          </w:tcPr>
          <w:p w14:paraId="4CF3E85B" w14:textId="77777777" w:rsidR="0094697C" w:rsidRPr="007A442F" w:rsidRDefault="0094697C" w:rsidP="0094697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A965A7" w:rsidRPr="007A442F" w14:paraId="2BF14FB9" w14:textId="77777777" w:rsidTr="0094697C">
        <w:tc>
          <w:tcPr>
            <w:tcW w:w="566" w:type="dxa"/>
          </w:tcPr>
          <w:p w14:paraId="4928499D" w14:textId="2C6F3083" w:rsidR="00A965A7" w:rsidRPr="007A442F" w:rsidRDefault="00A965A7" w:rsidP="00A965A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5</w:t>
            </w:r>
          </w:p>
        </w:tc>
        <w:tc>
          <w:tcPr>
            <w:tcW w:w="5853" w:type="dxa"/>
          </w:tcPr>
          <w:p w14:paraId="299CFA1B" w14:textId="3C0018A9" w:rsidR="00A965A7" w:rsidRPr="007A442F" w:rsidRDefault="00A965A7" w:rsidP="0089009F">
            <w:pPr>
              <w:tabs>
                <w:tab w:val="center" w:pos="2818"/>
              </w:tabs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鼻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輪胎壓</w:t>
            </w:r>
            <w:r w:rsidR="0089009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89009F">
              <w:t xml:space="preserve"> </w:t>
            </w:r>
            <w:r w:rsidR="0089009F"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Nose tire pressure</w:t>
            </w:r>
          </w:p>
        </w:tc>
        <w:tc>
          <w:tcPr>
            <w:tcW w:w="3371" w:type="dxa"/>
          </w:tcPr>
          <w:p w14:paraId="0633B122" w14:textId="0EA71224" w:rsidR="00A965A7" w:rsidRPr="007A442F" w:rsidRDefault="00A965A7" w:rsidP="00A965A7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(?)PSI Normal</w:t>
            </w:r>
          </w:p>
        </w:tc>
        <w:tc>
          <w:tcPr>
            <w:tcW w:w="712" w:type="dxa"/>
          </w:tcPr>
          <w:p w14:paraId="081F183B" w14:textId="3A6FA7F3" w:rsidR="00A965A7" w:rsidRPr="007A442F" w:rsidRDefault="00A965A7" w:rsidP="00A965A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A965A7" w:rsidRPr="007A442F" w14:paraId="3955E294" w14:textId="77777777" w:rsidTr="0094697C">
        <w:tc>
          <w:tcPr>
            <w:tcW w:w="566" w:type="dxa"/>
          </w:tcPr>
          <w:p w14:paraId="4E64AC59" w14:textId="688AE9F2" w:rsidR="00A965A7" w:rsidRPr="007A442F" w:rsidRDefault="00A965A7" w:rsidP="00A965A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6</w:t>
            </w:r>
          </w:p>
        </w:tc>
        <w:tc>
          <w:tcPr>
            <w:tcW w:w="5853" w:type="dxa"/>
          </w:tcPr>
          <w:p w14:paraId="0734AA00" w14:textId="4AD6564D" w:rsidR="00A965A7" w:rsidRPr="007A442F" w:rsidRDefault="00A965A7" w:rsidP="00A965A7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鼻輪外觀</w:t>
            </w:r>
            <w:proofErr w:type="gramEnd"/>
            <w:r w:rsidR="0089009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89009F">
              <w:t xml:space="preserve"> </w:t>
            </w:r>
            <w:r w:rsidR="0089009F"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Nose </w:t>
            </w:r>
            <w:r w:rsidR="0089009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tire </w:t>
            </w:r>
            <w:r w:rsidR="0089009F"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appearance</w:t>
            </w:r>
          </w:p>
        </w:tc>
        <w:tc>
          <w:tcPr>
            <w:tcW w:w="3371" w:type="dxa"/>
          </w:tcPr>
          <w:p w14:paraId="0A6A8969" w14:textId="41DAE6F9" w:rsidR="00A965A7" w:rsidRPr="007A442F" w:rsidRDefault="00A965A7" w:rsidP="00A965A7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正常無破損/Normal Undamaged</w:t>
            </w:r>
          </w:p>
        </w:tc>
        <w:tc>
          <w:tcPr>
            <w:tcW w:w="712" w:type="dxa"/>
          </w:tcPr>
          <w:p w14:paraId="34263898" w14:textId="05DBB933" w:rsidR="00A965A7" w:rsidRPr="007A442F" w:rsidRDefault="00A965A7" w:rsidP="00A965A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A965A7" w:rsidRPr="007A442F" w14:paraId="1AD332D8" w14:textId="77777777" w:rsidTr="0094697C">
        <w:tc>
          <w:tcPr>
            <w:tcW w:w="566" w:type="dxa"/>
          </w:tcPr>
          <w:p w14:paraId="35DD34EC" w14:textId="595C8BBA" w:rsidR="00A965A7" w:rsidRDefault="00A965A7" w:rsidP="00A965A7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5853" w:type="dxa"/>
          </w:tcPr>
          <w:p w14:paraId="02441AFA" w14:textId="47DED838" w:rsidR="00A965A7" w:rsidRDefault="00A965A7" w:rsidP="00A965A7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輪擋</w:t>
            </w:r>
            <w:proofErr w:type="gramEnd"/>
            <w:r w:rsidR="0089009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817ECF">
              <w:t xml:space="preserve"> </w:t>
            </w:r>
            <w:r w:rsidR="00817ECF" w:rsidRPr="00817ECF">
              <w:rPr>
                <w:rFonts w:ascii="標楷體" w:eastAsia="標楷體" w:hAnsi="標楷體"/>
                <w:sz w:val="20"/>
                <w:szCs w:val="20"/>
                <w:lang w:eastAsia="zh-TW"/>
              </w:rPr>
              <w:t>wheel chocks</w:t>
            </w:r>
          </w:p>
        </w:tc>
        <w:tc>
          <w:tcPr>
            <w:tcW w:w="3371" w:type="dxa"/>
          </w:tcPr>
          <w:p w14:paraId="09CBA91D" w14:textId="39AAF785" w:rsidR="00A965A7" w:rsidRPr="007A442F" w:rsidRDefault="00A965A7" w:rsidP="00A965A7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擋妥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/Installed</w:t>
            </w:r>
          </w:p>
        </w:tc>
        <w:tc>
          <w:tcPr>
            <w:tcW w:w="712" w:type="dxa"/>
          </w:tcPr>
          <w:p w14:paraId="65236B2B" w14:textId="6EE6712C" w:rsidR="00A965A7" w:rsidRPr="007A442F" w:rsidRDefault="00A965A7" w:rsidP="00A965A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A965A7" w:rsidRPr="007A442F" w14:paraId="5AD3C6B3" w14:textId="77777777" w:rsidTr="0094697C">
        <w:tc>
          <w:tcPr>
            <w:tcW w:w="566" w:type="dxa"/>
          </w:tcPr>
          <w:p w14:paraId="797118A3" w14:textId="63C6C14D" w:rsidR="00A965A7" w:rsidRDefault="00A965A7" w:rsidP="00A965A7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8</w:t>
            </w:r>
          </w:p>
        </w:tc>
        <w:tc>
          <w:tcPr>
            <w:tcW w:w="5853" w:type="dxa"/>
          </w:tcPr>
          <w:p w14:paraId="02CB2DF7" w14:textId="7DC9E082" w:rsidR="00A965A7" w:rsidRDefault="00A965A7" w:rsidP="00817ECF">
            <w:pPr>
              <w:tabs>
                <w:tab w:val="center" w:pos="2818"/>
              </w:tabs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鼻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輪轉向</w:t>
            </w:r>
            <w:r w:rsidR="0089009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817ECF" w:rsidRPr="00817ECF">
              <w:rPr>
                <w:rFonts w:ascii="標楷體" w:eastAsia="標楷體" w:hAnsi="標楷體"/>
                <w:sz w:val="20"/>
                <w:szCs w:val="20"/>
                <w:lang w:eastAsia="zh-TW"/>
              </w:rPr>
              <w:t>nose wheel steering</w:t>
            </w:r>
          </w:p>
        </w:tc>
        <w:tc>
          <w:tcPr>
            <w:tcW w:w="3371" w:type="dxa"/>
          </w:tcPr>
          <w:p w14:paraId="47AEFCE0" w14:textId="6E0D4E79" w:rsidR="00A965A7" w:rsidRPr="007A442F" w:rsidRDefault="00A965A7" w:rsidP="00A965A7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作動正常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89009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Normal</w:t>
            </w:r>
          </w:p>
        </w:tc>
        <w:tc>
          <w:tcPr>
            <w:tcW w:w="712" w:type="dxa"/>
          </w:tcPr>
          <w:p w14:paraId="1F27F44C" w14:textId="5569BA6C" w:rsidR="00A965A7" w:rsidRPr="007A442F" w:rsidRDefault="00A965A7" w:rsidP="00A965A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14:paraId="18727B3D" w14:textId="77777777" w:rsidR="000210AC" w:rsidRDefault="000210AC">
      <w:pPr>
        <w:rPr>
          <w:rFonts w:ascii="標楷體" w:eastAsia="標楷體" w:hAnsi="標楷體"/>
          <w:sz w:val="20"/>
          <w:szCs w:val="20"/>
          <w:lang w:eastAsia="zh-TW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9"/>
        <w:gridCol w:w="5852"/>
        <w:gridCol w:w="3369"/>
        <w:gridCol w:w="712"/>
      </w:tblGrid>
      <w:tr w:rsidR="000210AC" w:rsidRPr="007A442F" w14:paraId="2C2E6733" w14:textId="77777777" w:rsidTr="008E7722">
        <w:tc>
          <w:tcPr>
            <w:tcW w:w="10502" w:type="dxa"/>
            <w:gridSpan w:val="4"/>
            <w:shd w:val="clear" w:color="auto" w:fill="1B365D"/>
          </w:tcPr>
          <w:p w14:paraId="7AEE89EE" w14:textId="42FB8700" w:rsidR="000210AC" w:rsidRPr="007A442F" w:rsidRDefault="00190064" w:rsidP="0019006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6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. </w:t>
            </w:r>
            <w:r w:rsidR="008E7722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 xml:space="preserve">Right 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WING / </w:t>
            </w:r>
            <w:proofErr w:type="spellStart"/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右側機翼</w:t>
            </w:r>
            <w:proofErr w:type="spellEnd"/>
          </w:p>
        </w:tc>
      </w:tr>
      <w:tr w:rsidR="000210AC" w:rsidRPr="007A442F" w14:paraId="060453B4" w14:textId="77777777" w:rsidTr="008E7722">
        <w:tc>
          <w:tcPr>
            <w:tcW w:w="569" w:type="dxa"/>
          </w:tcPr>
          <w:p w14:paraId="0B39CD32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52" w:type="dxa"/>
          </w:tcPr>
          <w:p w14:paraId="4381BD72" w14:textId="08EC482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Wing (Leading Edge, Upper, Trailing Edge, Lower)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機翼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前緣、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</w:rPr>
              <w:t>上部、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>後緣、下部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  <w:r w:rsidR="002276C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</w:t>
            </w:r>
            <w:r w:rsidR="002E27F3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</w:t>
            </w:r>
            <w:r w:rsidR="002E27F3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航行</w:t>
            </w:r>
            <w:r w:rsidR="002E27F3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燈?</w:t>
            </w:r>
            <w:proofErr w:type="gramStart"/>
            <w:r w:rsidR="002E27F3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)左紅右綠</w:t>
            </w:r>
            <w:proofErr w:type="gramEnd"/>
          </w:p>
        </w:tc>
        <w:tc>
          <w:tcPr>
            <w:tcW w:w="3369" w:type="dxa"/>
          </w:tcPr>
          <w:p w14:paraId="634DA6CA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35046E32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4AF12EB6" w14:textId="77777777" w:rsidTr="008E7722">
        <w:tc>
          <w:tcPr>
            <w:tcW w:w="569" w:type="dxa"/>
          </w:tcPr>
          <w:p w14:paraId="6F0BC434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52" w:type="dxa"/>
          </w:tcPr>
          <w:p w14:paraId="3172F85A" w14:textId="5AD7879F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Ailerons (Both) (Upper, Trailing Edge, Lower)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副翼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上部、後緣、下部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69" w:type="dxa"/>
          </w:tcPr>
          <w:p w14:paraId="22AE591B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159D346E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0DF6741D" w14:textId="77777777" w:rsidTr="008E7722">
        <w:tc>
          <w:tcPr>
            <w:tcW w:w="569" w:type="dxa"/>
          </w:tcPr>
          <w:p w14:paraId="1BD4C475" w14:textId="2B558C2D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852" w:type="dxa"/>
          </w:tcPr>
          <w:p w14:paraId="552E2115" w14:textId="77777777" w:rsidR="008E7722" w:rsidRDefault="008E7722" w:rsidP="008E7722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Flap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>Upper, Trailing Edge, Lower)</w:t>
            </w:r>
          </w:p>
          <w:p w14:paraId="4C817034" w14:textId="65B7F31A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襟翼</w:t>
            </w:r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(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上部、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後緣、下部)</w:t>
            </w:r>
          </w:p>
        </w:tc>
        <w:tc>
          <w:tcPr>
            <w:tcW w:w="3369" w:type="dxa"/>
          </w:tcPr>
          <w:p w14:paraId="1CBA6178" w14:textId="5CF6096E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353A059F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E7722" w:rsidRPr="007A442F" w14:paraId="605855A3" w14:textId="77777777" w:rsidTr="008E7722">
        <w:tc>
          <w:tcPr>
            <w:tcW w:w="569" w:type="dxa"/>
          </w:tcPr>
          <w:p w14:paraId="2199D249" w14:textId="0BEF6894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4</w:t>
            </w:r>
          </w:p>
        </w:tc>
        <w:tc>
          <w:tcPr>
            <w:tcW w:w="5852" w:type="dxa"/>
          </w:tcPr>
          <w:p w14:paraId="25251004" w14:textId="790CC109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Wing Tip LED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="002E27F3" w:rsidRPr="007A442F">
              <w:rPr>
                <w:rFonts w:ascii="標楷體" w:eastAsia="標楷體" w:hAnsi="標楷體"/>
                <w:sz w:val="20"/>
                <w:szCs w:val="20"/>
              </w:rPr>
              <w:t>翼尖</w:t>
            </w:r>
            <w:r w:rsidR="002E27F3">
              <w:rPr>
                <w:rFonts w:ascii="標楷體" w:eastAsia="標楷體" w:hAnsi="標楷體"/>
                <w:sz w:val="20"/>
                <w:szCs w:val="20"/>
              </w:rPr>
              <w:t>閃光</w:t>
            </w:r>
            <w:proofErr w:type="spellEnd"/>
            <w:r w:rsidR="002E27F3"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spellStart"/>
            <w:r w:rsidR="002E27F3">
              <w:rPr>
                <w:rFonts w:ascii="標楷體" w:eastAsia="標楷體" w:hAnsi="標楷體"/>
                <w:sz w:val="20"/>
                <w:szCs w:val="20"/>
              </w:rPr>
              <w:t>防撞</w:t>
            </w:r>
            <w:proofErr w:type="spellEnd"/>
            <w:r w:rsidR="002E27F3">
              <w:rPr>
                <w:rFonts w:ascii="標楷體" w:eastAsia="標楷體" w:hAnsi="標楷體"/>
                <w:sz w:val="20"/>
                <w:szCs w:val="20"/>
              </w:rPr>
              <w:t>)燈</w:t>
            </w:r>
          </w:p>
        </w:tc>
        <w:tc>
          <w:tcPr>
            <w:tcW w:w="3369" w:type="dxa"/>
          </w:tcPr>
          <w:p w14:paraId="19E42699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60A97773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467A2229" w14:textId="77777777" w:rsidTr="008E7722">
        <w:tc>
          <w:tcPr>
            <w:tcW w:w="569" w:type="dxa"/>
          </w:tcPr>
          <w:p w14:paraId="37DA2668" w14:textId="7A8B9B2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5</w:t>
            </w:r>
          </w:p>
        </w:tc>
        <w:tc>
          <w:tcPr>
            <w:tcW w:w="5852" w:type="dxa"/>
          </w:tcPr>
          <w:p w14:paraId="4700359A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伺服馬達</w:t>
            </w:r>
            <w:proofErr w:type="spellEnd"/>
          </w:p>
        </w:tc>
        <w:tc>
          <w:tcPr>
            <w:tcW w:w="3369" w:type="dxa"/>
          </w:tcPr>
          <w:p w14:paraId="6E153C45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3FB60F6A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586F26DD" w14:textId="77777777" w:rsidTr="008E7722">
        <w:tc>
          <w:tcPr>
            <w:tcW w:w="569" w:type="dxa"/>
          </w:tcPr>
          <w:p w14:paraId="567D51C4" w14:textId="58CC1982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6</w:t>
            </w:r>
          </w:p>
        </w:tc>
        <w:tc>
          <w:tcPr>
            <w:tcW w:w="5852" w:type="dxa"/>
          </w:tcPr>
          <w:p w14:paraId="20B6A200" w14:textId="02CF03F5" w:rsidR="008E7722" w:rsidRPr="008E7722" w:rsidRDefault="008E7722" w:rsidP="008E7722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Servo Covers (Covers 0.3 Nm Torque)</w:t>
            </w:r>
            <w:r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(看飛機設計更改)</w:t>
            </w: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伺服馬達護蓋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(</w:t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護蓋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0.3 Nm </w:t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扭力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)</w:t>
            </w:r>
          </w:p>
        </w:tc>
        <w:tc>
          <w:tcPr>
            <w:tcW w:w="3369" w:type="dxa"/>
          </w:tcPr>
          <w:p w14:paraId="19718CA7" w14:textId="77777777" w:rsidR="008E7722" w:rsidRPr="008E7722" w:rsidRDefault="008E7722" w:rsidP="008E7722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Secure</w:t>
            </w: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穩固</w:t>
            </w:r>
            <w:proofErr w:type="spellEnd"/>
          </w:p>
        </w:tc>
        <w:tc>
          <w:tcPr>
            <w:tcW w:w="712" w:type="dxa"/>
          </w:tcPr>
          <w:p w14:paraId="342DB46A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083D0043" w14:textId="77777777" w:rsidTr="008E7722">
        <w:tc>
          <w:tcPr>
            <w:tcW w:w="569" w:type="dxa"/>
          </w:tcPr>
          <w:p w14:paraId="3B32DCC1" w14:textId="28FB7143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7</w:t>
            </w:r>
          </w:p>
        </w:tc>
        <w:tc>
          <w:tcPr>
            <w:tcW w:w="5852" w:type="dxa"/>
          </w:tcPr>
          <w:p w14:paraId="294BA43E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Push Rods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伺服推桿</w:t>
            </w:r>
            <w:proofErr w:type="spellEnd"/>
          </w:p>
        </w:tc>
        <w:tc>
          <w:tcPr>
            <w:tcW w:w="3369" w:type="dxa"/>
          </w:tcPr>
          <w:p w14:paraId="55E8A6FA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Not Bent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無損壞，無彎曲</w:t>
            </w:r>
            <w:proofErr w:type="spellEnd"/>
          </w:p>
        </w:tc>
        <w:tc>
          <w:tcPr>
            <w:tcW w:w="712" w:type="dxa"/>
          </w:tcPr>
          <w:p w14:paraId="595AB776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443749E0" w14:textId="77777777" w:rsidTr="008E7722">
        <w:tc>
          <w:tcPr>
            <w:tcW w:w="569" w:type="dxa"/>
          </w:tcPr>
          <w:p w14:paraId="273FCE60" w14:textId="5134D36E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8</w:t>
            </w:r>
          </w:p>
        </w:tc>
        <w:tc>
          <w:tcPr>
            <w:tcW w:w="5852" w:type="dxa"/>
          </w:tcPr>
          <w:p w14:paraId="55DD1004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Arms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伺服擺臂</w:t>
            </w:r>
            <w:proofErr w:type="spellEnd"/>
          </w:p>
        </w:tc>
        <w:tc>
          <w:tcPr>
            <w:tcW w:w="3369" w:type="dxa"/>
          </w:tcPr>
          <w:p w14:paraId="1CBC4CCF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7EDB757D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336CA0CB" w14:textId="77777777" w:rsidTr="008E7722">
        <w:tc>
          <w:tcPr>
            <w:tcW w:w="569" w:type="dxa"/>
          </w:tcPr>
          <w:p w14:paraId="1819EDD2" w14:textId="72A016B9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9</w:t>
            </w:r>
          </w:p>
        </w:tc>
        <w:tc>
          <w:tcPr>
            <w:tcW w:w="5852" w:type="dxa"/>
          </w:tcPr>
          <w:p w14:paraId="35C543CB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Arms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伺服擺臂</w:t>
            </w:r>
            <w:proofErr w:type="spellEnd"/>
          </w:p>
        </w:tc>
        <w:tc>
          <w:tcPr>
            <w:tcW w:w="3369" w:type="dxa"/>
          </w:tcPr>
          <w:p w14:paraId="6BC6868E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No Play Present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無間隙</w:t>
            </w:r>
            <w:proofErr w:type="spellEnd"/>
          </w:p>
        </w:tc>
        <w:tc>
          <w:tcPr>
            <w:tcW w:w="712" w:type="dxa"/>
          </w:tcPr>
          <w:p w14:paraId="3A24DE30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188CB852" w14:textId="77777777" w:rsidTr="008E7722">
        <w:tc>
          <w:tcPr>
            <w:tcW w:w="569" w:type="dxa"/>
          </w:tcPr>
          <w:p w14:paraId="69615EEA" w14:textId="0294A96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10</w:t>
            </w:r>
          </w:p>
        </w:tc>
        <w:tc>
          <w:tcPr>
            <w:tcW w:w="5852" w:type="dxa"/>
          </w:tcPr>
          <w:p w14:paraId="578328AC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Control Surface Horns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控制面角</w:t>
            </w:r>
            <w:proofErr w:type="spellEnd"/>
          </w:p>
        </w:tc>
        <w:tc>
          <w:tcPr>
            <w:tcW w:w="3369" w:type="dxa"/>
          </w:tcPr>
          <w:p w14:paraId="5DBC3D60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712" w:type="dxa"/>
          </w:tcPr>
          <w:p w14:paraId="198B857C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7385E89B" w14:textId="77777777" w:rsidTr="008E7722">
        <w:tc>
          <w:tcPr>
            <w:tcW w:w="569" w:type="dxa"/>
          </w:tcPr>
          <w:p w14:paraId="6987E632" w14:textId="1C338101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11</w:t>
            </w:r>
          </w:p>
        </w:tc>
        <w:tc>
          <w:tcPr>
            <w:tcW w:w="5852" w:type="dxa"/>
          </w:tcPr>
          <w:p w14:paraId="1D970626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Pushrod Clips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推桿夾</w:t>
            </w:r>
            <w:proofErr w:type="spellEnd"/>
          </w:p>
        </w:tc>
        <w:tc>
          <w:tcPr>
            <w:tcW w:w="3369" w:type="dxa"/>
          </w:tcPr>
          <w:p w14:paraId="45D3AE8E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In Place,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就位，穩固</w:t>
            </w:r>
            <w:proofErr w:type="spellEnd"/>
          </w:p>
        </w:tc>
        <w:tc>
          <w:tcPr>
            <w:tcW w:w="712" w:type="dxa"/>
          </w:tcPr>
          <w:p w14:paraId="64DC53C0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3351A416" w14:textId="77777777" w:rsidTr="008E7722">
        <w:tc>
          <w:tcPr>
            <w:tcW w:w="569" w:type="dxa"/>
          </w:tcPr>
          <w:p w14:paraId="733965D0" w14:textId="253C0074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12</w:t>
            </w:r>
          </w:p>
        </w:tc>
        <w:tc>
          <w:tcPr>
            <w:tcW w:w="5852" w:type="dxa"/>
          </w:tcPr>
          <w:p w14:paraId="7C03BECA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Control Surfaces &amp; Hinges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控制面與鉸鏈</w:t>
            </w:r>
            <w:proofErr w:type="spellEnd"/>
          </w:p>
        </w:tc>
        <w:tc>
          <w:tcPr>
            <w:tcW w:w="3369" w:type="dxa"/>
          </w:tcPr>
          <w:p w14:paraId="36BB50AE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Operate Smoothly, No Wear or Damage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運作順暢，無磨損或損壞</w:t>
            </w:r>
            <w:proofErr w:type="spellEnd"/>
          </w:p>
        </w:tc>
        <w:tc>
          <w:tcPr>
            <w:tcW w:w="712" w:type="dxa"/>
          </w:tcPr>
          <w:p w14:paraId="4B130272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562106" w:rsidRPr="007A442F" w14:paraId="054905EE" w14:textId="77777777" w:rsidTr="008E7722">
        <w:tc>
          <w:tcPr>
            <w:tcW w:w="569" w:type="dxa"/>
          </w:tcPr>
          <w:p w14:paraId="575A184D" w14:textId="34F67352" w:rsidR="00562106" w:rsidRDefault="00562106" w:rsidP="00562106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13</w:t>
            </w:r>
          </w:p>
        </w:tc>
        <w:tc>
          <w:tcPr>
            <w:tcW w:w="5852" w:type="dxa"/>
          </w:tcPr>
          <w:p w14:paraId="36633331" w14:textId="5FF09A93" w:rsidR="00562106" w:rsidRPr="007A442F" w:rsidRDefault="00562106" w:rsidP="00562106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右主輪胎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壓/Right</w:t>
            </w:r>
            <w:r>
              <w:t xml:space="preserve">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main </w:t>
            </w:r>
            <w:r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tire pressure</w:t>
            </w:r>
            <w:r w:rsidR="00792E47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(燈?)</w:t>
            </w:r>
          </w:p>
        </w:tc>
        <w:tc>
          <w:tcPr>
            <w:tcW w:w="3369" w:type="dxa"/>
          </w:tcPr>
          <w:p w14:paraId="16AFA3E3" w14:textId="7663A027" w:rsidR="00562106" w:rsidRPr="007A442F" w:rsidRDefault="00562106" w:rsidP="00562106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(?)PSI Normal</w:t>
            </w:r>
          </w:p>
        </w:tc>
        <w:tc>
          <w:tcPr>
            <w:tcW w:w="712" w:type="dxa"/>
          </w:tcPr>
          <w:p w14:paraId="6B2F0112" w14:textId="6703E33D" w:rsidR="00562106" w:rsidRPr="007A442F" w:rsidRDefault="00562106" w:rsidP="005621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562106" w:rsidRPr="007A442F" w14:paraId="5CBA7513" w14:textId="77777777" w:rsidTr="008E7722">
        <w:tc>
          <w:tcPr>
            <w:tcW w:w="569" w:type="dxa"/>
          </w:tcPr>
          <w:p w14:paraId="4E61B308" w14:textId="03E2D409" w:rsidR="00562106" w:rsidRDefault="00562106" w:rsidP="00562106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14</w:t>
            </w:r>
          </w:p>
        </w:tc>
        <w:tc>
          <w:tcPr>
            <w:tcW w:w="5852" w:type="dxa"/>
          </w:tcPr>
          <w:p w14:paraId="151E0776" w14:textId="31DD82B0" w:rsidR="00562106" w:rsidRPr="007A442F" w:rsidRDefault="00562106" w:rsidP="00562106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右主輪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外觀/ Right</w:t>
            </w:r>
            <w:r>
              <w:rPr>
                <w:rFonts w:eastAsia="新細明體" w:hint="eastAsia"/>
                <w:lang w:eastAsia="zh-TW"/>
              </w:rPr>
              <w:t xml:space="preserve"> main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tire </w:t>
            </w:r>
            <w:r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appearance</w:t>
            </w:r>
          </w:p>
        </w:tc>
        <w:tc>
          <w:tcPr>
            <w:tcW w:w="3369" w:type="dxa"/>
          </w:tcPr>
          <w:p w14:paraId="3C10ED45" w14:textId="56A3ED2B" w:rsidR="00562106" w:rsidRPr="007A442F" w:rsidRDefault="00562106" w:rsidP="00562106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正常無破損/Normal Undamaged</w:t>
            </w:r>
          </w:p>
        </w:tc>
        <w:tc>
          <w:tcPr>
            <w:tcW w:w="712" w:type="dxa"/>
          </w:tcPr>
          <w:p w14:paraId="706B3AC4" w14:textId="69CE5E2A" w:rsidR="00562106" w:rsidRPr="007A442F" w:rsidRDefault="00562106" w:rsidP="005621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562106" w:rsidRPr="007A442F" w14:paraId="62CEBAC2" w14:textId="77777777" w:rsidTr="008E7722">
        <w:tc>
          <w:tcPr>
            <w:tcW w:w="569" w:type="dxa"/>
          </w:tcPr>
          <w:p w14:paraId="26A716C2" w14:textId="33FBC8D2" w:rsidR="00562106" w:rsidRDefault="00562106" w:rsidP="00562106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15</w:t>
            </w:r>
          </w:p>
        </w:tc>
        <w:tc>
          <w:tcPr>
            <w:tcW w:w="5852" w:type="dxa"/>
          </w:tcPr>
          <w:p w14:paraId="7320D3FC" w14:textId="19EB6A6A" w:rsidR="00562106" w:rsidRPr="007A442F" w:rsidRDefault="00562106" w:rsidP="00562106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右輪擋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 Right</w:t>
            </w:r>
            <w:r>
              <w:rPr>
                <w:rFonts w:eastAsia="新細明體" w:hint="eastAsia"/>
                <w:lang w:eastAsia="zh-TW"/>
              </w:rPr>
              <w:t xml:space="preserve"> </w:t>
            </w:r>
            <w:r w:rsidRPr="00817ECF">
              <w:rPr>
                <w:rFonts w:ascii="標楷體" w:eastAsia="標楷體" w:hAnsi="標楷體"/>
                <w:sz w:val="20"/>
                <w:szCs w:val="20"/>
                <w:lang w:eastAsia="zh-TW"/>
              </w:rPr>
              <w:t>wheel chocks</w:t>
            </w:r>
          </w:p>
        </w:tc>
        <w:tc>
          <w:tcPr>
            <w:tcW w:w="3369" w:type="dxa"/>
          </w:tcPr>
          <w:p w14:paraId="4D715DA3" w14:textId="5BFBCCB5" w:rsidR="00562106" w:rsidRPr="007A442F" w:rsidRDefault="00562106" w:rsidP="00562106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擋妥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/Installed</w:t>
            </w:r>
          </w:p>
        </w:tc>
        <w:tc>
          <w:tcPr>
            <w:tcW w:w="712" w:type="dxa"/>
          </w:tcPr>
          <w:p w14:paraId="1122100F" w14:textId="65E910DF" w:rsidR="00562106" w:rsidRPr="007A442F" w:rsidRDefault="00562106" w:rsidP="005621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</w:tbl>
    <w:p w14:paraId="5E109D35" w14:textId="77777777" w:rsidR="000210AC" w:rsidRPr="007A442F" w:rsidRDefault="000210AC">
      <w:pPr>
        <w:rPr>
          <w:rFonts w:ascii="標楷體" w:eastAsia="標楷體" w:hAnsi="標楷體"/>
          <w:sz w:val="20"/>
          <w:szCs w:val="20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9"/>
        <w:gridCol w:w="5856"/>
        <w:gridCol w:w="3365"/>
        <w:gridCol w:w="712"/>
      </w:tblGrid>
      <w:tr w:rsidR="000210AC" w:rsidRPr="007A442F" w14:paraId="4C01B3E1" w14:textId="77777777" w:rsidTr="00150FD5">
        <w:tc>
          <w:tcPr>
            <w:tcW w:w="10502" w:type="dxa"/>
            <w:gridSpan w:val="4"/>
            <w:shd w:val="clear" w:color="auto" w:fill="1B365D"/>
          </w:tcPr>
          <w:p w14:paraId="3E6BE374" w14:textId="5A63DBB5" w:rsidR="000210AC" w:rsidRPr="007A442F" w:rsidRDefault="00190064" w:rsidP="0019006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7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. </w:t>
            </w:r>
            <w:r w:rsidR="007935FF" w:rsidRPr="007935F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Motors and propellers </w:t>
            </w:r>
            <w:r w:rsidR="00150FD5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/</w:t>
            </w:r>
            <w:r w:rsidR="007935FF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馬達與螺旋槳</w:t>
            </w:r>
          </w:p>
        </w:tc>
      </w:tr>
      <w:tr w:rsidR="00150FD5" w:rsidRPr="007A442F" w14:paraId="2F0A8825" w14:textId="77777777" w:rsidTr="00150FD5">
        <w:tc>
          <w:tcPr>
            <w:tcW w:w="569" w:type="dxa"/>
          </w:tcPr>
          <w:p w14:paraId="785E974D" w14:textId="77777777" w:rsidR="00150FD5" w:rsidRPr="007A442F" w:rsidRDefault="00150FD5" w:rsidP="00150FD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56" w:type="dxa"/>
          </w:tcPr>
          <w:p w14:paraId="5FDF59A2" w14:textId="1BDA4986" w:rsidR="00150FD5" w:rsidRPr="007A442F" w:rsidRDefault="004B3641" w:rsidP="00150FD5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馬達/Motor</w:t>
            </w:r>
          </w:p>
        </w:tc>
        <w:tc>
          <w:tcPr>
            <w:tcW w:w="3365" w:type="dxa"/>
          </w:tcPr>
          <w:p w14:paraId="167E9503" w14:textId="4901A81E" w:rsidR="00150FD5" w:rsidRPr="007A442F" w:rsidRDefault="004B3641" w:rsidP="00150FD5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Rotates by Hand</w:t>
            </w:r>
            <w:r w:rsidR="00B5307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</w:t>
            </w:r>
            <w:r w:rsidR="00B53074" w:rsidRPr="007A442F">
              <w:rPr>
                <w:rFonts w:ascii="標楷體" w:eastAsia="標楷體" w:hAnsi="標楷體"/>
                <w:sz w:val="20"/>
                <w:szCs w:val="20"/>
              </w:rPr>
              <w:t>Secure, 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可用手轉動</w:t>
            </w:r>
            <w:proofErr w:type="spellEnd"/>
            <w:r w:rsidR="00B5307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</w:t>
            </w:r>
            <w:proofErr w:type="spellStart"/>
            <w:r w:rsidR="00B53074" w:rsidRPr="007A442F">
              <w:rPr>
                <w:rFonts w:ascii="標楷體" w:eastAsia="標楷體" w:hAnsi="標楷體"/>
                <w:sz w:val="20"/>
                <w:szCs w:val="20"/>
              </w:rPr>
              <w:t>穩固，無損壞</w:t>
            </w:r>
            <w:proofErr w:type="spellEnd"/>
          </w:p>
        </w:tc>
        <w:tc>
          <w:tcPr>
            <w:tcW w:w="712" w:type="dxa"/>
          </w:tcPr>
          <w:p w14:paraId="112762EB" w14:textId="27C78DD4" w:rsidR="00150FD5" w:rsidRPr="007A442F" w:rsidRDefault="00150FD5" w:rsidP="00150FD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4B3641" w:rsidRPr="007A442F" w14:paraId="79B9CDC8" w14:textId="77777777" w:rsidTr="00150FD5">
        <w:tc>
          <w:tcPr>
            <w:tcW w:w="569" w:type="dxa"/>
          </w:tcPr>
          <w:p w14:paraId="4215C4D0" w14:textId="77777777" w:rsidR="004B3641" w:rsidRPr="007A442F" w:rsidRDefault="004B3641" w:rsidP="004B364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56" w:type="dxa"/>
          </w:tcPr>
          <w:p w14:paraId="582C4371" w14:textId="5D955CEC" w:rsidR="004B3641" w:rsidRPr="007A442F" w:rsidRDefault="004B3641" w:rsidP="004B3641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底座固定/</w:t>
            </w:r>
            <w:r w:rsidR="00B53074">
              <w:t xml:space="preserve"> </w:t>
            </w:r>
            <w:r w:rsidR="00B53074" w:rsidRPr="00B53074">
              <w:rPr>
                <w:rFonts w:ascii="標楷體" w:eastAsia="標楷體" w:hAnsi="標楷體"/>
                <w:sz w:val="20"/>
                <w:szCs w:val="20"/>
                <w:lang w:eastAsia="zh-TW"/>
              </w:rPr>
              <w:t>Base fixed</w:t>
            </w:r>
          </w:p>
        </w:tc>
        <w:tc>
          <w:tcPr>
            <w:tcW w:w="3365" w:type="dxa"/>
          </w:tcPr>
          <w:p w14:paraId="352424C3" w14:textId="71893868" w:rsidR="004B3641" w:rsidRPr="007A442F" w:rsidRDefault="004B3641" w:rsidP="004B3641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螺絲</w:t>
            </w:r>
            <w:r w:rsidR="00B5307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鎖緊/</w:t>
            </w:r>
            <w:r w:rsidR="00B53074" w:rsidRPr="00B53074">
              <w:rPr>
                <w:rFonts w:ascii="標楷體" w:eastAsia="標楷體" w:hAnsi="標楷體"/>
                <w:sz w:val="20"/>
                <w:szCs w:val="20"/>
                <w:lang w:eastAsia="zh-TW"/>
              </w:rPr>
              <w:t>Tighten screws</w:t>
            </w:r>
          </w:p>
        </w:tc>
        <w:tc>
          <w:tcPr>
            <w:tcW w:w="712" w:type="dxa"/>
          </w:tcPr>
          <w:p w14:paraId="46A31718" w14:textId="5B13C470" w:rsidR="004B3641" w:rsidRPr="007A442F" w:rsidRDefault="004B3641" w:rsidP="004B364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4B3641" w:rsidRPr="007A442F" w14:paraId="64055F50" w14:textId="77777777" w:rsidTr="00150FD5">
        <w:tc>
          <w:tcPr>
            <w:tcW w:w="569" w:type="dxa"/>
          </w:tcPr>
          <w:p w14:paraId="6818583B" w14:textId="77777777" w:rsidR="004B3641" w:rsidRPr="007A442F" w:rsidRDefault="004B3641" w:rsidP="004B364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856" w:type="dxa"/>
          </w:tcPr>
          <w:p w14:paraId="08FDC2E7" w14:textId="6C1F0971" w:rsidR="004B3641" w:rsidRPr="007A442F" w:rsidRDefault="00FC50B8" w:rsidP="004B3641">
            <w:pP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螺旋槳安裝/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Propeller</w:t>
            </w:r>
            <w:r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="002D68B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installed</w:t>
            </w:r>
          </w:p>
        </w:tc>
        <w:tc>
          <w:tcPr>
            <w:tcW w:w="3365" w:type="dxa"/>
          </w:tcPr>
          <w:p w14:paraId="0A2AC7E0" w14:textId="2C920B9E" w:rsidR="004B3641" w:rsidRPr="007A442F" w:rsidRDefault="004B3641" w:rsidP="004B364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712" w:type="dxa"/>
          </w:tcPr>
          <w:p w14:paraId="26429972" w14:textId="31FE8125" w:rsidR="004B3641" w:rsidRPr="007A442F" w:rsidRDefault="004B3641" w:rsidP="004B364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4B3641" w:rsidRPr="007A442F" w14:paraId="7BD6484D" w14:textId="77777777" w:rsidTr="00150FD5">
        <w:tc>
          <w:tcPr>
            <w:tcW w:w="569" w:type="dxa"/>
          </w:tcPr>
          <w:p w14:paraId="3D26630B" w14:textId="77777777" w:rsidR="004B3641" w:rsidRPr="007A442F" w:rsidRDefault="004B3641" w:rsidP="004B364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4</w:t>
            </w:r>
          </w:p>
        </w:tc>
        <w:tc>
          <w:tcPr>
            <w:tcW w:w="5856" w:type="dxa"/>
          </w:tcPr>
          <w:p w14:paraId="04B274D1" w14:textId="236B0817" w:rsidR="004B3641" w:rsidRPr="0006152B" w:rsidRDefault="004B3641" w:rsidP="004B3641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型號</w:t>
            </w:r>
            <w:r w:rsidR="0006152B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重量/Types and weight</w:t>
            </w:r>
          </w:p>
        </w:tc>
        <w:tc>
          <w:tcPr>
            <w:tcW w:w="3365" w:type="dxa"/>
          </w:tcPr>
          <w:p w14:paraId="544C8381" w14:textId="77777777" w:rsidR="004B3641" w:rsidRDefault="0006152B" w:rsidP="004B3641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Types:</w:t>
            </w:r>
          </w:p>
          <w:p w14:paraId="4D3824E8" w14:textId="4F5289D9" w:rsidR="0006152B" w:rsidRPr="007A442F" w:rsidRDefault="0006152B" w:rsidP="004B3641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Weight:</w:t>
            </w:r>
          </w:p>
        </w:tc>
        <w:tc>
          <w:tcPr>
            <w:tcW w:w="712" w:type="dxa"/>
          </w:tcPr>
          <w:p w14:paraId="7DECADD9" w14:textId="110E133F" w:rsidR="004B3641" w:rsidRPr="007A442F" w:rsidRDefault="004B3641" w:rsidP="004B364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2912FC0B" w14:textId="77777777" w:rsidTr="00150FD5">
        <w:tc>
          <w:tcPr>
            <w:tcW w:w="569" w:type="dxa"/>
          </w:tcPr>
          <w:p w14:paraId="66A0B685" w14:textId="77777777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5</w:t>
            </w:r>
          </w:p>
        </w:tc>
        <w:tc>
          <w:tcPr>
            <w:tcW w:w="5856" w:type="dxa"/>
          </w:tcPr>
          <w:p w14:paraId="3E86F298" w14:textId="0F68985B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t>All Torque Seals</w:t>
            </w:r>
            <w:r w:rsidR="007B6A13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(看飛機設計更改)</w:t>
            </w:r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t>所有扭力標記</w:t>
            </w:r>
            <w:proofErr w:type="spellEnd"/>
          </w:p>
        </w:tc>
        <w:tc>
          <w:tcPr>
            <w:tcW w:w="3365" w:type="dxa"/>
          </w:tcPr>
          <w:p w14:paraId="5A1588BC" w14:textId="12F6C5DB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t>Aligned</w:t>
            </w:r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t>對齊</w:t>
            </w:r>
            <w:proofErr w:type="spellEnd"/>
          </w:p>
        </w:tc>
        <w:tc>
          <w:tcPr>
            <w:tcW w:w="712" w:type="dxa"/>
          </w:tcPr>
          <w:p w14:paraId="072B7422" w14:textId="49595685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3B384605" w14:textId="77777777" w:rsidTr="00150FD5">
        <w:tc>
          <w:tcPr>
            <w:tcW w:w="569" w:type="dxa"/>
          </w:tcPr>
          <w:p w14:paraId="585BF49B" w14:textId="77777777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6</w:t>
            </w:r>
          </w:p>
        </w:tc>
        <w:tc>
          <w:tcPr>
            <w:tcW w:w="5856" w:type="dxa"/>
          </w:tcPr>
          <w:p w14:paraId="5AC3CA81" w14:textId="4B07B40B" w:rsidR="00B302DA" w:rsidRPr="004B3641" w:rsidRDefault="00B302DA" w:rsidP="00B302D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Blade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葉片</w:t>
            </w:r>
            <w:proofErr w:type="spellEnd"/>
          </w:p>
        </w:tc>
        <w:tc>
          <w:tcPr>
            <w:tcW w:w="3365" w:type="dxa"/>
          </w:tcPr>
          <w:p w14:paraId="243C9BCB" w14:textId="0AD7CC7D" w:rsidR="00B302DA" w:rsidRPr="004B3641" w:rsidRDefault="00B302DA" w:rsidP="00B302D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Secure, 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穩固，無損壞</w:t>
            </w:r>
            <w:proofErr w:type="spellEnd"/>
          </w:p>
        </w:tc>
        <w:tc>
          <w:tcPr>
            <w:tcW w:w="712" w:type="dxa"/>
          </w:tcPr>
          <w:p w14:paraId="443187EC" w14:textId="13CC954E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04E5FAAF" w14:textId="77777777" w:rsidTr="00150FD5">
        <w:tc>
          <w:tcPr>
            <w:tcW w:w="569" w:type="dxa"/>
          </w:tcPr>
          <w:p w14:paraId="78E30D1F" w14:textId="77777777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7</w:t>
            </w:r>
          </w:p>
        </w:tc>
        <w:tc>
          <w:tcPr>
            <w:tcW w:w="5856" w:type="dxa"/>
          </w:tcPr>
          <w:p w14:paraId="397B6043" w14:textId="2A888629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Propeller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螺旋槳</w:t>
            </w:r>
            <w:proofErr w:type="spellEnd"/>
          </w:p>
        </w:tc>
        <w:tc>
          <w:tcPr>
            <w:tcW w:w="3365" w:type="dxa"/>
          </w:tcPr>
          <w:p w14:paraId="4D28C9DF" w14:textId="528FAEE8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Rotates by Hand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可用手轉動</w:t>
            </w:r>
            <w:proofErr w:type="spellEnd"/>
          </w:p>
        </w:tc>
        <w:tc>
          <w:tcPr>
            <w:tcW w:w="712" w:type="dxa"/>
          </w:tcPr>
          <w:p w14:paraId="30D5608E" w14:textId="6D35D637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0079CD57" w14:textId="77777777" w:rsidTr="00150FD5">
        <w:tc>
          <w:tcPr>
            <w:tcW w:w="569" w:type="dxa"/>
          </w:tcPr>
          <w:p w14:paraId="05CECFEA" w14:textId="77777777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8</w:t>
            </w:r>
          </w:p>
        </w:tc>
        <w:tc>
          <w:tcPr>
            <w:tcW w:w="5856" w:type="dxa"/>
          </w:tcPr>
          <w:p w14:paraId="6A0AEA4B" w14:textId="15A89120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Propeller Attachment Bolts Torque Seals (Remove Spinner to Check, Bolts 9.5 Nm Torque)</w:t>
            </w: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螺旋槳連接螺栓扭力標記</w:t>
            </w:r>
            <w:proofErr w:type="spellEnd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(</w:t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拆下整流罩檢查，螺栓</w:t>
            </w:r>
            <w:proofErr w:type="spellEnd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9.5 Nm </w:t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扭力</w:t>
            </w:r>
            <w:proofErr w:type="spellEnd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)</w:t>
            </w:r>
            <w:r w:rsidR="007B6A13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(看飛機設計更改)</w:t>
            </w:r>
          </w:p>
        </w:tc>
        <w:tc>
          <w:tcPr>
            <w:tcW w:w="3365" w:type="dxa"/>
          </w:tcPr>
          <w:p w14:paraId="3FCB387B" w14:textId="4087914D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Aligned</w:t>
            </w: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對齊</w:t>
            </w:r>
            <w:proofErr w:type="spellEnd"/>
          </w:p>
        </w:tc>
        <w:tc>
          <w:tcPr>
            <w:tcW w:w="712" w:type="dxa"/>
          </w:tcPr>
          <w:p w14:paraId="72429C79" w14:textId="2BDE1DA0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6B0E5E77" w14:textId="77777777" w:rsidTr="00150FD5">
        <w:tc>
          <w:tcPr>
            <w:tcW w:w="569" w:type="dxa"/>
          </w:tcPr>
          <w:p w14:paraId="28B09FF3" w14:textId="77777777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10</w:t>
            </w:r>
          </w:p>
        </w:tc>
        <w:tc>
          <w:tcPr>
            <w:tcW w:w="5856" w:type="dxa"/>
          </w:tcPr>
          <w:p w14:paraId="1AF4E361" w14:textId="03235720" w:rsidR="00B302DA" w:rsidRPr="0006152B" w:rsidRDefault="00B302DA" w:rsidP="00B302D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Spinner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螺旋槳整流罩</w:t>
            </w:r>
            <w:proofErr w:type="spellEnd"/>
          </w:p>
        </w:tc>
        <w:tc>
          <w:tcPr>
            <w:tcW w:w="3365" w:type="dxa"/>
          </w:tcPr>
          <w:p w14:paraId="3FC3B942" w14:textId="7DD20B7C" w:rsidR="00B302DA" w:rsidRPr="0006152B" w:rsidRDefault="00B302DA" w:rsidP="00B302D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Aligned, 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對齊，無損壞</w:t>
            </w:r>
            <w:proofErr w:type="spellEnd"/>
          </w:p>
        </w:tc>
        <w:tc>
          <w:tcPr>
            <w:tcW w:w="712" w:type="dxa"/>
          </w:tcPr>
          <w:p w14:paraId="52A6FB95" w14:textId="7E0FA256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08D8F581" w14:textId="77777777" w:rsidTr="00150FD5">
        <w:tc>
          <w:tcPr>
            <w:tcW w:w="569" w:type="dxa"/>
          </w:tcPr>
          <w:p w14:paraId="7DD642DF" w14:textId="3E4C6A36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11</w:t>
            </w:r>
          </w:p>
        </w:tc>
        <w:tc>
          <w:tcPr>
            <w:tcW w:w="5856" w:type="dxa"/>
          </w:tcPr>
          <w:p w14:paraId="1FD058A1" w14:textId="38D3AB9D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Spinner Connection Screw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整流罩連接螺絲</w:t>
            </w:r>
            <w:proofErr w:type="spellEnd"/>
          </w:p>
        </w:tc>
        <w:tc>
          <w:tcPr>
            <w:tcW w:w="3365" w:type="dxa"/>
          </w:tcPr>
          <w:p w14:paraId="16E4D675" w14:textId="2B6B6EF1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Tight, No Play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鎖緊，無間隙</w:t>
            </w:r>
            <w:proofErr w:type="spellEnd"/>
          </w:p>
        </w:tc>
        <w:tc>
          <w:tcPr>
            <w:tcW w:w="712" w:type="dxa"/>
          </w:tcPr>
          <w:p w14:paraId="6404024B" w14:textId="538BE346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7020155B" w14:textId="77777777" w:rsidTr="00150FD5">
        <w:tc>
          <w:tcPr>
            <w:tcW w:w="569" w:type="dxa"/>
          </w:tcPr>
          <w:p w14:paraId="6CB8B2E6" w14:textId="76B8AD12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12</w:t>
            </w:r>
          </w:p>
        </w:tc>
        <w:tc>
          <w:tcPr>
            <w:tcW w:w="5856" w:type="dxa"/>
          </w:tcPr>
          <w:p w14:paraId="04B41E77" w14:textId="389AD876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Standoff, Vibration Mounts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支柱，減震墊</w:t>
            </w:r>
            <w:proofErr w:type="spellEnd"/>
          </w:p>
        </w:tc>
        <w:tc>
          <w:tcPr>
            <w:tcW w:w="3365" w:type="dxa"/>
          </w:tcPr>
          <w:p w14:paraId="0D0166EB" w14:textId="276EED27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Not Hard, No Cracks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無損壞，未硬化，無裂縫</w:t>
            </w:r>
            <w:proofErr w:type="spellEnd"/>
          </w:p>
        </w:tc>
        <w:tc>
          <w:tcPr>
            <w:tcW w:w="712" w:type="dxa"/>
          </w:tcPr>
          <w:p w14:paraId="09D5F4E1" w14:textId="658CB32E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42D2E984" w14:textId="77777777" w:rsidTr="00150FD5">
        <w:tc>
          <w:tcPr>
            <w:tcW w:w="569" w:type="dxa"/>
          </w:tcPr>
          <w:p w14:paraId="3559DD40" w14:textId="6544124E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13</w:t>
            </w:r>
          </w:p>
        </w:tc>
        <w:tc>
          <w:tcPr>
            <w:tcW w:w="5856" w:type="dxa"/>
          </w:tcPr>
          <w:p w14:paraId="5389C148" w14:textId="7ED43ADC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All Torque Seals</w:t>
            </w: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所有扭力標記</w:t>
            </w:r>
            <w:proofErr w:type="spellEnd"/>
            <w:r w:rsidR="007B6A13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(看飛機設計更改)</w:t>
            </w:r>
          </w:p>
        </w:tc>
        <w:tc>
          <w:tcPr>
            <w:tcW w:w="3365" w:type="dxa"/>
          </w:tcPr>
          <w:p w14:paraId="66C8C99C" w14:textId="0846E238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Aligned</w:t>
            </w: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對齊</w:t>
            </w:r>
            <w:proofErr w:type="spellEnd"/>
          </w:p>
        </w:tc>
        <w:tc>
          <w:tcPr>
            <w:tcW w:w="712" w:type="dxa"/>
          </w:tcPr>
          <w:p w14:paraId="3FEB5970" w14:textId="22612229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3797FCB1" w14:textId="77777777" w:rsidTr="00150FD5">
        <w:tc>
          <w:tcPr>
            <w:tcW w:w="569" w:type="dxa"/>
          </w:tcPr>
          <w:p w14:paraId="4A81617B" w14:textId="4AB422D2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14</w:t>
            </w:r>
          </w:p>
        </w:tc>
        <w:tc>
          <w:tcPr>
            <w:tcW w:w="5856" w:type="dxa"/>
          </w:tcPr>
          <w:p w14:paraId="6085878B" w14:textId="036851FE" w:rsidR="00B302DA" w:rsidRPr="0006152B" w:rsidRDefault="00B302DA" w:rsidP="00B302D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電線連接/</w:t>
            </w:r>
            <w:r>
              <w:t xml:space="preserve"> </w:t>
            </w:r>
            <w:r w:rsidRPr="00B302DA">
              <w:rPr>
                <w:rFonts w:ascii="標楷體" w:eastAsia="標楷體" w:hAnsi="標楷體"/>
                <w:sz w:val="20"/>
                <w:szCs w:val="20"/>
                <w:lang w:eastAsia="zh-TW"/>
              </w:rPr>
              <w:t>Wire connection</w:t>
            </w:r>
          </w:p>
        </w:tc>
        <w:tc>
          <w:tcPr>
            <w:tcW w:w="3365" w:type="dxa"/>
          </w:tcPr>
          <w:p w14:paraId="7DADD3DB" w14:textId="541E419B" w:rsidR="00B302DA" w:rsidRPr="0006152B" w:rsidRDefault="00B302DA" w:rsidP="00B302D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Not Loose, Properly Seated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無損壞，未鬆動，正確就位</w:t>
            </w:r>
            <w:proofErr w:type="spellEnd"/>
          </w:p>
        </w:tc>
        <w:tc>
          <w:tcPr>
            <w:tcW w:w="712" w:type="dxa"/>
          </w:tcPr>
          <w:p w14:paraId="10A57C23" w14:textId="27C7CA53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</w:tbl>
    <w:p w14:paraId="76C21C71" w14:textId="77777777" w:rsidR="008E7722" w:rsidRPr="007A442F" w:rsidRDefault="008E7722">
      <w:pPr>
        <w:rPr>
          <w:rFonts w:ascii="標楷體" w:eastAsia="標楷體" w:hAnsi="標楷體"/>
          <w:sz w:val="20"/>
          <w:szCs w:val="20"/>
          <w:lang w:eastAsia="zh-TW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71"/>
        <w:gridCol w:w="5869"/>
        <w:gridCol w:w="3357"/>
        <w:gridCol w:w="705"/>
      </w:tblGrid>
      <w:tr w:rsidR="000210AC" w:rsidRPr="007A442F" w14:paraId="287AD03E" w14:textId="77777777" w:rsidTr="008E7722">
        <w:tc>
          <w:tcPr>
            <w:tcW w:w="10502" w:type="dxa"/>
            <w:gridSpan w:val="4"/>
            <w:shd w:val="clear" w:color="auto" w:fill="1B365D"/>
          </w:tcPr>
          <w:p w14:paraId="5146E98E" w14:textId="43F092EF" w:rsidR="000210AC" w:rsidRPr="007A442F" w:rsidRDefault="00190064" w:rsidP="00190064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8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  <w:lang w:eastAsia="zh-TW"/>
              </w:rPr>
              <w:t>.</w:t>
            </w:r>
            <w:r w:rsidR="00150FD5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酬載</w:t>
            </w:r>
            <w:r w:rsidR="00F565AB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(</w:t>
            </w:r>
            <w:proofErr w:type="gramStart"/>
            <w:r w:rsidR="00F565AB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武掛</w:t>
            </w:r>
            <w:proofErr w:type="gramEnd"/>
            <w:r w:rsidR="00F565AB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)檢</w:t>
            </w:r>
            <w:r w:rsidR="008E7722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查</w:t>
            </w:r>
            <w:r w:rsidR="00C67983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/payload</w:t>
            </w:r>
            <w:r w:rsidR="00ED70A2">
              <w:t xml:space="preserve"> </w:t>
            </w:r>
            <w:r w:rsidR="00ED70A2">
              <w:rPr>
                <w:rFonts w:eastAsia="新細明體" w:hint="eastAsia"/>
                <w:lang w:eastAsia="zh-TW"/>
              </w:rPr>
              <w:t>(</w:t>
            </w:r>
            <w:r w:rsidR="00ED70A2" w:rsidRPr="00ED70A2">
              <w:rPr>
                <w:rFonts w:ascii="標楷體" w:eastAsia="標楷體" w:hAnsi="標楷體"/>
                <w:b/>
                <w:color w:val="FFFFFF"/>
                <w:sz w:val="20"/>
                <w:szCs w:val="20"/>
                <w:lang w:eastAsia="zh-TW"/>
              </w:rPr>
              <w:t>Armored</w:t>
            </w:r>
            <w:r w:rsidR="00ED70A2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) check</w:t>
            </w:r>
          </w:p>
        </w:tc>
      </w:tr>
      <w:tr w:rsidR="009225A0" w:rsidRPr="007A442F" w14:paraId="1827F0A9" w14:textId="77777777" w:rsidTr="008E7722">
        <w:tc>
          <w:tcPr>
            <w:tcW w:w="571" w:type="dxa"/>
          </w:tcPr>
          <w:p w14:paraId="0A93A455" w14:textId="7777777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69" w:type="dxa"/>
          </w:tcPr>
          <w:p w14:paraId="5D140122" w14:textId="3100D95B" w:rsidR="009225A0" w:rsidRPr="007A442F" w:rsidRDefault="009225A0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F565AB">
              <w:rPr>
                <w:rFonts w:ascii="標楷體" w:eastAsia="標楷體" w:hAnsi="標楷體"/>
                <w:sz w:val="20"/>
                <w:szCs w:val="20"/>
                <w:lang w:eastAsia="zh-TW"/>
              </w:rPr>
              <w:t>靜電接地（ESD）防護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0B1B77">
              <w:rPr>
                <w:rFonts w:ascii="標楷體" w:eastAsia="標楷體" w:hAnsi="標楷體"/>
                <w:sz w:val="20"/>
                <w:szCs w:val="20"/>
                <w:lang w:eastAsia="zh-TW"/>
              </w:rPr>
              <w:t>Electrostatic discharge (ESD) protection</w:t>
            </w:r>
          </w:p>
        </w:tc>
        <w:tc>
          <w:tcPr>
            <w:tcW w:w="3357" w:type="dxa"/>
          </w:tcPr>
          <w:p w14:paraId="637C4E4A" w14:textId="0FC9228F" w:rsidR="009225A0" w:rsidRPr="007A442F" w:rsidRDefault="00A34927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已連接/</w:t>
            </w:r>
            <w:r>
              <w:t xml:space="preserve"> </w:t>
            </w:r>
            <w:r w:rsidRPr="00A34927">
              <w:rPr>
                <w:rFonts w:ascii="標楷體" w:eastAsia="標楷體" w:hAnsi="標楷體"/>
                <w:sz w:val="20"/>
                <w:szCs w:val="20"/>
                <w:lang w:eastAsia="zh-TW"/>
              </w:rPr>
              <w:t>Connected</w:t>
            </w:r>
          </w:p>
        </w:tc>
        <w:tc>
          <w:tcPr>
            <w:tcW w:w="705" w:type="dxa"/>
          </w:tcPr>
          <w:p w14:paraId="32D45E07" w14:textId="4C80314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9225A0" w:rsidRPr="007A442F" w14:paraId="4C56B059" w14:textId="77777777" w:rsidTr="008E7722">
        <w:tc>
          <w:tcPr>
            <w:tcW w:w="571" w:type="dxa"/>
          </w:tcPr>
          <w:p w14:paraId="4F484D20" w14:textId="7777777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69" w:type="dxa"/>
          </w:tcPr>
          <w:p w14:paraId="23C39447" w14:textId="26BA0A46" w:rsidR="009225A0" w:rsidRPr="007A442F" w:rsidRDefault="009225A0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F565AB">
              <w:rPr>
                <w:rFonts w:ascii="標楷體" w:eastAsia="標楷體" w:hAnsi="標楷體"/>
                <w:sz w:val="20"/>
                <w:szCs w:val="20"/>
                <w:lang w:eastAsia="zh-TW"/>
              </w:rPr>
              <w:t>檢視地面站「武器安全狀態」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0B1B77">
              <w:rPr>
                <w:rFonts w:ascii="標楷體" w:eastAsia="標楷體" w:hAnsi="標楷體"/>
                <w:sz w:val="20"/>
                <w:szCs w:val="20"/>
                <w:lang w:eastAsia="zh-TW"/>
              </w:rPr>
              <w:t>Inspect the ground station's "weapon safety status"</w:t>
            </w:r>
          </w:p>
        </w:tc>
        <w:tc>
          <w:tcPr>
            <w:tcW w:w="3357" w:type="dxa"/>
          </w:tcPr>
          <w:p w14:paraId="211C1E7E" w14:textId="263835FA" w:rsidR="009225A0" w:rsidRPr="0099623D" w:rsidRDefault="0099623D" w:rsidP="0099623D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99623D">
              <w:rPr>
                <w:rFonts w:ascii="標楷體" w:eastAsia="標楷體" w:hAnsi="標楷體"/>
                <w:sz w:val="20"/>
                <w:szCs w:val="20"/>
                <w:lang w:eastAsia="zh-TW"/>
              </w:rPr>
              <w:t>安全鎖定</w:t>
            </w:r>
            <w:r w:rsidR="006E7EE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6E7EE1" w:rsidRPr="0099623D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 DISARMED</w:t>
            </w:r>
          </w:p>
        </w:tc>
        <w:tc>
          <w:tcPr>
            <w:tcW w:w="705" w:type="dxa"/>
          </w:tcPr>
          <w:p w14:paraId="4ECA922D" w14:textId="6CEF606F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9225A0" w:rsidRPr="007A442F" w14:paraId="08CAC0C3" w14:textId="77777777" w:rsidTr="008E7722">
        <w:tc>
          <w:tcPr>
            <w:tcW w:w="571" w:type="dxa"/>
          </w:tcPr>
          <w:p w14:paraId="34B824AB" w14:textId="7777777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869" w:type="dxa"/>
          </w:tcPr>
          <w:p w14:paraId="176381E6" w14:textId="30617B0A" w:rsidR="009225A0" w:rsidRPr="007A442F" w:rsidRDefault="009225A0" w:rsidP="009225A0">
            <w:pPr>
              <w:tabs>
                <w:tab w:val="left" w:pos="2800"/>
              </w:tabs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71EEE">
              <w:rPr>
                <w:rFonts w:ascii="標楷體" w:eastAsia="標楷體" w:hAnsi="標楷體"/>
                <w:sz w:val="20"/>
                <w:szCs w:val="20"/>
                <w:lang w:eastAsia="zh-TW"/>
              </w:rPr>
              <w:t>檢查掛架（Pylon）</w:t>
            </w:r>
            <w:proofErr w:type="gramStart"/>
            <w:r w:rsidRPr="00871EEE">
              <w:rPr>
                <w:rFonts w:ascii="標楷體" w:eastAsia="標楷體" w:hAnsi="標楷體"/>
                <w:sz w:val="20"/>
                <w:szCs w:val="20"/>
                <w:lang w:eastAsia="zh-TW"/>
              </w:rPr>
              <w:t>與鎖扣結構</w:t>
            </w:r>
            <w:proofErr w:type="gramEnd"/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ab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0B1B77">
              <w:rPr>
                <w:rFonts w:ascii="標楷體" w:eastAsia="標楷體" w:hAnsi="標楷體"/>
                <w:sz w:val="20"/>
                <w:szCs w:val="20"/>
                <w:lang w:eastAsia="zh-TW"/>
              </w:rPr>
              <w:t>Inspect the hanger (Pylon) and latching mechanism</w:t>
            </w:r>
          </w:p>
        </w:tc>
        <w:tc>
          <w:tcPr>
            <w:tcW w:w="3357" w:type="dxa"/>
          </w:tcPr>
          <w:p w14:paraId="5F7B1CDC" w14:textId="63D95D13" w:rsidR="009225A0" w:rsidRPr="007A442F" w:rsidRDefault="00E80960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E80960">
              <w:rPr>
                <w:rFonts w:ascii="標楷體" w:eastAsia="標楷體" w:hAnsi="標楷體"/>
                <w:sz w:val="20"/>
                <w:szCs w:val="20"/>
                <w:lang w:eastAsia="zh-TW"/>
              </w:rPr>
              <w:t>無鬆動、無金屬疲勞裂紋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E80960">
              <w:rPr>
                <w:rFonts w:ascii="標楷體" w:eastAsia="標楷體" w:hAnsi="標楷體"/>
                <w:sz w:val="20"/>
                <w:szCs w:val="20"/>
                <w:lang w:eastAsia="zh-TW"/>
              </w:rPr>
              <w:t>No loosening, no metal fatigue cracks</w:t>
            </w:r>
          </w:p>
        </w:tc>
        <w:tc>
          <w:tcPr>
            <w:tcW w:w="705" w:type="dxa"/>
          </w:tcPr>
          <w:p w14:paraId="110F08A1" w14:textId="3653805B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9225A0" w:rsidRPr="007A442F" w14:paraId="65BB14D3" w14:textId="77777777" w:rsidTr="008E7722">
        <w:tc>
          <w:tcPr>
            <w:tcW w:w="571" w:type="dxa"/>
          </w:tcPr>
          <w:p w14:paraId="00DB1D42" w14:textId="7777777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5</w:t>
            </w:r>
          </w:p>
        </w:tc>
        <w:tc>
          <w:tcPr>
            <w:tcW w:w="5869" w:type="dxa"/>
          </w:tcPr>
          <w:p w14:paraId="70FE0CD2" w14:textId="28ECB122" w:rsidR="009225A0" w:rsidRPr="007A442F" w:rsidRDefault="009225A0" w:rsidP="009225A0">
            <w:pPr>
              <w:tabs>
                <w:tab w:val="left" w:pos="2028"/>
              </w:tabs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酬載物種類型號/payload types and models</w:t>
            </w: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ab/>
            </w:r>
          </w:p>
        </w:tc>
        <w:tc>
          <w:tcPr>
            <w:tcW w:w="3357" w:type="dxa"/>
          </w:tcPr>
          <w:p w14:paraId="2A4095FE" w14:textId="364AD550" w:rsidR="009225A0" w:rsidRDefault="005530F8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種類/</w:t>
            </w:r>
            <w:r w:rsidR="00E80960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Types:</w:t>
            </w:r>
          </w:p>
          <w:p w14:paraId="5D3EB5B2" w14:textId="284D5E04" w:rsidR="00E80960" w:rsidRPr="007A442F" w:rsidRDefault="005530F8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型號/</w:t>
            </w:r>
            <w:r w:rsidR="00E80960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Models:</w:t>
            </w:r>
          </w:p>
        </w:tc>
        <w:tc>
          <w:tcPr>
            <w:tcW w:w="705" w:type="dxa"/>
          </w:tcPr>
          <w:p w14:paraId="49CD5823" w14:textId="3C6FEA9E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9225A0" w:rsidRPr="007A442F" w14:paraId="58FE5601" w14:textId="77777777" w:rsidTr="008E7722">
        <w:tc>
          <w:tcPr>
            <w:tcW w:w="571" w:type="dxa"/>
          </w:tcPr>
          <w:p w14:paraId="551AC1E3" w14:textId="7777777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6</w:t>
            </w:r>
          </w:p>
        </w:tc>
        <w:tc>
          <w:tcPr>
            <w:tcW w:w="5869" w:type="dxa"/>
          </w:tcPr>
          <w:p w14:paraId="7E8CF621" w14:textId="6A3E8A86" w:rsidR="009225A0" w:rsidRPr="007A442F" w:rsidRDefault="009225A0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酬載物外觀/payload </w:t>
            </w:r>
            <w:r w:rsidRPr="00482FA8">
              <w:rPr>
                <w:rFonts w:ascii="標楷體" w:eastAsia="標楷體" w:hAnsi="標楷體"/>
                <w:sz w:val="20"/>
                <w:szCs w:val="20"/>
                <w:lang w:eastAsia="zh-TW"/>
              </w:rPr>
              <w:t>Appearance</w:t>
            </w:r>
          </w:p>
        </w:tc>
        <w:tc>
          <w:tcPr>
            <w:tcW w:w="3357" w:type="dxa"/>
          </w:tcPr>
          <w:p w14:paraId="00CB59EF" w14:textId="21491501" w:rsidR="009225A0" w:rsidRPr="007A442F" w:rsidRDefault="005530F8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705" w:type="dxa"/>
          </w:tcPr>
          <w:p w14:paraId="1445E8BD" w14:textId="2C8874C9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9225A0" w:rsidRPr="007A442F" w14:paraId="6DFEBBD3" w14:textId="77777777" w:rsidTr="008E7722">
        <w:tc>
          <w:tcPr>
            <w:tcW w:w="571" w:type="dxa"/>
          </w:tcPr>
          <w:p w14:paraId="3036444F" w14:textId="7777777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7</w:t>
            </w:r>
          </w:p>
        </w:tc>
        <w:tc>
          <w:tcPr>
            <w:tcW w:w="5869" w:type="dxa"/>
          </w:tcPr>
          <w:p w14:paraId="2CE76810" w14:textId="705AF760" w:rsidR="009225A0" w:rsidRPr="007A442F" w:rsidRDefault="009225A0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酬載物重量/payload weight</w:t>
            </w:r>
          </w:p>
        </w:tc>
        <w:tc>
          <w:tcPr>
            <w:tcW w:w="3357" w:type="dxa"/>
          </w:tcPr>
          <w:p w14:paraId="448FEDBA" w14:textId="7551AFC7" w:rsidR="009225A0" w:rsidRPr="007A442F" w:rsidRDefault="00DD50C3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(?)G/KG</w:t>
            </w:r>
          </w:p>
        </w:tc>
        <w:tc>
          <w:tcPr>
            <w:tcW w:w="705" w:type="dxa"/>
          </w:tcPr>
          <w:p w14:paraId="609FD016" w14:textId="09F4FE24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9225A0" w:rsidRPr="007A442F" w14:paraId="1206401F" w14:textId="77777777" w:rsidTr="008E7722">
        <w:tc>
          <w:tcPr>
            <w:tcW w:w="571" w:type="dxa"/>
          </w:tcPr>
          <w:p w14:paraId="607873B4" w14:textId="7777777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8</w:t>
            </w:r>
          </w:p>
        </w:tc>
        <w:tc>
          <w:tcPr>
            <w:tcW w:w="5869" w:type="dxa"/>
          </w:tcPr>
          <w:p w14:paraId="07FBA985" w14:textId="3544B2E0" w:rsidR="009225A0" w:rsidRPr="007A442F" w:rsidRDefault="009225A0" w:rsidP="009225A0">
            <w:pPr>
              <w:tabs>
                <w:tab w:val="left" w:pos="2256"/>
              </w:tabs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r w:rsidRPr="005E6918">
              <w:rPr>
                <w:rFonts w:ascii="標楷體" w:eastAsia="標楷體" w:hAnsi="標楷體"/>
                <w:sz w:val="20"/>
                <w:szCs w:val="20"/>
              </w:rPr>
              <w:t>減震與穩定結構檢查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r w:rsidRPr="00B10838">
              <w:rPr>
                <w:rFonts w:ascii="標楷體" w:eastAsia="標楷體" w:hAnsi="標楷體"/>
                <w:sz w:val="20"/>
                <w:szCs w:val="20"/>
                <w:lang w:eastAsia="zh-TW"/>
              </w:rPr>
              <w:t>防止在空中左右晃動影響飛行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)/</w:t>
            </w:r>
            <w:r>
              <w:t xml:space="preserve"> </w:t>
            </w:r>
            <w:r w:rsidRPr="00482FA8">
              <w:rPr>
                <w:rFonts w:ascii="標楷體" w:eastAsia="標楷體" w:hAnsi="標楷體"/>
                <w:sz w:val="20"/>
                <w:szCs w:val="20"/>
                <w:lang w:eastAsia="zh-TW"/>
              </w:rPr>
              <w:t>Vibration reduction and structural stability inspection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r w:rsidRPr="009225A0">
              <w:rPr>
                <w:rFonts w:ascii="標楷體" w:eastAsia="標楷體" w:hAnsi="標楷體"/>
                <w:sz w:val="20"/>
                <w:szCs w:val="20"/>
                <w:lang w:eastAsia="zh-TW"/>
              </w:rPr>
              <w:t>To prevent swaying from side to side in the air from affecting flight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  <w:r>
              <w:rPr>
                <w:rFonts w:ascii="標楷體" w:eastAsia="標楷體" w:hAnsi="標楷體"/>
                <w:sz w:val="20"/>
                <w:szCs w:val="20"/>
              </w:rPr>
              <w:tab/>
            </w:r>
          </w:p>
        </w:tc>
        <w:tc>
          <w:tcPr>
            <w:tcW w:w="3357" w:type="dxa"/>
          </w:tcPr>
          <w:p w14:paraId="5CA300B9" w14:textId="26AEF0B3" w:rsidR="009225A0" w:rsidRPr="007A442F" w:rsidRDefault="00856643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已安裝穩固/</w:t>
            </w:r>
            <w:r w:rsidRPr="00856643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Securely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And I</w:t>
            </w:r>
            <w:r w:rsidRPr="00856643">
              <w:rPr>
                <w:rFonts w:ascii="標楷體" w:eastAsia="標楷體" w:hAnsi="標楷體"/>
                <w:sz w:val="20"/>
                <w:szCs w:val="20"/>
                <w:lang w:eastAsia="zh-TW"/>
              </w:rPr>
              <w:t>nstalled</w:t>
            </w:r>
          </w:p>
        </w:tc>
        <w:tc>
          <w:tcPr>
            <w:tcW w:w="705" w:type="dxa"/>
          </w:tcPr>
          <w:p w14:paraId="745F95E4" w14:textId="16C66A9F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9225A0" w:rsidRPr="007A442F" w14:paraId="6AF2AA49" w14:textId="77777777" w:rsidTr="008E7722">
        <w:tc>
          <w:tcPr>
            <w:tcW w:w="571" w:type="dxa"/>
          </w:tcPr>
          <w:p w14:paraId="14D69525" w14:textId="7777777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9</w:t>
            </w:r>
          </w:p>
        </w:tc>
        <w:tc>
          <w:tcPr>
            <w:tcW w:w="5869" w:type="dxa"/>
          </w:tcPr>
          <w:p w14:paraId="0724628B" w14:textId="0E38509C" w:rsidR="009225A0" w:rsidRPr="007A442F" w:rsidRDefault="00856643" w:rsidP="00EB05A8">
            <w:pPr>
              <w:tabs>
                <w:tab w:val="left" w:pos="3872"/>
              </w:tabs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r w:rsidRPr="00EC2DC1">
              <w:rPr>
                <w:rFonts w:ascii="標楷體" w:eastAsia="標楷體" w:hAnsi="標楷體"/>
                <w:sz w:val="20"/>
                <w:szCs w:val="20"/>
              </w:rPr>
              <w:t>檢查</w:t>
            </w:r>
            <w:proofErr w:type="spellEnd"/>
            <w:r w:rsidR="00EB05A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保險銷/</w:t>
            </w:r>
            <w:r w:rsidR="00EB05A8">
              <w:t xml:space="preserve"> </w:t>
            </w:r>
            <w:r w:rsidR="00EB05A8" w:rsidRPr="00EB05A8">
              <w:rPr>
                <w:rFonts w:ascii="標楷體" w:eastAsia="標楷體" w:hAnsi="標楷體"/>
                <w:sz w:val="20"/>
                <w:szCs w:val="20"/>
                <w:lang w:eastAsia="zh-TW"/>
              </w:rPr>
              <w:t>Check the insurance pin</w:t>
            </w:r>
          </w:p>
        </w:tc>
        <w:tc>
          <w:tcPr>
            <w:tcW w:w="3357" w:type="dxa"/>
          </w:tcPr>
          <w:p w14:paraId="19E52785" w14:textId="5356B51A" w:rsidR="009225A0" w:rsidRPr="007A442F" w:rsidRDefault="00EB05A8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Installed</w:t>
            </w:r>
          </w:p>
        </w:tc>
        <w:tc>
          <w:tcPr>
            <w:tcW w:w="705" w:type="dxa"/>
          </w:tcPr>
          <w:p w14:paraId="0729D590" w14:textId="6BB347E3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</w:tbl>
    <w:p w14:paraId="3ACEC702" w14:textId="77777777" w:rsidR="000210AC" w:rsidRPr="007A442F" w:rsidRDefault="000210AC">
      <w:pPr>
        <w:rPr>
          <w:rFonts w:ascii="標楷體" w:eastAsia="標楷體" w:hAnsi="標楷體"/>
          <w:sz w:val="20"/>
          <w:szCs w:val="20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5"/>
        <w:gridCol w:w="5852"/>
        <w:gridCol w:w="3373"/>
        <w:gridCol w:w="712"/>
      </w:tblGrid>
      <w:tr w:rsidR="000210AC" w:rsidRPr="007A442F" w14:paraId="30C719DE" w14:textId="77777777" w:rsidTr="0041138A">
        <w:tc>
          <w:tcPr>
            <w:tcW w:w="10502" w:type="dxa"/>
            <w:gridSpan w:val="4"/>
            <w:shd w:val="clear" w:color="auto" w:fill="1B365D"/>
          </w:tcPr>
          <w:p w14:paraId="29B57144" w14:textId="7F41AF0A" w:rsidR="000210AC" w:rsidRPr="007A442F" w:rsidRDefault="00190064" w:rsidP="0019006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lastRenderedPageBreak/>
              <w:t>9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. AIRCRAFT CENTRE OF GRAVITY (CG) / </w:t>
            </w:r>
            <w:proofErr w:type="spellStart"/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飛機重心</w:t>
            </w:r>
            <w:proofErr w:type="spellEnd"/>
          </w:p>
        </w:tc>
      </w:tr>
      <w:tr w:rsidR="000210AC" w:rsidRPr="007A442F" w14:paraId="4AD2EECA" w14:textId="77777777" w:rsidTr="0041138A">
        <w:tc>
          <w:tcPr>
            <w:tcW w:w="565" w:type="dxa"/>
          </w:tcPr>
          <w:p w14:paraId="61381D28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52" w:type="dxa"/>
          </w:tcPr>
          <w:p w14:paraId="40C37A9F" w14:textId="6A1CA39D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Batteries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電池</w:t>
            </w:r>
            <w:proofErr w:type="spellEnd"/>
          </w:p>
        </w:tc>
        <w:tc>
          <w:tcPr>
            <w:tcW w:w="3373" w:type="dxa"/>
          </w:tcPr>
          <w:p w14:paraId="2643FF9A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OnBoard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, Disconnected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機上，未連接</w:t>
            </w:r>
            <w:proofErr w:type="spellEnd"/>
          </w:p>
        </w:tc>
        <w:tc>
          <w:tcPr>
            <w:tcW w:w="712" w:type="dxa"/>
          </w:tcPr>
          <w:p w14:paraId="19B1889F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41138A" w:rsidRPr="007A442F" w14:paraId="5344436A" w14:textId="77777777" w:rsidTr="0041138A">
        <w:tc>
          <w:tcPr>
            <w:tcW w:w="565" w:type="dxa"/>
          </w:tcPr>
          <w:p w14:paraId="6E1D9903" w14:textId="7CDB1C09" w:rsidR="0041138A" w:rsidRPr="007A442F" w:rsidRDefault="0041138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2</w:t>
            </w:r>
          </w:p>
        </w:tc>
        <w:tc>
          <w:tcPr>
            <w:tcW w:w="5852" w:type="dxa"/>
          </w:tcPr>
          <w:p w14:paraId="008402C0" w14:textId="110C7F44" w:rsidR="0041138A" w:rsidRPr="007A442F" w:rsidRDefault="0041138A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Motor馬達</w:t>
            </w:r>
          </w:p>
        </w:tc>
        <w:tc>
          <w:tcPr>
            <w:tcW w:w="3373" w:type="dxa"/>
          </w:tcPr>
          <w:p w14:paraId="0B5E5AD2" w14:textId="1004EBF4" w:rsidR="00121673" w:rsidRDefault="0041138A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OnBoard</w:t>
            </w:r>
            <w:r w:rsidR="0012167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,Installef</w:t>
            </w:r>
            <w:proofErr w:type="spellEnd"/>
            <w:proofErr w:type="gramEnd"/>
          </w:p>
          <w:p w14:paraId="636A4090" w14:textId="66FAF3F7" w:rsidR="0041138A" w:rsidRPr="007A442F" w:rsidRDefault="0012167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機上，已安裝</w:t>
            </w:r>
          </w:p>
        </w:tc>
        <w:tc>
          <w:tcPr>
            <w:tcW w:w="712" w:type="dxa"/>
          </w:tcPr>
          <w:p w14:paraId="7E3BB2B8" w14:textId="50BD03DD" w:rsidR="0041138A" w:rsidRPr="007A442F" w:rsidRDefault="0012167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7064AB09" w14:textId="77777777" w:rsidTr="0041138A">
        <w:tc>
          <w:tcPr>
            <w:tcW w:w="565" w:type="dxa"/>
          </w:tcPr>
          <w:p w14:paraId="191F899C" w14:textId="3F6E6E38" w:rsidR="000210AC" w:rsidRPr="007A442F" w:rsidRDefault="0041138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3</w:t>
            </w:r>
          </w:p>
        </w:tc>
        <w:tc>
          <w:tcPr>
            <w:tcW w:w="5852" w:type="dxa"/>
          </w:tcPr>
          <w:p w14:paraId="69EEF16C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Ballast Required (CG Adjusted by Adding or Removing Ballast at Designated Locations)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需配重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透過在指定位置增加或移除配重來調整重心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73" w:type="dxa"/>
          </w:tcPr>
          <w:p w14:paraId="0EB0AE94" w14:textId="4974992F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Added or Removed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已增加或移除</w:t>
            </w:r>
            <w:proofErr w:type="spellEnd"/>
            <w:r w:rsidR="00CC5A4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數值</w:t>
            </w:r>
          </w:p>
        </w:tc>
        <w:tc>
          <w:tcPr>
            <w:tcW w:w="712" w:type="dxa"/>
          </w:tcPr>
          <w:p w14:paraId="2B261E49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058E8C1A" w14:textId="77777777" w:rsidTr="0041138A">
        <w:tc>
          <w:tcPr>
            <w:tcW w:w="565" w:type="dxa"/>
          </w:tcPr>
          <w:p w14:paraId="61027446" w14:textId="591595D7" w:rsidR="000210AC" w:rsidRPr="007A442F" w:rsidRDefault="0041138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4</w:t>
            </w:r>
          </w:p>
        </w:tc>
        <w:tc>
          <w:tcPr>
            <w:tcW w:w="5852" w:type="dxa"/>
          </w:tcPr>
          <w:p w14:paraId="363392F2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Payload 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酬載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  <w:proofErr w:type="gramEnd"/>
          </w:p>
        </w:tc>
        <w:tc>
          <w:tcPr>
            <w:tcW w:w="3373" w:type="dxa"/>
          </w:tcPr>
          <w:p w14:paraId="73992EDE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OnBoard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機上</w:t>
            </w:r>
            <w:proofErr w:type="spellEnd"/>
          </w:p>
        </w:tc>
        <w:tc>
          <w:tcPr>
            <w:tcW w:w="712" w:type="dxa"/>
          </w:tcPr>
          <w:p w14:paraId="56A7FC80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05822D96" w14:textId="77777777" w:rsidTr="0041138A">
        <w:tc>
          <w:tcPr>
            <w:tcW w:w="565" w:type="dxa"/>
          </w:tcPr>
          <w:p w14:paraId="48A16D81" w14:textId="3AE8FE6F" w:rsidR="000210AC" w:rsidRPr="007A442F" w:rsidRDefault="0041138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5</w:t>
            </w:r>
          </w:p>
        </w:tc>
        <w:tc>
          <w:tcPr>
            <w:tcW w:w="5852" w:type="dxa"/>
          </w:tcPr>
          <w:p w14:paraId="73F2C035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All Protection Covers (Pitot, Propeller, Exhaust)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所有防護罩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皮托管、螺旋槳、排氣管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73" w:type="dxa"/>
          </w:tcPr>
          <w:p w14:paraId="42C4A2FF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Removed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已移除</w:t>
            </w:r>
            <w:proofErr w:type="spellEnd"/>
          </w:p>
        </w:tc>
        <w:tc>
          <w:tcPr>
            <w:tcW w:w="712" w:type="dxa"/>
          </w:tcPr>
          <w:p w14:paraId="0CADE04A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5DADF927" w14:textId="77777777" w:rsidTr="0041138A">
        <w:tc>
          <w:tcPr>
            <w:tcW w:w="565" w:type="dxa"/>
          </w:tcPr>
          <w:p w14:paraId="6E1B7788" w14:textId="1A08A98E" w:rsidR="000210AC" w:rsidRPr="007A442F" w:rsidRDefault="0041138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6</w:t>
            </w:r>
          </w:p>
        </w:tc>
        <w:tc>
          <w:tcPr>
            <w:tcW w:w="5852" w:type="dxa"/>
          </w:tcPr>
          <w:p w14:paraId="2EC58468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All Service Panels &amp; Covers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所有維修面板與護蓋</w:t>
            </w:r>
            <w:proofErr w:type="spellEnd"/>
          </w:p>
        </w:tc>
        <w:tc>
          <w:tcPr>
            <w:tcW w:w="3373" w:type="dxa"/>
          </w:tcPr>
          <w:p w14:paraId="6A75681D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In Place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就位</w:t>
            </w:r>
            <w:proofErr w:type="spellEnd"/>
          </w:p>
        </w:tc>
        <w:tc>
          <w:tcPr>
            <w:tcW w:w="712" w:type="dxa"/>
          </w:tcPr>
          <w:p w14:paraId="352814AD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1BC53B99" w14:textId="77777777" w:rsidTr="0041138A">
        <w:tc>
          <w:tcPr>
            <w:tcW w:w="565" w:type="dxa"/>
          </w:tcPr>
          <w:p w14:paraId="763C31DE" w14:textId="385D93DA" w:rsidR="000210AC" w:rsidRPr="007A442F" w:rsidRDefault="0041138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5852" w:type="dxa"/>
          </w:tcPr>
          <w:p w14:paraId="7E5216A5" w14:textId="2161E65B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Centre of Gravity 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重心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3373" w:type="dxa"/>
          </w:tcPr>
          <w:p w14:paraId="2E3BA1AB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Tested &amp; True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測試並確認無誤</w:t>
            </w:r>
            <w:proofErr w:type="spellEnd"/>
          </w:p>
        </w:tc>
        <w:tc>
          <w:tcPr>
            <w:tcW w:w="712" w:type="dxa"/>
          </w:tcPr>
          <w:p w14:paraId="40B5DBFC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</w:tbl>
    <w:p w14:paraId="65F0D717" w14:textId="77777777" w:rsidR="000210AC" w:rsidRPr="007A442F" w:rsidRDefault="000210AC">
      <w:pPr>
        <w:rPr>
          <w:rFonts w:ascii="標楷體" w:eastAsia="標楷體" w:hAnsi="標楷體"/>
          <w:sz w:val="20"/>
          <w:szCs w:val="20"/>
          <w:lang w:eastAsia="zh-TW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51"/>
        <w:gridCol w:w="5578"/>
        <w:gridCol w:w="3257"/>
        <w:gridCol w:w="1116"/>
      </w:tblGrid>
      <w:tr w:rsidR="000210AC" w:rsidRPr="007A442F" w14:paraId="220C81EF" w14:textId="77777777" w:rsidTr="00122756">
        <w:tc>
          <w:tcPr>
            <w:tcW w:w="10502" w:type="dxa"/>
            <w:gridSpan w:val="4"/>
            <w:shd w:val="clear" w:color="auto" w:fill="1B365D"/>
          </w:tcPr>
          <w:p w14:paraId="63788829" w14:textId="1101E2A1" w:rsidR="000210AC" w:rsidRPr="007A442F" w:rsidRDefault="00190064" w:rsidP="00190064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10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. BATTERIES </w:t>
            </w:r>
            <w:r w:rsidR="00122756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check/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 </w:t>
            </w:r>
            <w:proofErr w:type="spellStart"/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電池</w:t>
            </w:r>
            <w:proofErr w:type="spellEnd"/>
            <w:r w:rsidR="00122756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檢查</w:t>
            </w:r>
          </w:p>
        </w:tc>
      </w:tr>
      <w:tr w:rsidR="000210AC" w:rsidRPr="007A442F" w14:paraId="37120017" w14:textId="77777777" w:rsidTr="00122756">
        <w:tc>
          <w:tcPr>
            <w:tcW w:w="566" w:type="dxa"/>
          </w:tcPr>
          <w:p w14:paraId="54E17D06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50" w:type="dxa"/>
          </w:tcPr>
          <w:p w14:paraId="698628CB" w14:textId="7FD821BD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Record Battery 1 -(</w:t>
            </w:r>
            <w:r w:rsidR="008F270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EX: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% Capacity &amp; Serial Number)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記錄電池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1 -</w:t>
            </w:r>
            <w:r w:rsidR="008F2703" w:rsidRPr="007A442F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="008F270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例:電壓</w:t>
            </w:r>
            <w:proofErr w:type="spellStart"/>
            <w:r w:rsidR="008F2703" w:rsidRPr="007A442F">
              <w:rPr>
                <w:rFonts w:ascii="標楷體" w:eastAsia="標楷體" w:hAnsi="標楷體"/>
                <w:sz w:val="20"/>
                <w:szCs w:val="20"/>
              </w:rPr>
              <w:t>容量百分比與序號</w:t>
            </w:r>
            <w:proofErr w:type="spellEnd"/>
            <w:r w:rsidR="008F2703"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74" w:type="dxa"/>
          </w:tcPr>
          <w:p w14:paraId="5AD7D6E0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         ] %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  <w:t>[          ] #</w:t>
            </w:r>
          </w:p>
        </w:tc>
        <w:tc>
          <w:tcPr>
            <w:tcW w:w="712" w:type="dxa"/>
          </w:tcPr>
          <w:p w14:paraId="255B3521" w14:textId="77777777" w:rsidR="000210AC" w:rsidRPr="007A442F" w:rsidRDefault="000210A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210AC" w:rsidRPr="007A442F" w14:paraId="12AD172E" w14:textId="77777777" w:rsidTr="00122756">
        <w:tc>
          <w:tcPr>
            <w:tcW w:w="566" w:type="dxa"/>
          </w:tcPr>
          <w:p w14:paraId="489A48AC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50" w:type="dxa"/>
          </w:tcPr>
          <w:p w14:paraId="61E2D1EA" w14:textId="4F747D74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Record Battery 2 -(</w:t>
            </w:r>
            <w:r w:rsidR="008F270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EX: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% Capacity &amp; Serial Number)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記錄電池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2 -(</w:t>
            </w:r>
            <w:r w:rsidR="008F270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例:電壓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容量百分比與序號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74" w:type="dxa"/>
          </w:tcPr>
          <w:p w14:paraId="559BD945" w14:textId="47CBABBE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         ] %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  <w:t>[          ] #</w:t>
            </w:r>
          </w:p>
        </w:tc>
        <w:tc>
          <w:tcPr>
            <w:tcW w:w="712" w:type="dxa"/>
          </w:tcPr>
          <w:p w14:paraId="56EB0F0C" w14:textId="77777777" w:rsidR="000210AC" w:rsidRPr="007A442F" w:rsidRDefault="000210A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BD2474" w:rsidRPr="007A442F" w14:paraId="19A26BFE" w14:textId="77777777" w:rsidTr="00122756">
        <w:tc>
          <w:tcPr>
            <w:tcW w:w="566" w:type="dxa"/>
          </w:tcPr>
          <w:p w14:paraId="083285AB" w14:textId="2907D761" w:rsidR="00BD2474" w:rsidRPr="007A442F" w:rsidRDefault="00BD247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3</w:t>
            </w:r>
          </w:p>
        </w:tc>
        <w:tc>
          <w:tcPr>
            <w:tcW w:w="5850" w:type="dxa"/>
          </w:tcPr>
          <w:p w14:paraId="153E9F34" w14:textId="1223B63D" w:rsidR="00BD2474" w:rsidRPr="007A442F" w:rsidRDefault="00B874C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874C9">
              <w:rPr>
                <w:rFonts w:ascii="標楷體" w:eastAsia="標楷體" w:hAnsi="標楷體"/>
                <w:sz w:val="20"/>
                <w:szCs w:val="20"/>
              </w:rPr>
              <w:t>Visual inspection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/外觀檢查(無膨脹或任何型遍及裂痕)</w:t>
            </w:r>
          </w:p>
        </w:tc>
        <w:tc>
          <w:tcPr>
            <w:tcW w:w="3374" w:type="dxa"/>
          </w:tcPr>
          <w:p w14:paraId="1E6E5C91" w14:textId="549F4BF6" w:rsidR="00BD2474" w:rsidRPr="007A442F" w:rsidRDefault="00D73E6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  <w:tc>
          <w:tcPr>
            <w:tcW w:w="712" w:type="dxa"/>
          </w:tcPr>
          <w:p w14:paraId="0AE1F5E1" w14:textId="77777777" w:rsidR="00BD2474" w:rsidRPr="007A442F" w:rsidRDefault="00BD247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BD2474" w:rsidRPr="007A442F" w14:paraId="45B76E1B" w14:textId="77777777" w:rsidTr="00122756">
        <w:tc>
          <w:tcPr>
            <w:tcW w:w="566" w:type="dxa"/>
          </w:tcPr>
          <w:p w14:paraId="0B61BF35" w14:textId="2CDE6859" w:rsidR="00BD2474" w:rsidRPr="007A442F" w:rsidRDefault="00BD247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4</w:t>
            </w:r>
          </w:p>
        </w:tc>
        <w:tc>
          <w:tcPr>
            <w:tcW w:w="5850" w:type="dxa"/>
          </w:tcPr>
          <w:p w14:paraId="3FF10927" w14:textId="3E6866B2" w:rsidR="00BD2474" w:rsidRPr="007A442F" w:rsidRDefault="00D73E62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確認已固定/</w:t>
            </w:r>
            <w:r w:rsidRPr="00D73E62">
              <w:rPr>
                <w:rFonts w:ascii="標楷體" w:eastAsia="標楷體" w:hAnsi="標楷體"/>
                <w:sz w:val="20"/>
                <w:szCs w:val="20"/>
                <w:lang w:eastAsia="zh-TW"/>
              </w:rPr>
              <w:t>Confirmed to be fixed</w:t>
            </w:r>
          </w:p>
        </w:tc>
        <w:tc>
          <w:tcPr>
            <w:tcW w:w="3374" w:type="dxa"/>
          </w:tcPr>
          <w:p w14:paraId="1CF90027" w14:textId="7E31ED4A" w:rsidR="00BD2474" w:rsidRPr="007A442F" w:rsidRDefault="00D73E6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  <w:tc>
          <w:tcPr>
            <w:tcW w:w="712" w:type="dxa"/>
          </w:tcPr>
          <w:p w14:paraId="178789A0" w14:textId="77777777" w:rsidR="00BD2474" w:rsidRPr="007A442F" w:rsidRDefault="00BD247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210AC" w:rsidRPr="007A442F" w14:paraId="6C95C882" w14:textId="77777777" w:rsidTr="00122756">
        <w:tc>
          <w:tcPr>
            <w:tcW w:w="566" w:type="dxa"/>
          </w:tcPr>
          <w:p w14:paraId="10F26A15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5</w:t>
            </w:r>
          </w:p>
        </w:tc>
        <w:tc>
          <w:tcPr>
            <w:tcW w:w="5850" w:type="dxa"/>
          </w:tcPr>
          <w:p w14:paraId="3EDC600D" w14:textId="5622F558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All Cells</w:t>
            </w:r>
            <w:r w:rsidR="0043144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Voltage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of All Batteries</w:t>
            </w:r>
            <w:r w:rsidR="0043144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所有電池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</w:rPr>
              <w:t>的電芯</w:t>
            </w:r>
            <w:proofErr w:type="spellEnd"/>
            <w:r w:rsidR="0073112B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電壓</w:t>
            </w:r>
            <w:proofErr w:type="gramEnd"/>
          </w:p>
        </w:tc>
        <w:tc>
          <w:tcPr>
            <w:tcW w:w="3374" w:type="dxa"/>
          </w:tcPr>
          <w:p w14:paraId="275DA3F2" w14:textId="5275A893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&gt;= 97% Capacity</w:t>
            </w:r>
            <w:r w:rsidR="00B20A4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/容量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  <w:t xml:space="preserve">&gt;= </w:t>
            </w:r>
            <w:r w:rsidR="000116C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(?</w:t>
            </w:r>
            <w:proofErr w:type="gramStart"/>
            <w:r w:rsidR="000116C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  <w:r w:rsidR="00F74AE9" w:rsidRPr="00F74AE9">
              <w:rPr>
                <w:rFonts w:ascii="標楷體" w:eastAsia="標楷體" w:hAnsi="標楷體"/>
                <w:sz w:val="20"/>
                <w:szCs w:val="20"/>
              </w:rPr>
              <w:t>V</w:t>
            </w:r>
            <w:proofErr w:type="gramEnd"/>
            <w:r w:rsidR="00F74AE9" w:rsidRPr="00F74AE9">
              <w:rPr>
                <w:rFonts w:ascii="標楷體" w:eastAsia="標楷體" w:hAnsi="標楷體"/>
                <w:sz w:val="20"/>
                <w:szCs w:val="20"/>
              </w:rPr>
              <w:t xml:space="preserve"> / </w:t>
            </w:r>
            <w:r w:rsidR="000116C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(?)</w:t>
            </w:r>
            <w:r w:rsidR="00F74AE9" w:rsidRPr="00F74AE9">
              <w:rPr>
                <w:rFonts w:ascii="標楷體" w:eastAsia="標楷體" w:hAnsi="標楷體"/>
                <w:sz w:val="20"/>
                <w:szCs w:val="20"/>
              </w:rPr>
              <w:t xml:space="preserve">V / </w:t>
            </w:r>
            <w:r w:rsidR="000116C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(?)</w:t>
            </w:r>
            <w:r w:rsidR="00F74AE9" w:rsidRPr="00F74AE9">
              <w:rPr>
                <w:rFonts w:ascii="標楷體" w:eastAsia="標楷體" w:hAnsi="標楷體"/>
                <w:sz w:val="20"/>
                <w:szCs w:val="20"/>
              </w:rPr>
              <w:t>V</w:t>
            </w:r>
          </w:p>
        </w:tc>
        <w:tc>
          <w:tcPr>
            <w:tcW w:w="712" w:type="dxa"/>
          </w:tcPr>
          <w:p w14:paraId="3DF9FCCF" w14:textId="1D8C5EA1" w:rsidR="000210AC" w:rsidRDefault="00F74AE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normal</w:t>
            </w:r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[</w:t>
            </w:r>
            <w:proofErr w:type="gramEnd"/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 xml:space="preserve"> ]</w:t>
            </w:r>
          </w:p>
          <w:p w14:paraId="4E6750DB" w14:textId="5E4DC8B4" w:rsidR="00F74AE9" w:rsidRPr="007A442F" w:rsidRDefault="00F74AE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normal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[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]</w:t>
            </w:r>
          </w:p>
        </w:tc>
      </w:tr>
    </w:tbl>
    <w:p w14:paraId="493A1318" w14:textId="77777777" w:rsidR="000210AC" w:rsidRDefault="000210AC">
      <w:pPr>
        <w:rPr>
          <w:rFonts w:ascii="標楷體" w:eastAsia="標楷體" w:hAnsi="標楷體"/>
          <w:sz w:val="20"/>
          <w:szCs w:val="20"/>
          <w:lang w:eastAsia="zh-TW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2"/>
        <w:gridCol w:w="4688"/>
        <w:gridCol w:w="2626"/>
        <w:gridCol w:w="2626"/>
      </w:tblGrid>
      <w:tr w:rsidR="00B105D5" w14:paraId="19A2BAFD" w14:textId="77777777" w:rsidTr="00B105D5">
        <w:tc>
          <w:tcPr>
            <w:tcW w:w="10502" w:type="dxa"/>
            <w:gridSpan w:val="4"/>
            <w:shd w:val="clear" w:color="auto" w:fill="17365D" w:themeFill="text2" w:themeFillShade="BF"/>
          </w:tcPr>
          <w:p w14:paraId="4898668B" w14:textId="75C3A396" w:rsidR="00B105D5" w:rsidRPr="00B105D5" w:rsidRDefault="00B105D5" w:rsidP="00B105D5">
            <w:pPr>
              <w:jc w:val="center"/>
              <w:rPr>
                <w:rFonts w:ascii="標楷體" w:eastAsia="標楷體" w:hAnsi="標楷體"/>
                <w:color w:val="FFFFFF" w:themeColor="background1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color w:val="FFFFFF" w:themeColor="background1"/>
                <w:sz w:val="20"/>
                <w:szCs w:val="20"/>
                <w:lang w:eastAsia="zh-TW"/>
              </w:rPr>
              <w:t>11</w:t>
            </w:r>
            <w:r w:rsidR="00FD5AF1">
              <w:rPr>
                <w:rFonts w:ascii="標楷體" w:eastAsia="標楷體" w:hAnsi="標楷體" w:hint="eastAsia"/>
                <w:color w:val="FFFFFF" w:themeColor="background1"/>
                <w:sz w:val="20"/>
                <w:szCs w:val="20"/>
                <w:lang w:eastAsia="zh-TW"/>
              </w:rPr>
              <w:t>.飛行控制檢查/Fly Control Check</w:t>
            </w:r>
          </w:p>
        </w:tc>
      </w:tr>
      <w:tr w:rsidR="00C51603" w14:paraId="5C96C44E" w14:textId="77777777" w:rsidTr="00FD5AF1">
        <w:tc>
          <w:tcPr>
            <w:tcW w:w="562" w:type="dxa"/>
          </w:tcPr>
          <w:p w14:paraId="12EC433F" w14:textId="7636AFDB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</w:t>
            </w:r>
          </w:p>
        </w:tc>
        <w:tc>
          <w:tcPr>
            <w:tcW w:w="4688" w:type="dxa"/>
          </w:tcPr>
          <w:p w14:paraId="0CDC785E" w14:textId="71694540" w:rsidR="00C51603" w:rsidRDefault="00C51603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副翼左壓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桿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美手右桿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  <w:r w:rsidR="004D04E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4D04EC">
              <w:t xml:space="preserve"> </w:t>
            </w:r>
            <w:r w:rsidR="006B14D9">
              <w:rPr>
                <w:rFonts w:eastAsia="新細明體" w:hint="eastAsia"/>
                <w:lang w:eastAsia="zh-TW"/>
              </w:rPr>
              <w:t>(</w:t>
            </w:r>
            <w:r w:rsidR="00473CF9">
              <w:rPr>
                <w:rFonts w:ascii="新細明體" w:eastAsia="新細明體" w:hAnsi="新細明體" w:hint="eastAsia"/>
                <w:lang w:eastAsia="zh-TW"/>
              </w:rPr>
              <w:t>M</w:t>
            </w:r>
            <w:r w:rsidR="006B14D9">
              <w:rPr>
                <w:rFonts w:ascii="微軟正黑體" w:eastAsia="微軟正黑體" w:hAnsi="微軟正黑體" w:cs="微軟正黑體" w:hint="eastAsia"/>
                <w:lang w:eastAsia="zh-TW"/>
              </w:rPr>
              <w:t>ode 2)</w:t>
            </w:r>
            <w:r w:rsidR="0090584B">
              <w:rPr>
                <w:rFonts w:ascii="微軟正黑體" w:eastAsia="微軟正黑體" w:hAnsi="微軟正黑體" w:cs="微軟正黑體" w:hint="eastAsia"/>
                <w:lang w:eastAsia="zh-TW"/>
              </w:rPr>
              <w:t>right stick to left</w:t>
            </w:r>
          </w:p>
        </w:tc>
        <w:tc>
          <w:tcPr>
            <w:tcW w:w="2626" w:type="dxa"/>
          </w:tcPr>
          <w:p w14:paraId="010275A2" w14:textId="752E858B" w:rsidR="00C51603" w:rsidRDefault="00C51603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左上</w:t>
            </w:r>
            <w:r w:rsidR="003356A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右下</w:t>
            </w:r>
            <w:r w:rsidR="00DD3D2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/left aileron up and right </w:t>
            </w:r>
            <w:r w:rsidR="00C22D0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aileron down</w:t>
            </w:r>
          </w:p>
        </w:tc>
        <w:tc>
          <w:tcPr>
            <w:tcW w:w="2626" w:type="dxa"/>
          </w:tcPr>
          <w:p w14:paraId="56678644" w14:textId="03C5AA27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C51603" w14:paraId="5ABCA188" w14:textId="77777777" w:rsidTr="00FD5AF1">
        <w:tc>
          <w:tcPr>
            <w:tcW w:w="562" w:type="dxa"/>
          </w:tcPr>
          <w:p w14:paraId="1EF5D555" w14:textId="2B054CDC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2</w:t>
            </w:r>
          </w:p>
        </w:tc>
        <w:tc>
          <w:tcPr>
            <w:tcW w:w="4688" w:type="dxa"/>
          </w:tcPr>
          <w:p w14:paraId="5805CE0F" w14:textId="1D85524B" w:rsidR="00C51603" w:rsidRDefault="00C51603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副翼右壓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桿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美手右桿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  <w:r w:rsidR="004D04E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6B14D9">
              <w:t xml:space="preserve"> </w:t>
            </w:r>
            <w:r w:rsidR="006B14D9">
              <w:rPr>
                <w:rFonts w:eastAsia="新細明體" w:hint="eastAsia"/>
                <w:lang w:eastAsia="zh-TW"/>
              </w:rPr>
              <w:t>(</w:t>
            </w:r>
            <w:r w:rsidR="006B14D9">
              <w:rPr>
                <w:rFonts w:ascii="新細明體" w:eastAsia="新細明體" w:hAnsi="新細明體" w:hint="eastAsia"/>
                <w:lang w:eastAsia="zh-TW"/>
              </w:rPr>
              <w:t>M</w:t>
            </w:r>
            <w:r w:rsidR="006B14D9">
              <w:rPr>
                <w:rFonts w:ascii="微軟正黑體" w:eastAsia="微軟正黑體" w:hAnsi="微軟正黑體" w:cs="微軟正黑體" w:hint="eastAsia"/>
                <w:lang w:eastAsia="zh-TW"/>
              </w:rPr>
              <w:t>ode 2)</w:t>
            </w:r>
            <w:r w:rsidR="0090584B">
              <w:rPr>
                <w:rFonts w:ascii="微軟正黑體" w:eastAsia="微軟正黑體" w:hAnsi="微軟正黑體" w:cs="微軟正黑體" w:hint="eastAsia"/>
                <w:lang w:eastAsia="zh-TW"/>
              </w:rPr>
              <w:t xml:space="preserve">right stick to </w:t>
            </w:r>
            <w:r w:rsidR="00BB48C8">
              <w:rPr>
                <w:rFonts w:ascii="微軟正黑體" w:eastAsia="微軟正黑體" w:hAnsi="微軟正黑體" w:cs="微軟正黑體" w:hint="eastAsia"/>
                <w:lang w:eastAsia="zh-TW"/>
              </w:rPr>
              <w:t>right</w:t>
            </w:r>
          </w:p>
        </w:tc>
        <w:tc>
          <w:tcPr>
            <w:tcW w:w="2626" w:type="dxa"/>
          </w:tcPr>
          <w:p w14:paraId="71BEE76B" w14:textId="1890C7A1" w:rsidR="00C51603" w:rsidRDefault="00C51603" w:rsidP="00C22D0F">
            <w:pPr>
              <w:ind w:left="200" w:hangingChars="100" w:hanging="200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右上左下</w:t>
            </w:r>
            <w:r w:rsidR="00C22D0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 right aileron</w:t>
            </w:r>
            <w:r w:rsidR="004D075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up </w:t>
            </w:r>
            <w:r w:rsidR="00C22D0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and</w:t>
            </w:r>
            <w:r w:rsidR="004D075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left aileron down</w:t>
            </w:r>
            <w:r w:rsidR="00C22D0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2626" w:type="dxa"/>
          </w:tcPr>
          <w:p w14:paraId="43C0E922" w14:textId="511D42B4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C51603" w14:paraId="1869FA76" w14:textId="77777777" w:rsidTr="00FD5AF1">
        <w:tc>
          <w:tcPr>
            <w:tcW w:w="562" w:type="dxa"/>
          </w:tcPr>
          <w:p w14:paraId="118DB2A1" w14:textId="056267C5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3</w:t>
            </w:r>
          </w:p>
        </w:tc>
        <w:tc>
          <w:tcPr>
            <w:tcW w:w="4688" w:type="dxa"/>
          </w:tcPr>
          <w:p w14:paraId="040A8443" w14:textId="20A8301F" w:rsidR="00C51603" w:rsidRDefault="00C51603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升降</w:t>
            </w:r>
            <w:r w:rsidR="00E6781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舵向前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美手右桿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  <w:r w:rsidR="004D04E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E67819">
              <w:t xml:space="preserve"> </w:t>
            </w:r>
            <w:r w:rsidR="006B14D9">
              <w:rPr>
                <w:rFonts w:eastAsia="新細明體" w:hint="eastAsia"/>
                <w:lang w:eastAsia="zh-TW"/>
              </w:rPr>
              <w:t>(</w:t>
            </w:r>
            <w:r w:rsidR="006B14D9">
              <w:rPr>
                <w:rFonts w:ascii="新細明體" w:eastAsia="新細明體" w:hAnsi="新細明體" w:hint="eastAsia"/>
                <w:lang w:eastAsia="zh-TW"/>
              </w:rPr>
              <w:t>M</w:t>
            </w:r>
            <w:r w:rsidR="006B14D9">
              <w:rPr>
                <w:rFonts w:ascii="微軟正黑體" w:eastAsia="微軟正黑體" w:hAnsi="微軟正黑體" w:cs="微軟正黑體" w:hint="eastAsia"/>
                <w:lang w:eastAsia="zh-TW"/>
              </w:rPr>
              <w:t>ode 2)</w:t>
            </w:r>
            <w:r w:rsidR="00BB48C8">
              <w:rPr>
                <w:rFonts w:ascii="微軟正黑體" w:eastAsia="微軟正黑體" w:hAnsi="微軟正黑體" w:cs="微軟正黑體" w:hint="eastAsia"/>
                <w:lang w:eastAsia="zh-TW"/>
              </w:rPr>
              <w:t xml:space="preserve">right stick </w:t>
            </w:r>
            <w:proofErr w:type="spellStart"/>
            <w:r w:rsidR="00BB48C8">
              <w:rPr>
                <w:rFonts w:ascii="微軟正黑體" w:eastAsia="微軟正黑體" w:hAnsi="微軟正黑體" w:cs="微軟正黑體" w:hint="eastAsia"/>
                <w:lang w:eastAsia="zh-TW"/>
              </w:rPr>
              <w:t>foward</w:t>
            </w:r>
            <w:proofErr w:type="spellEnd"/>
          </w:p>
        </w:tc>
        <w:tc>
          <w:tcPr>
            <w:tcW w:w="2626" w:type="dxa"/>
          </w:tcPr>
          <w:p w14:paraId="2280B38B" w14:textId="4CDD59D7" w:rsidR="00C51603" w:rsidRDefault="008F3701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前下/</w:t>
            </w:r>
            <w:r w:rsidR="00B0021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elevator </w:t>
            </w:r>
            <w:r w:rsidR="0004302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go down</w:t>
            </w:r>
          </w:p>
        </w:tc>
        <w:tc>
          <w:tcPr>
            <w:tcW w:w="2626" w:type="dxa"/>
          </w:tcPr>
          <w:p w14:paraId="3E748DA0" w14:textId="6A94D77E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E67819" w14:paraId="3DA2D59E" w14:textId="77777777" w:rsidTr="00FD5AF1">
        <w:tc>
          <w:tcPr>
            <w:tcW w:w="562" w:type="dxa"/>
          </w:tcPr>
          <w:p w14:paraId="72F1A2EF" w14:textId="05473479" w:rsidR="00E67819" w:rsidRDefault="004D0758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4</w:t>
            </w:r>
          </w:p>
        </w:tc>
        <w:tc>
          <w:tcPr>
            <w:tcW w:w="4688" w:type="dxa"/>
          </w:tcPr>
          <w:p w14:paraId="3B04ADA6" w14:textId="73A042F5" w:rsidR="00E67819" w:rsidRDefault="00E67819" w:rsidP="001E41D2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升降舵回中(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美手右桿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)/</w:t>
            </w:r>
            <w:r w:rsidR="006B14D9">
              <w:t xml:space="preserve"> </w:t>
            </w:r>
            <w:r w:rsidR="006B14D9">
              <w:rPr>
                <w:rFonts w:eastAsia="新細明體" w:hint="eastAsia"/>
                <w:lang w:eastAsia="zh-TW"/>
              </w:rPr>
              <w:t>(</w:t>
            </w:r>
            <w:r w:rsidR="006B14D9">
              <w:rPr>
                <w:rFonts w:ascii="新細明體" w:eastAsia="新細明體" w:hAnsi="新細明體" w:hint="eastAsia"/>
                <w:lang w:eastAsia="zh-TW"/>
              </w:rPr>
              <w:t>M</w:t>
            </w:r>
            <w:r w:rsidR="006B14D9">
              <w:rPr>
                <w:rFonts w:ascii="微軟正黑體" w:eastAsia="微軟正黑體" w:hAnsi="微軟正黑體" w:cs="微軟正黑體" w:hint="eastAsia"/>
                <w:lang w:eastAsia="zh-TW"/>
              </w:rPr>
              <w:t>ode 2)</w:t>
            </w:r>
            <w:r w:rsidR="00740DE4" w:rsidRPr="001A7857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 xml:space="preserve">right stick </w:t>
            </w:r>
            <w:r w:rsidR="00B23C29" w:rsidRPr="001A7857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 xml:space="preserve">      place in the center</w:t>
            </w:r>
          </w:p>
        </w:tc>
        <w:tc>
          <w:tcPr>
            <w:tcW w:w="2626" w:type="dxa"/>
          </w:tcPr>
          <w:p w14:paraId="3D8698D7" w14:textId="74046C74" w:rsidR="00FF171A" w:rsidRDefault="00EE2D9E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中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中</w:t>
            </w:r>
            <w:proofErr w:type="gramEnd"/>
            <w:r w:rsidR="00FF171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/elevator in </w:t>
            </w:r>
            <w:r w:rsidR="00EA70A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mid</w:t>
            </w:r>
          </w:p>
        </w:tc>
        <w:tc>
          <w:tcPr>
            <w:tcW w:w="2626" w:type="dxa"/>
          </w:tcPr>
          <w:p w14:paraId="6FA23A48" w14:textId="2C4C3BC3" w:rsidR="00E67819" w:rsidRPr="007A442F" w:rsidRDefault="001A7857" w:rsidP="00C5160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E67819" w14:paraId="24DC889F" w14:textId="77777777" w:rsidTr="00FD5AF1">
        <w:tc>
          <w:tcPr>
            <w:tcW w:w="562" w:type="dxa"/>
          </w:tcPr>
          <w:p w14:paraId="3C2AD81E" w14:textId="17B4B64A" w:rsidR="00E67819" w:rsidRDefault="004D0758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5</w:t>
            </w:r>
          </w:p>
        </w:tc>
        <w:tc>
          <w:tcPr>
            <w:tcW w:w="4688" w:type="dxa"/>
          </w:tcPr>
          <w:p w14:paraId="52B1C1FA" w14:textId="663594BB" w:rsidR="00E67819" w:rsidRDefault="00E67819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升降舵向後(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美手右桿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)/</w:t>
            </w:r>
            <w:r w:rsidR="006B14D9">
              <w:t xml:space="preserve"> </w:t>
            </w:r>
            <w:r w:rsidR="006B14D9">
              <w:rPr>
                <w:rFonts w:eastAsia="新細明體" w:hint="eastAsia"/>
                <w:lang w:eastAsia="zh-TW"/>
              </w:rPr>
              <w:t>(</w:t>
            </w:r>
            <w:r w:rsidR="006B14D9">
              <w:rPr>
                <w:rFonts w:ascii="新細明體" w:eastAsia="新細明體" w:hAnsi="新細明體" w:hint="eastAsia"/>
                <w:lang w:eastAsia="zh-TW"/>
              </w:rPr>
              <w:t>M</w:t>
            </w:r>
            <w:r w:rsidR="006B14D9">
              <w:rPr>
                <w:rFonts w:ascii="微軟正黑體" w:eastAsia="微軟正黑體" w:hAnsi="微軟正黑體" w:cs="微軟正黑體" w:hint="eastAsia"/>
                <w:lang w:eastAsia="zh-TW"/>
              </w:rPr>
              <w:t>ode 2)</w:t>
            </w:r>
            <w:proofErr w:type="spellStart"/>
            <w:r w:rsidR="004E24CC" w:rsidRPr="001A7857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rigft</w:t>
            </w:r>
            <w:proofErr w:type="spellEnd"/>
            <w:r w:rsidR="004E24CC" w:rsidRPr="001A7857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 xml:space="preserve"> stick go rear</w:t>
            </w:r>
          </w:p>
        </w:tc>
        <w:tc>
          <w:tcPr>
            <w:tcW w:w="2626" w:type="dxa"/>
          </w:tcPr>
          <w:p w14:paraId="086B7947" w14:textId="395AE86C" w:rsidR="00E67819" w:rsidRDefault="00EE2D9E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後上</w:t>
            </w:r>
            <w:r w:rsidR="00FF171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EA70A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elevator</w:t>
            </w:r>
            <w:r w:rsidR="0004302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go up</w:t>
            </w:r>
          </w:p>
        </w:tc>
        <w:tc>
          <w:tcPr>
            <w:tcW w:w="2626" w:type="dxa"/>
          </w:tcPr>
          <w:p w14:paraId="1E184A06" w14:textId="039D83B5" w:rsidR="00E67819" w:rsidRPr="007A442F" w:rsidRDefault="001A7857" w:rsidP="00C5160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C51603" w14:paraId="62A73AFA" w14:textId="77777777" w:rsidTr="00FD5AF1">
        <w:tc>
          <w:tcPr>
            <w:tcW w:w="562" w:type="dxa"/>
          </w:tcPr>
          <w:p w14:paraId="488F4771" w14:textId="687805D2" w:rsidR="00C51603" w:rsidRDefault="004D0758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6</w:t>
            </w:r>
          </w:p>
        </w:tc>
        <w:tc>
          <w:tcPr>
            <w:tcW w:w="4688" w:type="dxa"/>
          </w:tcPr>
          <w:p w14:paraId="3BB48C79" w14:textId="5778D72D" w:rsidR="009D3ADA" w:rsidRPr="001A7857" w:rsidRDefault="00C51603" w:rsidP="00C51603">
            <w:pPr>
              <w:rPr>
                <w:rFonts w:ascii="微軟正黑體" w:eastAsia="微軟正黑體" w:hAnsi="微軟正黑體" w:cs="微軟正黑體"/>
                <w:color w:val="EE0000"/>
                <w:sz w:val="20"/>
                <w:szCs w:val="20"/>
                <w:lang w:eastAsia="zh-TW"/>
              </w:rPr>
            </w:pPr>
            <w:r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方向舵向左(</w:t>
            </w:r>
            <w:proofErr w:type="gramStart"/>
            <w:r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美手左桿</w:t>
            </w:r>
            <w:proofErr w:type="gramEnd"/>
            <w:r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)</w:t>
            </w:r>
            <w:r w:rsidR="004D04EC"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/</w:t>
            </w:r>
            <w:r w:rsidR="006B14D9" w:rsidRPr="001A7857">
              <w:rPr>
                <w:color w:val="EE0000"/>
                <w:sz w:val="20"/>
                <w:szCs w:val="20"/>
              </w:rPr>
              <w:t xml:space="preserve"> </w:t>
            </w:r>
            <w:r w:rsidR="006B14D9" w:rsidRPr="001A7857">
              <w:rPr>
                <w:rFonts w:eastAsia="新細明體" w:hint="eastAsia"/>
                <w:color w:val="EE0000"/>
                <w:sz w:val="20"/>
                <w:szCs w:val="20"/>
                <w:lang w:eastAsia="zh-TW"/>
              </w:rPr>
              <w:t>(</w:t>
            </w:r>
            <w:r w:rsidR="006B14D9" w:rsidRPr="001A7857">
              <w:rPr>
                <w:rFonts w:ascii="新細明體" w:eastAsia="新細明體" w:hAnsi="新細明體" w:hint="eastAsia"/>
                <w:color w:val="EE0000"/>
                <w:sz w:val="20"/>
                <w:szCs w:val="20"/>
                <w:lang w:eastAsia="zh-TW"/>
              </w:rPr>
              <w:t>M</w:t>
            </w:r>
            <w:r w:rsidR="006B14D9" w:rsidRPr="001A7857">
              <w:rPr>
                <w:rFonts w:ascii="微軟正黑體" w:eastAsia="微軟正黑體" w:hAnsi="微軟正黑體" w:cs="微軟正黑體" w:hint="eastAsia"/>
                <w:color w:val="EE0000"/>
                <w:sz w:val="20"/>
                <w:szCs w:val="20"/>
                <w:lang w:eastAsia="zh-TW"/>
              </w:rPr>
              <w:t>ode 2)</w:t>
            </w:r>
            <w:r w:rsidR="007848CC" w:rsidRPr="001A7857">
              <w:rPr>
                <w:rFonts w:ascii="微軟正黑體" w:eastAsia="微軟正黑體" w:hAnsi="微軟正黑體" w:cs="微軟正黑體" w:hint="eastAsia"/>
                <w:color w:val="EE0000"/>
                <w:sz w:val="20"/>
                <w:szCs w:val="20"/>
                <w:lang w:eastAsia="zh-TW"/>
              </w:rPr>
              <w:t>Left</w:t>
            </w:r>
            <w:r w:rsidR="009D3ADA" w:rsidRPr="001A7857">
              <w:rPr>
                <w:rFonts w:ascii="微軟正黑體" w:eastAsia="微軟正黑體" w:hAnsi="微軟正黑體" w:cs="微軟正黑體" w:hint="eastAsia"/>
                <w:color w:val="EE0000"/>
                <w:sz w:val="20"/>
                <w:szCs w:val="20"/>
                <w:lang w:eastAsia="zh-TW"/>
              </w:rPr>
              <w:t xml:space="preserve"> stick to left</w:t>
            </w:r>
          </w:p>
        </w:tc>
        <w:tc>
          <w:tcPr>
            <w:tcW w:w="2626" w:type="dxa"/>
          </w:tcPr>
          <w:p w14:paraId="187DD04E" w14:textId="44782B31" w:rsidR="00C51603" w:rsidRPr="005E4E7C" w:rsidRDefault="00C51603" w:rsidP="00C51603">
            <w:pPr>
              <w:rPr>
                <w:rFonts w:ascii="標楷體" w:eastAsia="標楷體" w:hAnsi="標楷體"/>
                <w:color w:val="EE0000"/>
                <w:sz w:val="20"/>
                <w:szCs w:val="20"/>
                <w:lang w:eastAsia="zh-TW"/>
              </w:rPr>
            </w:pPr>
            <w:proofErr w:type="gramStart"/>
            <w:r w:rsidRPr="005E4E7C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左壓左出</w:t>
            </w:r>
            <w:proofErr w:type="gramEnd"/>
            <w:r w:rsidR="005E4E7C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/</w:t>
            </w:r>
            <w:r w:rsidR="009D3ADA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r</w:t>
            </w:r>
            <w:r w:rsidR="00043029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udder turn left</w:t>
            </w:r>
          </w:p>
        </w:tc>
        <w:tc>
          <w:tcPr>
            <w:tcW w:w="2626" w:type="dxa"/>
          </w:tcPr>
          <w:p w14:paraId="2DAD0BB7" w14:textId="6B1BF063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C51603" w14:paraId="7EC40DFF" w14:textId="77777777" w:rsidTr="00FD5AF1">
        <w:tc>
          <w:tcPr>
            <w:tcW w:w="562" w:type="dxa"/>
          </w:tcPr>
          <w:p w14:paraId="71BB48D4" w14:textId="6C69AD77" w:rsidR="00C51603" w:rsidRDefault="004D0758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4688" w:type="dxa"/>
          </w:tcPr>
          <w:p w14:paraId="38E5D7F0" w14:textId="52E0CB0C" w:rsidR="00C51603" w:rsidRPr="001A7857" w:rsidRDefault="00C51603" w:rsidP="00C51603">
            <w:pPr>
              <w:rPr>
                <w:rFonts w:ascii="標楷體" w:eastAsia="標楷體" w:hAnsi="標楷體"/>
                <w:color w:val="EE0000"/>
                <w:sz w:val="20"/>
                <w:szCs w:val="20"/>
                <w:lang w:eastAsia="zh-TW"/>
              </w:rPr>
            </w:pPr>
            <w:r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方向舵向右(</w:t>
            </w:r>
            <w:proofErr w:type="gramStart"/>
            <w:r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美手</w:t>
            </w:r>
            <w:r w:rsidR="006B14D9"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左</w:t>
            </w:r>
            <w:r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桿</w:t>
            </w:r>
            <w:proofErr w:type="gramEnd"/>
            <w:r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)</w:t>
            </w:r>
            <w:r w:rsidR="004D04EC"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/</w:t>
            </w:r>
            <w:r w:rsidR="006B14D9" w:rsidRPr="001A7857">
              <w:rPr>
                <w:color w:val="EE0000"/>
                <w:sz w:val="20"/>
                <w:szCs w:val="20"/>
              </w:rPr>
              <w:t xml:space="preserve"> </w:t>
            </w:r>
            <w:r w:rsidR="006B14D9" w:rsidRPr="001A7857">
              <w:rPr>
                <w:rFonts w:eastAsia="新細明體" w:hint="eastAsia"/>
                <w:color w:val="EE0000"/>
                <w:sz w:val="20"/>
                <w:szCs w:val="20"/>
                <w:lang w:eastAsia="zh-TW"/>
              </w:rPr>
              <w:t>(</w:t>
            </w:r>
            <w:r w:rsidR="006B14D9" w:rsidRPr="001A7857">
              <w:rPr>
                <w:rFonts w:ascii="新細明體" w:eastAsia="新細明體" w:hAnsi="新細明體" w:hint="eastAsia"/>
                <w:color w:val="EE0000"/>
                <w:sz w:val="20"/>
                <w:szCs w:val="20"/>
                <w:lang w:eastAsia="zh-TW"/>
              </w:rPr>
              <w:t>M</w:t>
            </w:r>
            <w:r w:rsidR="006B14D9" w:rsidRPr="001A7857">
              <w:rPr>
                <w:rFonts w:ascii="微軟正黑體" w:eastAsia="微軟正黑體" w:hAnsi="微軟正黑體" w:cs="微軟正黑體" w:hint="eastAsia"/>
                <w:color w:val="EE0000"/>
                <w:sz w:val="20"/>
                <w:szCs w:val="20"/>
                <w:lang w:eastAsia="zh-TW"/>
              </w:rPr>
              <w:t>ode 2)</w:t>
            </w:r>
            <w:r w:rsidR="009D3ADA" w:rsidRPr="001A7857">
              <w:rPr>
                <w:rFonts w:ascii="微軟正黑體" w:eastAsia="微軟正黑體" w:hAnsi="微軟正黑體" w:hint="eastAsia"/>
                <w:color w:val="EE0000"/>
                <w:sz w:val="20"/>
                <w:szCs w:val="20"/>
                <w:lang w:eastAsia="zh-TW"/>
              </w:rPr>
              <w:t>Left stick to right</w:t>
            </w:r>
          </w:p>
        </w:tc>
        <w:tc>
          <w:tcPr>
            <w:tcW w:w="2626" w:type="dxa"/>
          </w:tcPr>
          <w:p w14:paraId="6499F3D1" w14:textId="7543E96A" w:rsidR="00C51603" w:rsidRPr="001A7857" w:rsidRDefault="00C51603" w:rsidP="00C51603">
            <w:pPr>
              <w:rPr>
                <w:rFonts w:ascii="標楷體" w:eastAsia="標楷體" w:hAnsi="標楷體"/>
                <w:color w:val="EE0000"/>
                <w:sz w:val="20"/>
                <w:szCs w:val="20"/>
                <w:lang w:eastAsia="zh-TW"/>
              </w:rPr>
            </w:pPr>
            <w:proofErr w:type="gramStart"/>
            <w:r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右壓右出</w:t>
            </w:r>
            <w:proofErr w:type="gramEnd"/>
            <w:r w:rsidR="005E4E7C"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/</w:t>
            </w:r>
            <w:r w:rsidR="00043029"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rudder turn right</w:t>
            </w:r>
          </w:p>
        </w:tc>
        <w:tc>
          <w:tcPr>
            <w:tcW w:w="2626" w:type="dxa"/>
          </w:tcPr>
          <w:p w14:paraId="012B8CC5" w14:textId="29E1EA38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C51603" w14:paraId="5DA388AC" w14:textId="77777777" w:rsidTr="00FD5AF1">
        <w:tc>
          <w:tcPr>
            <w:tcW w:w="562" w:type="dxa"/>
          </w:tcPr>
          <w:p w14:paraId="48AEDCE5" w14:textId="3FCEA801" w:rsidR="00C51603" w:rsidRDefault="004D0758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8</w:t>
            </w:r>
          </w:p>
        </w:tc>
        <w:tc>
          <w:tcPr>
            <w:tcW w:w="4688" w:type="dxa"/>
          </w:tcPr>
          <w:p w14:paraId="775D14C8" w14:textId="2E8E7A7D" w:rsidR="00C51603" w:rsidRDefault="00C51603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油門保</w:t>
            </w:r>
            <w:r w:rsidR="002F5D8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持最大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10sec-30sec</w:t>
            </w:r>
            <w:r w:rsidR="004D04E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2F5D8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Keep </w:t>
            </w:r>
            <w:r w:rsidR="006B14D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Throttle max</w:t>
            </w:r>
            <w:r w:rsidR="00B44D0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imum</w:t>
            </w:r>
            <w:r w:rsidR="00B12BC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for 10sec-30sec</w:t>
            </w:r>
          </w:p>
        </w:tc>
        <w:tc>
          <w:tcPr>
            <w:tcW w:w="2626" w:type="dxa"/>
          </w:tcPr>
          <w:p w14:paraId="48F32375" w14:textId="044645D6" w:rsidR="00C51603" w:rsidRDefault="00C51603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穩定</w:t>
            </w:r>
            <w:r w:rsidR="009F35C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且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無異常震動</w:t>
            </w:r>
            <w:r w:rsidR="009F35C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9F35CF">
              <w:t xml:space="preserve"> </w:t>
            </w:r>
            <w:r w:rsidR="009F35CF" w:rsidRPr="009F35CF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Stable </w:t>
            </w:r>
            <w:r w:rsidR="009F35C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and </w:t>
            </w:r>
            <w:r w:rsidR="009F35CF" w:rsidRPr="009F35CF">
              <w:rPr>
                <w:rFonts w:ascii="標楷體" w:eastAsia="標楷體" w:hAnsi="標楷體"/>
                <w:sz w:val="20"/>
                <w:szCs w:val="20"/>
                <w:lang w:eastAsia="zh-TW"/>
              </w:rPr>
              <w:t>without abnormal vibration</w:t>
            </w:r>
          </w:p>
        </w:tc>
        <w:tc>
          <w:tcPr>
            <w:tcW w:w="2626" w:type="dxa"/>
          </w:tcPr>
          <w:p w14:paraId="32A42170" w14:textId="5AE341AE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C51603" w14:paraId="0D6F336A" w14:textId="77777777" w:rsidTr="00FD5AF1">
        <w:tc>
          <w:tcPr>
            <w:tcW w:w="562" w:type="dxa"/>
          </w:tcPr>
          <w:p w14:paraId="6522F829" w14:textId="5CEFC8E7" w:rsidR="00C51603" w:rsidRDefault="004D0758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lastRenderedPageBreak/>
              <w:t>9</w:t>
            </w:r>
          </w:p>
        </w:tc>
        <w:tc>
          <w:tcPr>
            <w:tcW w:w="4688" w:type="dxa"/>
          </w:tcPr>
          <w:p w14:paraId="09972ABE" w14:textId="0717682C" w:rsidR="00C51603" w:rsidRPr="00C51603" w:rsidRDefault="00C51603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各操縱系</w:t>
            </w:r>
            <w:r w:rsidR="001E57A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/Fly</w:t>
            </w:r>
            <w:r w:rsidR="0091501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control system</w:t>
            </w:r>
          </w:p>
        </w:tc>
        <w:tc>
          <w:tcPr>
            <w:tcW w:w="2626" w:type="dxa"/>
          </w:tcPr>
          <w:p w14:paraId="074F7971" w14:textId="26779654" w:rsidR="00C51603" w:rsidRDefault="00C51603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活動自如行程正確</w:t>
            </w:r>
            <w:r w:rsidR="009F35C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9F35CF">
              <w:t xml:space="preserve"> </w:t>
            </w:r>
            <w:r w:rsidR="009F35CF" w:rsidRPr="009F35CF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Activities are flexible </w:t>
            </w:r>
            <w:r w:rsidR="0091501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and stick travel correct</w:t>
            </w:r>
          </w:p>
        </w:tc>
        <w:tc>
          <w:tcPr>
            <w:tcW w:w="2626" w:type="dxa"/>
          </w:tcPr>
          <w:p w14:paraId="0EF2A34B" w14:textId="5B5B9A28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</w:tbl>
    <w:p w14:paraId="6B718E62" w14:textId="77777777" w:rsidR="00BB34F2" w:rsidRDefault="00BB34F2">
      <w:pPr>
        <w:rPr>
          <w:rFonts w:ascii="標楷體" w:eastAsia="標楷體" w:hAnsi="標楷體"/>
          <w:sz w:val="20"/>
          <w:szCs w:val="20"/>
          <w:lang w:eastAsia="zh-TW"/>
        </w:rPr>
      </w:pPr>
    </w:p>
    <w:p w14:paraId="31BA5E09" w14:textId="77777777" w:rsidR="00BB34F2" w:rsidRDefault="00BB34F2">
      <w:pPr>
        <w:rPr>
          <w:rFonts w:ascii="標楷體" w:eastAsia="標楷體" w:hAnsi="標楷體"/>
          <w:sz w:val="20"/>
          <w:szCs w:val="20"/>
          <w:lang w:eastAsia="zh-TW"/>
        </w:rPr>
      </w:pPr>
    </w:p>
    <w:p w14:paraId="4E65E5C7" w14:textId="77777777" w:rsidR="00BB34F2" w:rsidRDefault="00BB34F2">
      <w:pPr>
        <w:rPr>
          <w:rFonts w:ascii="標楷體" w:eastAsia="標楷體" w:hAnsi="標楷體"/>
          <w:sz w:val="20"/>
          <w:szCs w:val="20"/>
          <w:lang w:eastAsia="zh-TW"/>
        </w:rPr>
      </w:pPr>
    </w:p>
    <w:p w14:paraId="709F84DE" w14:textId="77777777" w:rsidR="00BB34F2" w:rsidRDefault="00BB34F2">
      <w:pPr>
        <w:rPr>
          <w:rFonts w:ascii="標楷體" w:eastAsia="標楷體" w:hAnsi="標楷體"/>
          <w:sz w:val="20"/>
          <w:szCs w:val="20"/>
          <w:lang w:eastAsia="zh-TW"/>
        </w:rPr>
      </w:pPr>
    </w:p>
    <w:p w14:paraId="05B2E15C" w14:textId="77777777" w:rsidR="00BB34F2" w:rsidRPr="007A442F" w:rsidRDefault="00BB34F2">
      <w:pPr>
        <w:rPr>
          <w:rFonts w:ascii="標楷體" w:eastAsia="標楷體" w:hAnsi="標楷體"/>
          <w:sz w:val="20"/>
          <w:szCs w:val="20"/>
          <w:lang w:eastAsia="zh-TW"/>
        </w:rPr>
      </w:pPr>
    </w:p>
    <w:p w14:paraId="53FB60E6" w14:textId="77777777" w:rsidR="000210AC" w:rsidRDefault="00ED007B">
      <w:pPr>
        <w:jc w:val="center"/>
        <w:rPr>
          <w:rFonts w:ascii="標楷體" w:eastAsia="標楷體" w:hAnsi="標楷體"/>
          <w:sz w:val="20"/>
          <w:szCs w:val="20"/>
        </w:rPr>
      </w:pPr>
      <w:r w:rsidRPr="007A442F">
        <w:rPr>
          <w:rFonts w:ascii="標楷體" w:eastAsia="標楷體" w:hAnsi="標楷體"/>
          <w:sz w:val="20"/>
          <w:szCs w:val="20"/>
        </w:rPr>
        <w:t xml:space="preserve">------------------------------------------------ END / </w:t>
      </w:r>
      <w:proofErr w:type="spellStart"/>
      <w:r w:rsidRPr="007A442F">
        <w:rPr>
          <w:rFonts w:ascii="標楷體" w:eastAsia="標楷體" w:hAnsi="標楷體"/>
          <w:sz w:val="20"/>
          <w:szCs w:val="20"/>
        </w:rPr>
        <w:t>結束</w:t>
      </w:r>
      <w:proofErr w:type="spellEnd"/>
      <w:r w:rsidRPr="007A442F">
        <w:rPr>
          <w:rFonts w:ascii="標楷體" w:eastAsia="標楷體" w:hAnsi="標楷體"/>
          <w:sz w:val="20"/>
          <w:szCs w:val="20"/>
        </w:rPr>
        <w:t xml:space="preserve"> ------------------------------------------------</w:t>
      </w:r>
    </w:p>
    <w:p w14:paraId="2FFB2137" w14:textId="6CDF283C" w:rsidR="00BC34EB" w:rsidRPr="007A442F" w:rsidRDefault="00BC34EB" w:rsidP="00EB05A8">
      <w:pPr>
        <w:rPr>
          <w:rFonts w:ascii="標楷體" w:eastAsia="標楷體" w:hAnsi="標楷體"/>
          <w:sz w:val="20"/>
          <w:szCs w:val="20"/>
          <w:lang w:eastAsia="zh-TW"/>
        </w:rPr>
      </w:pPr>
    </w:p>
    <w:sectPr w:rsidR="00BC34EB" w:rsidRPr="007A442F" w:rsidSect="00034616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5441D" w14:textId="77777777" w:rsidR="009745D9" w:rsidRDefault="009745D9" w:rsidP="009A3B2B">
      <w:pPr>
        <w:spacing w:after="0" w:line="240" w:lineRule="auto"/>
      </w:pPr>
      <w:r>
        <w:separator/>
      </w:r>
    </w:p>
  </w:endnote>
  <w:endnote w:type="continuationSeparator" w:id="0">
    <w:p w14:paraId="7551CBBE" w14:textId="77777777" w:rsidR="009745D9" w:rsidRDefault="009745D9" w:rsidP="009A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28B5E" w14:textId="77777777" w:rsidR="009745D9" w:rsidRDefault="009745D9" w:rsidP="009A3B2B">
      <w:pPr>
        <w:spacing w:after="0" w:line="240" w:lineRule="auto"/>
      </w:pPr>
      <w:r>
        <w:separator/>
      </w:r>
    </w:p>
  </w:footnote>
  <w:footnote w:type="continuationSeparator" w:id="0">
    <w:p w14:paraId="1EE0BB02" w14:textId="77777777" w:rsidR="009745D9" w:rsidRDefault="009745D9" w:rsidP="009A3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13548546">
    <w:abstractNumId w:val="8"/>
  </w:num>
  <w:num w:numId="2" w16cid:durableId="1908494330">
    <w:abstractNumId w:val="6"/>
  </w:num>
  <w:num w:numId="3" w16cid:durableId="1192451681">
    <w:abstractNumId w:val="5"/>
  </w:num>
  <w:num w:numId="4" w16cid:durableId="1936086457">
    <w:abstractNumId w:val="4"/>
  </w:num>
  <w:num w:numId="5" w16cid:durableId="981815471">
    <w:abstractNumId w:val="7"/>
  </w:num>
  <w:num w:numId="6" w16cid:durableId="679740746">
    <w:abstractNumId w:val="3"/>
  </w:num>
  <w:num w:numId="7" w16cid:durableId="331571157">
    <w:abstractNumId w:val="2"/>
  </w:num>
  <w:num w:numId="8" w16cid:durableId="419714010">
    <w:abstractNumId w:val="1"/>
  </w:num>
  <w:num w:numId="9" w16cid:durableId="195898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16CA"/>
    <w:rsid w:val="000210AC"/>
    <w:rsid w:val="00034616"/>
    <w:rsid w:val="0003479C"/>
    <w:rsid w:val="00035060"/>
    <w:rsid w:val="00036B5A"/>
    <w:rsid w:val="00043029"/>
    <w:rsid w:val="000456B8"/>
    <w:rsid w:val="0006063C"/>
    <w:rsid w:val="0006152B"/>
    <w:rsid w:val="00084D75"/>
    <w:rsid w:val="00091E1A"/>
    <w:rsid w:val="00095FFF"/>
    <w:rsid w:val="000B1B77"/>
    <w:rsid w:val="000D30B2"/>
    <w:rsid w:val="000E28A1"/>
    <w:rsid w:val="000E51E5"/>
    <w:rsid w:val="00101EC7"/>
    <w:rsid w:val="00103B78"/>
    <w:rsid w:val="00112139"/>
    <w:rsid w:val="00121673"/>
    <w:rsid w:val="00122756"/>
    <w:rsid w:val="0013373F"/>
    <w:rsid w:val="00136AAF"/>
    <w:rsid w:val="001466B8"/>
    <w:rsid w:val="0015074B"/>
    <w:rsid w:val="00150FD5"/>
    <w:rsid w:val="00161BD2"/>
    <w:rsid w:val="001864E9"/>
    <w:rsid w:val="00190064"/>
    <w:rsid w:val="00190C8A"/>
    <w:rsid w:val="001A7857"/>
    <w:rsid w:val="001B4D06"/>
    <w:rsid w:val="001C032E"/>
    <w:rsid w:val="001C5741"/>
    <w:rsid w:val="001D278B"/>
    <w:rsid w:val="001D3025"/>
    <w:rsid w:val="001D5919"/>
    <w:rsid w:val="001E41D2"/>
    <w:rsid w:val="001E537F"/>
    <w:rsid w:val="001E57AC"/>
    <w:rsid w:val="001F7837"/>
    <w:rsid w:val="002276C2"/>
    <w:rsid w:val="0023251D"/>
    <w:rsid w:val="00233CF4"/>
    <w:rsid w:val="00236088"/>
    <w:rsid w:val="0024003F"/>
    <w:rsid w:val="00260A75"/>
    <w:rsid w:val="00260C00"/>
    <w:rsid w:val="002915F9"/>
    <w:rsid w:val="0029639D"/>
    <w:rsid w:val="002C2191"/>
    <w:rsid w:val="002D68B1"/>
    <w:rsid w:val="002E27F3"/>
    <w:rsid w:val="002E3BAC"/>
    <w:rsid w:val="002E493D"/>
    <w:rsid w:val="002F4CA7"/>
    <w:rsid w:val="002F5D84"/>
    <w:rsid w:val="002F6C52"/>
    <w:rsid w:val="00312526"/>
    <w:rsid w:val="00312B6D"/>
    <w:rsid w:val="00326F90"/>
    <w:rsid w:val="00332475"/>
    <w:rsid w:val="003356AA"/>
    <w:rsid w:val="00345B03"/>
    <w:rsid w:val="00381774"/>
    <w:rsid w:val="00392B49"/>
    <w:rsid w:val="003B32C8"/>
    <w:rsid w:val="003B59CE"/>
    <w:rsid w:val="003C06F4"/>
    <w:rsid w:val="003D0D7C"/>
    <w:rsid w:val="003F2BF4"/>
    <w:rsid w:val="00404843"/>
    <w:rsid w:val="0041138A"/>
    <w:rsid w:val="00415860"/>
    <w:rsid w:val="00416197"/>
    <w:rsid w:val="0043144E"/>
    <w:rsid w:val="00441DAD"/>
    <w:rsid w:val="00444C6F"/>
    <w:rsid w:val="0046246E"/>
    <w:rsid w:val="00473CF9"/>
    <w:rsid w:val="00482FA8"/>
    <w:rsid w:val="00486F61"/>
    <w:rsid w:val="004B3595"/>
    <w:rsid w:val="004B3641"/>
    <w:rsid w:val="004B5723"/>
    <w:rsid w:val="004C16EE"/>
    <w:rsid w:val="004D04EC"/>
    <w:rsid w:val="004D0758"/>
    <w:rsid w:val="004D3D9C"/>
    <w:rsid w:val="004E24CC"/>
    <w:rsid w:val="004F004B"/>
    <w:rsid w:val="004F04F8"/>
    <w:rsid w:val="00504A2B"/>
    <w:rsid w:val="00525836"/>
    <w:rsid w:val="005530F8"/>
    <w:rsid w:val="00562106"/>
    <w:rsid w:val="00583C1F"/>
    <w:rsid w:val="005A05AE"/>
    <w:rsid w:val="005A7BAE"/>
    <w:rsid w:val="005B2D4F"/>
    <w:rsid w:val="005C6579"/>
    <w:rsid w:val="005E4E7C"/>
    <w:rsid w:val="005E6918"/>
    <w:rsid w:val="005F1D12"/>
    <w:rsid w:val="00632149"/>
    <w:rsid w:val="00633958"/>
    <w:rsid w:val="006426D2"/>
    <w:rsid w:val="00643598"/>
    <w:rsid w:val="00687B36"/>
    <w:rsid w:val="006B14D9"/>
    <w:rsid w:val="006C787A"/>
    <w:rsid w:val="006E7EE1"/>
    <w:rsid w:val="006F12FF"/>
    <w:rsid w:val="006F4D9F"/>
    <w:rsid w:val="007023A1"/>
    <w:rsid w:val="00714D6E"/>
    <w:rsid w:val="0073112B"/>
    <w:rsid w:val="00737216"/>
    <w:rsid w:val="00740DE4"/>
    <w:rsid w:val="00741821"/>
    <w:rsid w:val="00784858"/>
    <w:rsid w:val="007848CC"/>
    <w:rsid w:val="00790F85"/>
    <w:rsid w:val="00792E47"/>
    <w:rsid w:val="007935FF"/>
    <w:rsid w:val="007A442F"/>
    <w:rsid w:val="007B6A13"/>
    <w:rsid w:val="007F0E36"/>
    <w:rsid w:val="0080211F"/>
    <w:rsid w:val="00812832"/>
    <w:rsid w:val="00817ECF"/>
    <w:rsid w:val="00841919"/>
    <w:rsid w:val="00856643"/>
    <w:rsid w:val="00871EEE"/>
    <w:rsid w:val="008858EA"/>
    <w:rsid w:val="0089009F"/>
    <w:rsid w:val="008A3497"/>
    <w:rsid w:val="008B2B81"/>
    <w:rsid w:val="008B2C2D"/>
    <w:rsid w:val="008C485D"/>
    <w:rsid w:val="008C67B1"/>
    <w:rsid w:val="008E2DD8"/>
    <w:rsid w:val="008E7722"/>
    <w:rsid w:val="008F2703"/>
    <w:rsid w:val="008F3701"/>
    <w:rsid w:val="0090584B"/>
    <w:rsid w:val="009112CE"/>
    <w:rsid w:val="00915011"/>
    <w:rsid w:val="009225A0"/>
    <w:rsid w:val="009303FC"/>
    <w:rsid w:val="00940CC3"/>
    <w:rsid w:val="009445F2"/>
    <w:rsid w:val="0094697C"/>
    <w:rsid w:val="009503AB"/>
    <w:rsid w:val="00957D73"/>
    <w:rsid w:val="009745D9"/>
    <w:rsid w:val="00974C30"/>
    <w:rsid w:val="009769C1"/>
    <w:rsid w:val="00994420"/>
    <w:rsid w:val="0099623D"/>
    <w:rsid w:val="009A3B2B"/>
    <w:rsid w:val="009D3ADA"/>
    <w:rsid w:val="009F35CF"/>
    <w:rsid w:val="00A0326D"/>
    <w:rsid w:val="00A05758"/>
    <w:rsid w:val="00A155D0"/>
    <w:rsid w:val="00A34927"/>
    <w:rsid w:val="00A965A7"/>
    <w:rsid w:val="00AA1D8D"/>
    <w:rsid w:val="00AA3038"/>
    <w:rsid w:val="00AC3A2A"/>
    <w:rsid w:val="00AD3CAD"/>
    <w:rsid w:val="00AD7BBA"/>
    <w:rsid w:val="00AE0877"/>
    <w:rsid w:val="00AF71E9"/>
    <w:rsid w:val="00B0021A"/>
    <w:rsid w:val="00B07F38"/>
    <w:rsid w:val="00B105D5"/>
    <w:rsid w:val="00B10838"/>
    <w:rsid w:val="00B11844"/>
    <w:rsid w:val="00B12BC9"/>
    <w:rsid w:val="00B12DF1"/>
    <w:rsid w:val="00B20A49"/>
    <w:rsid w:val="00B23C29"/>
    <w:rsid w:val="00B302DA"/>
    <w:rsid w:val="00B42D85"/>
    <w:rsid w:val="00B44D09"/>
    <w:rsid w:val="00B4518C"/>
    <w:rsid w:val="00B47730"/>
    <w:rsid w:val="00B53074"/>
    <w:rsid w:val="00B87412"/>
    <w:rsid w:val="00B874C9"/>
    <w:rsid w:val="00BB34F2"/>
    <w:rsid w:val="00BB48C8"/>
    <w:rsid w:val="00BC34EB"/>
    <w:rsid w:val="00BD2474"/>
    <w:rsid w:val="00C02AF1"/>
    <w:rsid w:val="00C20C28"/>
    <w:rsid w:val="00C22D0F"/>
    <w:rsid w:val="00C24958"/>
    <w:rsid w:val="00C34598"/>
    <w:rsid w:val="00C3634F"/>
    <w:rsid w:val="00C50013"/>
    <w:rsid w:val="00C51603"/>
    <w:rsid w:val="00C6428A"/>
    <w:rsid w:val="00C67983"/>
    <w:rsid w:val="00C70FE6"/>
    <w:rsid w:val="00CB0664"/>
    <w:rsid w:val="00CC5A43"/>
    <w:rsid w:val="00CE4B84"/>
    <w:rsid w:val="00D0368A"/>
    <w:rsid w:val="00D143FC"/>
    <w:rsid w:val="00D272B8"/>
    <w:rsid w:val="00D41E34"/>
    <w:rsid w:val="00D4296F"/>
    <w:rsid w:val="00D45FB8"/>
    <w:rsid w:val="00D612E1"/>
    <w:rsid w:val="00D73E62"/>
    <w:rsid w:val="00D83167"/>
    <w:rsid w:val="00D8336D"/>
    <w:rsid w:val="00D87F82"/>
    <w:rsid w:val="00D9394C"/>
    <w:rsid w:val="00DA32DD"/>
    <w:rsid w:val="00DA4861"/>
    <w:rsid w:val="00DB2677"/>
    <w:rsid w:val="00DC64D6"/>
    <w:rsid w:val="00DD3D21"/>
    <w:rsid w:val="00DD4158"/>
    <w:rsid w:val="00DD50C3"/>
    <w:rsid w:val="00E00BA9"/>
    <w:rsid w:val="00E168FE"/>
    <w:rsid w:val="00E33A6A"/>
    <w:rsid w:val="00E374A2"/>
    <w:rsid w:val="00E43647"/>
    <w:rsid w:val="00E53E71"/>
    <w:rsid w:val="00E54103"/>
    <w:rsid w:val="00E67819"/>
    <w:rsid w:val="00E67C53"/>
    <w:rsid w:val="00E80960"/>
    <w:rsid w:val="00E81A95"/>
    <w:rsid w:val="00E84D0E"/>
    <w:rsid w:val="00E93354"/>
    <w:rsid w:val="00E965CD"/>
    <w:rsid w:val="00EA70A4"/>
    <w:rsid w:val="00EB05A8"/>
    <w:rsid w:val="00EC014D"/>
    <w:rsid w:val="00EC2DC1"/>
    <w:rsid w:val="00ED007B"/>
    <w:rsid w:val="00ED2F38"/>
    <w:rsid w:val="00ED3BAE"/>
    <w:rsid w:val="00ED70A2"/>
    <w:rsid w:val="00EE2D9E"/>
    <w:rsid w:val="00EE30C6"/>
    <w:rsid w:val="00EE4641"/>
    <w:rsid w:val="00F13320"/>
    <w:rsid w:val="00F25816"/>
    <w:rsid w:val="00F459C7"/>
    <w:rsid w:val="00F565AB"/>
    <w:rsid w:val="00F74AE9"/>
    <w:rsid w:val="00F82272"/>
    <w:rsid w:val="00F82BFA"/>
    <w:rsid w:val="00F86414"/>
    <w:rsid w:val="00F928E4"/>
    <w:rsid w:val="00FC50B8"/>
    <w:rsid w:val="00FC693F"/>
    <w:rsid w:val="00FD2B77"/>
    <w:rsid w:val="00FD41C0"/>
    <w:rsid w:val="00FD5AF1"/>
    <w:rsid w:val="00FF16A5"/>
    <w:rsid w:val="00FF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62061"/>
  <w14:defaultImageDpi w14:val="300"/>
  <w15:docId w15:val="{F6965F70-7750-4FC7-9CEB-C3BFE87D7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Arial" w:hAnsi="Arial"/>
      <w:sz w:val="19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標題 1 字元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標題 2 字元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標題 3 字元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標題 字元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字元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巨集文字 字元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文 字元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標題 4 字元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鮮明引文 字元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7</Pages>
  <Words>1348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易羽 張</cp:lastModifiedBy>
  <cp:revision>269</cp:revision>
  <dcterms:created xsi:type="dcterms:W3CDTF">2026-07-03T02:02:00Z</dcterms:created>
  <dcterms:modified xsi:type="dcterms:W3CDTF">2026-07-06T08:55:00Z</dcterms:modified>
  <cp:category/>
</cp:coreProperties>
</file>