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B5656" w14:textId="1CDFC394" w:rsidR="00377B5D" w:rsidRDefault="0033045C">
      <w:pPr>
        <w:spacing w:after="40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/>
          <w:b/>
          <w:noProof/>
          <w:sz w:val="32"/>
          <w:szCs w:val="32"/>
          <w:lang w:eastAsia="zh-TW"/>
        </w:rPr>
        <w:drawing>
          <wp:anchor distT="0" distB="0" distL="114300" distR="114300" simplePos="0" relativeHeight="251657728" behindDoc="0" locked="0" layoutInCell="1" allowOverlap="1" wp14:anchorId="337D1A13" wp14:editId="5DB7D9FB">
            <wp:simplePos x="0" y="0"/>
            <wp:positionH relativeFrom="column">
              <wp:posOffset>-40005</wp:posOffset>
            </wp:positionH>
            <wp:positionV relativeFrom="paragraph">
              <wp:posOffset>353060</wp:posOffset>
            </wp:positionV>
            <wp:extent cx="6958965" cy="2030095"/>
            <wp:effectExtent l="0" t="0" r="0" b="8255"/>
            <wp:wrapSquare wrapText="bothSides"/>
            <wp:docPr id="9201238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23842" name="圖片 9201238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56144" w:rsidRPr="000F498D">
        <w:rPr>
          <w:rFonts w:ascii="標楷體" w:eastAsia="標楷體" w:hAnsi="標楷體"/>
          <w:b/>
          <w:sz w:val="32"/>
          <w:szCs w:val="32"/>
        </w:rPr>
        <w:t>三角翼飛行後檢查</w:t>
      </w:r>
      <w:proofErr w:type="spellEnd"/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10880"/>
      </w:tblGrid>
      <w:tr w:rsidR="00377B5D" w14:paraId="7580CE5F" w14:textId="77777777" w:rsidTr="00A02FF3">
        <w:trPr>
          <w:jc w:val="center"/>
        </w:trPr>
        <w:tc>
          <w:tcPr>
            <w:tcW w:w="10880" w:type="dxa"/>
            <w:shd w:val="clear" w:color="auto" w:fill="F2F2F2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C9BF132" w14:textId="77777777" w:rsidR="00377B5D" w:rsidRDefault="00BE74A4">
            <w:proofErr w:type="spellStart"/>
            <w:r>
              <w:rPr>
                <w:b/>
              </w:rPr>
              <w:t>版本</w:t>
            </w:r>
            <w:proofErr w:type="spellEnd"/>
            <w:r>
              <w:rPr>
                <w:b/>
              </w:rPr>
              <w:t xml:space="preserve"> (VERSION): V 2.0</w:t>
            </w:r>
          </w:p>
        </w:tc>
      </w:tr>
      <w:tr w:rsidR="00377B5D" w14:paraId="0AC82CAF" w14:textId="77777777" w:rsidTr="00A02FF3">
        <w:trPr>
          <w:jc w:val="center"/>
        </w:trPr>
        <w:tc>
          <w:tcPr>
            <w:tcW w:w="10880" w:type="dxa"/>
            <w:shd w:val="clear" w:color="auto" w:fill="F2F2F2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97A1017" w14:textId="77777777" w:rsidR="00377B5D" w:rsidRDefault="00BE74A4">
            <w:r>
              <w:rPr>
                <w:b/>
              </w:rPr>
              <w:t>生效日期</w:t>
            </w:r>
            <w:r>
              <w:rPr>
                <w:b/>
              </w:rPr>
              <w:t xml:space="preserve"> (EFFECTIVE DATE): 3 April 2023</w:t>
            </w:r>
          </w:p>
        </w:tc>
      </w:tr>
      <w:tr w:rsidR="00377B5D" w14:paraId="51949A14" w14:textId="77777777" w:rsidTr="00A02FF3">
        <w:trPr>
          <w:jc w:val="center"/>
        </w:trPr>
        <w:tc>
          <w:tcPr>
            <w:tcW w:w="10880" w:type="dxa"/>
            <w:shd w:val="clear" w:color="auto" w:fill="F2F2F2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C66DF62" w14:textId="77777777" w:rsidR="00377B5D" w:rsidRDefault="00BE74A4">
            <w:r>
              <w:rPr>
                <w:b/>
              </w:rPr>
              <w:t>閱讀並執行</w:t>
            </w:r>
            <w:r>
              <w:rPr>
                <w:b/>
              </w:rPr>
              <w:t xml:space="preserve"> (Read &amp; Do)</w:t>
            </w:r>
          </w:p>
        </w:tc>
      </w:tr>
      <w:tr w:rsidR="000E23D0" w14:paraId="728486B2" w14:textId="77777777" w:rsidTr="00A02FF3">
        <w:trPr>
          <w:jc w:val="center"/>
        </w:trPr>
        <w:tc>
          <w:tcPr>
            <w:tcW w:w="10880" w:type="dxa"/>
            <w:shd w:val="clear" w:color="auto" w:fill="F2F2F2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CE7C52F" w14:textId="182F8DFE" w:rsidR="000E23D0" w:rsidRDefault="000E23D0" w:rsidP="000E23D0">
            <w:r>
              <w:t>□</w:t>
            </w: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 = If Applicable / </w:t>
            </w:r>
            <w:proofErr w:type="spellStart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適用</w:t>
            </w:r>
            <w:proofErr w:type="spellEnd"/>
            <w:r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(合格打勾)</w:t>
            </w:r>
          </w:p>
        </w:tc>
      </w:tr>
      <w:tr w:rsidR="000E23D0" w14:paraId="6244E293" w14:textId="77777777" w:rsidTr="00A02FF3">
        <w:trPr>
          <w:jc w:val="center"/>
        </w:trPr>
        <w:tc>
          <w:tcPr>
            <w:tcW w:w="10880" w:type="dxa"/>
            <w:shd w:val="clear" w:color="auto" w:fill="F2F2F2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AC13CC2" w14:textId="209592AC" w:rsidR="00CD571D" w:rsidRPr="00CD571D" w:rsidRDefault="000E23D0" w:rsidP="000E23D0">
            <w:pPr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</w:pPr>
            <w:r w:rsidRPr="002E493D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Check clockwise from left to right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 xml:space="preserve"> &amp;</w:t>
            </w:r>
            <w:r w:rsidRPr="002E493D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f</w:t>
            </w:r>
            <w:r w:rsidRPr="0024003F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rom back to front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/順時針檢查由左</w:t>
            </w:r>
            <w:proofErr w:type="gramStart"/>
            <w:r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至右由後</w:t>
            </w:r>
            <w:proofErr w:type="gramEnd"/>
            <w:r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至前</w:t>
            </w:r>
          </w:p>
        </w:tc>
      </w:tr>
    </w:tbl>
    <w:tbl>
      <w:tblPr>
        <w:tblStyle w:val="aff2"/>
        <w:tblpPr w:leftFromText="180" w:rightFromText="180" w:vertAnchor="text" w:horzAnchor="margin" w:tblpXSpec="center" w:tblpY="407"/>
        <w:tblW w:w="0" w:type="auto"/>
        <w:tblLook w:val="04A0" w:firstRow="1" w:lastRow="0" w:firstColumn="1" w:lastColumn="0" w:noHBand="0" w:noVBand="1"/>
      </w:tblPr>
      <w:tblGrid>
        <w:gridCol w:w="567"/>
        <w:gridCol w:w="5891"/>
        <w:gridCol w:w="3342"/>
        <w:gridCol w:w="702"/>
      </w:tblGrid>
      <w:tr w:rsidR="00A02FF3" w:rsidRPr="007A442F" w14:paraId="300CA745" w14:textId="77777777" w:rsidTr="00776157">
        <w:tc>
          <w:tcPr>
            <w:tcW w:w="10502" w:type="dxa"/>
            <w:gridSpan w:val="4"/>
            <w:shd w:val="clear" w:color="auto" w:fill="D9D9D9" w:themeFill="background1" w:themeFillShade="D9"/>
          </w:tcPr>
          <w:p w14:paraId="0FDD18CA" w14:textId="77777777" w:rsidR="00A02FF3" w:rsidRPr="007A442F" w:rsidRDefault="00A02FF3" w:rsidP="0077615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76157"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  <w:t xml:space="preserve">1. DETAILS / </w:t>
            </w:r>
            <w:proofErr w:type="spellStart"/>
            <w:r w:rsidRPr="00776157"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  <w:t>詳細資訊</w:t>
            </w:r>
            <w:proofErr w:type="spellEnd"/>
          </w:p>
        </w:tc>
      </w:tr>
      <w:tr w:rsidR="00A02FF3" w:rsidRPr="007A442F" w14:paraId="77AA368A" w14:textId="77777777" w:rsidTr="00A02FF3">
        <w:tc>
          <w:tcPr>
            <w:tcW w:w="567" w:type="dxa"/>
          </w:tcPr>
          <w:p w14:paraId="7079CA25" w14:textId="77777777" w:rsidR="00A02FF3" w:rsidRPr="007A442F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91" w:type="dxa"/>
          </w:tcPr>
          <w:p w14:paraId="0B4CE39B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機尾編號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Tail Number:</w:t>
            </w:r>
          </w:p>
        </w:tc>
        <w:tc>
          <w:tcPr>
            <w:tcW w:w="3342" w:type="dxa"/>
          </w:tcPr>
          <w:p w14:paraId="1FC47605" w14:textId="434EA4AC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4EF066F2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1C54759E" w14:textId="77777777" w:rsidTr="00A02FF3">
        <w:tc>
          <w:tcPr>
            <w:tcW w:w="567" w:type="dxa"/>
          </w:tcPr>
          <w:p w14:paraId="57FB4A29" w14:textId="77777777" w:rsidR="00A02FF3" w:rsidRPr="007A442F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91" w:type="dxa"/>
          </w:tcPr>
          <w:p w14:paraId="5E58F4D0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飛行地點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(+經緯度)/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light Location:</w:t>
            </w:r>
          </w:p>
        </w:tc>
        <w:tc>
          <w:tcPr>
            <w:tcW w:w="3342" w:type="dxa"/>
          </w:tcPr>
          <w:p w14:paraId="15B4BB50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5182A72E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04B82043" w14:textId="77777777" w:rsidTr="00A02FF3">
        <w:tc>
          <w:tcPr>
            <w:tcW w:w="567" w:type="dxa"/>
          </w:tcPr>
          <w:p w14:paraId="6F30E312" w14:textId="77777777" w:rsidR="00A02FF3" w:rsidRPr="007A442F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891" w:type="dxa"/>
          </w:tcPr>
          <w:p w14:paraId="41841DFA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場域大小(飛行場範圍)/</w:t>
            </w:r>
            <w:r>
              <w:t xml:space="preserve"> </w:t>
            </w:r>
            <w:r w:rsidRPr="007023A1">
              <w:rPr>
                <w:rFonts w:ascii="標楷體" w:eastAsia="標楷體" w:hAnsi="標楷體"/>
                <w:sz w:val="20"/>
                <w:szCs w:val="20"/>
                <w:lang w:eastAsia="zh-TW"/>
              </w:rPr>
              <w:t>Field size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3342" w:type="dxa"/>
          </w:tcPr>
          <w:p w14:paraId="047EE427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130367F7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4F95C081" w14:textId="77777777" w:rsidTr="00A02FF3">
        <w:tc>
          <w:tcPr>
            <w:tcW w:w="567" w:type="dxa"/>
          </w:tcPr>
          <w:p w14:paraId="26BA604A" w14:textId="77777777" w:rsidR="00A02FF3" w:rsidRPr="007A442F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891" w:type="dxa"/>
          </w:tcPr>
          <w:p w14:paraId="570CC854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使用空域(+經緯度)</w:t>
            </w:r>
            <w:r w:rsidRPr="000E28A1">
              <w:rPr>
                <w:rFonts w:ascii="標楷體" w:eastAsia="標楷體" w:hAnsi="標楷體"/>
              </w:rPr>
              <w:t xml:space="preserve"> </w:t>
            </w:r>
            <w:r w:rsidRPr="000E28A1">
              <w:rPr>
                <w:rFonts w:ascii="標楷體" w:eastAsia="標楷體" w:hAnsi="標楷體" w:hint="eastAsia"/>
                <w:lang w:eastAsia="zh-TW"/>
              </w:rPr>
              <w:t>/</w:t>
            </w:r>
            <w:r w:rsidRPr="000E28A1">
              <w:rPr>
                <w:rFonts w:ascii="標楷體" w:eastAsia="標楷體" w:hAnsi="標楷體"/>
                <w:sz w:val="20"/>
                <w:szCs w:val="20"/>
                <w:lang w:eastAsia="zh-TW"/>
              </w:rPr>
              <w:t>airspace used</w:t>
            </w:r>
            <w:r w:rsidRPr="000E28A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3342" w:type="dxa"/>
          </w:tcPr>
          <w:p w14:paraId="206E295E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3D35AF60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4BE2976A" w14:textId="77777777" w:rsidTr="00A02FF3">
        <w:tc>
          <w:tcPr>
            <w:tcW w:w="567" w:type="dxa"/>
          </w:tcPr>
          <w:p w14:paraId="3F06EB68" w14:textId="77777777" w:rsidR="00A02FF3" w:rsidRPr="007A442F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5891" w:type="dxa"/>
          </w:tcPr>
          <w:p w14:paraId="0781C6C2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起飛方式(跑道、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拋飛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、彈射架)/</w:t>
            </w:r>
            <w:r>
              <w:t xml:space="preserve"> </w:t>
            </w:r>
            <w:r w:rsidRPr="000456B8">
              <w:rPr>
                <w:rFonts w:ascii="標楷體" w:eastAsia="標楷體" w:hAnsi="標楷體"/>
                <w:sz w:val="20"/>
                <w:szCs w:val="20"/>
                <w:lang w:eastAsia="zh-TW"/>
              </w:rPr>
              <w:t>takeoff method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(runway、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t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hrow、</w:t>
            </w:r>
            <w:r w:rsidRPr="00035060">
              <w:rPr>
                <w:rFonts w:ascii="標楷體" w:eastAsia="標楷體" w:hAnsi="標楷體"/>
                <w:sz w:val="20"/>
                <w:szCs w:val="20"/>
                <w:lang w:eastAsia="zh-TW"/>
              </w:rPr>
              <w:t>catapult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):</w:t>
            </w:r>
          </w:p>
        </w:tc>
        <w:tc>
          <w:tcPr>
            <w:tcW w:w="3342" w:type="dxa"/>
          </w:tcPr>
          <w:p w14:paraId="18B2A904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190ABC32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45309DB9" w14:textId="77777777" w:rsidTr="00A02FF3">
        <w:tc>
          <w:tcPr>
            <w:tcW w:w="567" w:type="dxa"/>
          </w:tcPr>
          <w:p w14:paraId="4ED7A1C3" w14:textId="6AE316D9" w:rsidR="00A02FF3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891" w:type="dxa"/>
          </w:tcPr>
          <w:p w14:paraId="41659107" w14:textId="77777777" w:rsidR="00A02FF3" w:rsidRPr="00633958" w:rsidRDefault="00A02FF3" w:rsidP="00A02FF3">
            <w:pPr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天氣預報/</w:t>
            </w:r>
            <w:r>
              <w:t xml:space="preserve"> </w:t>
            </w:r>
            <w:r w:rsidRPr="00633958">
              <w:rPr>
                <w:rFonts w:ascii="標楷體" w:eastAsia="標楷體" w:hAnsi="標楷體"/>
                <w:sz w:val="20"/>
                <w:szCs w:val="20"/>
                <w:lang w:eastAsia="zh-TW"/>
              </w:rPr>
              <w:t>Weather forecast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幾度</w:t>
            </w:r>
            <w:proofErr w:type="gramStart"/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風幾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浬)</w:t>
            </w:r>
            <w:proofErr w:type="gramEnd"/>
          </w:p>
        </w:tc>
        <w:tc>
          <w:tcPr>
            <w:tcW w:w="3342" w:type="dxa"/>
          </w:tcPr>
          <w:p w14:paraId="7079958D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036B4487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32D7C603" w14:textId="77777777" w:rsidTr="00A02FF3">
        <w:tc>
          <w:tcPr>
            <w:tcW w:w="567" w:type="dxa"/>
          </w:tcPr>
          <w:p w14:paraId="751FA243" w14:textId="24F0716E" w:rsidR="00A02FF3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891" w:type="dxa"/>
          </w:tcPr>
          <w:p w14:paraId="59A0DF4C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跑道方向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A0326D">
              <w:rPr>
                <w:rFonts w:ascii="標楷體" w:eastAsia="標楷體" w:hAnsi="標楷體"/>
                <w:sz w:val="20"/>
                <w:szCs w:val="20"/>
                <w:lang w:eastAsia="zh-TW"/>
              </w:rPr>
              <w:t>runway direction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:(風向及地點決定起飛方向)</w:t>
            </w:r>
          </w:p>
        </w:tc>
        <w:tc>
          <w:tcPr>
            <w:tcW w:w="3342" w:type="dxa"/>
          </w:tcPr>
          <w:p w14:paraId="0BA3434D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1159888A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780B9EEA" w14:textId="77777777" w:rsidTr="00A02FF3">
        <w:tc>
          <w:tcPr>
            <w:tcW w:w="567" w:type="dxa"/>
          </w:tcPr>
          <w:p w14:paraId="1AD43D8E" w14:textId="373C4055" w:rsidR="00A02FF3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5891" w:type="dxa"/>
          </w:tcPr>
          <w:p w14:paraId="5B4A299B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落地方式(跑道、攔截網、降落傘)/Landing method(Runway、</w:t>
            </w:r>
            <w:r w:rsidRPr="00101EC7">
              <w:rPr>
                <w:rFonts w:ascii="標楷體" w:eastAsia="標楷體" w:hAnsi="標楷體"/>
                <w:sz w:val="20"/>
                <w:szCs w:val="20"/>
                <w:lang w:eastAsia="zh-TW"/>
              </w:rPr>
              <w:t>interception net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r w:rsidRPr="005F1D12">
              <w:rPr>
                <w:rFonts w:ascii="標楷體" w:eastAsia="標楷體" w:hAnsi="標楷體"/>
                <w:sz w:val="20"/>
                <w:szCs w:val="20"/>
                <w:lang w:eastAsia="zh-TW"/>
              </w:rPr>
              <w:t>Parachute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):</w:t>
            </w:r>
          </w:p>
        </w:tc>
        <w:tc>
          <w:tcPr>
            <w:tcW w:w="3342" w:type="dxa"/>
          </w:tcPr>
          <w:p w14:paraId="472B01EA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57F54958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5C16199E" w14:textId="77777777" w:rsidTr="00A02FF3">
        <w:tc>
          <w:tcPr>
            <w:tcW w:w="567" w:type="dxa"/>
          </w:tcPr>
          <w:p w14:paraId="70DC7110" w14:textId="1D7CDFA3" w:rsidR="00A02FF3" w:rsidRPr="007A442F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9</w:t>
            </w:r>
          </w:p>
        </w:tc>
        <w:tc>
          <w:tcPr>
            <w:tcW w:w="5891" w:type="dxa"/>
          </w:tcPr>
          <w:p w14:paraId="53EA6EF8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Date: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日期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:</w:t>
            </w:r>
          </w:p>
        </w:tc>
        <w:tc>
          <w:tcPr>
            <w:tcW w:w="3342" w:type="dxa"/>
          </w:tcPr>
          <w:p w14:paraId="63AFF92E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2" w:type="dxa"/>
          </w:tcPr>
          <w:p w14:paraId="70F758C9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2C048527" w14:textId="77777777" w:rsidTr="00A02FF3">
        <w:tc>
          <w:tcPr>
            <w:tcW w:w="567" w:type="dxa"/>
          </w:tcPr>
          <w:p w14:paraId="56E1B350" w14:textId="35623455" w:rsidR="00A02FF3" w:rsidRPr="007A442F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10</w:t>
            </w:r>
          </w:p>
        </w:tc>
        <w:tc>
          <w:tcPr>
            <w:tcW w:w="5891" w:type="dxa"/>
          </w:tcPr>
          <w:p w14:paraId="2BA8FA00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Time: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時間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:</w:t>
            </w:r>
          </w:p>
        </w:tc>
        <w:tc>
          <w:tcPr>
            <w:tcW w:w="3342" w:type="dxa"/>
          </w:tcPr>
          <w:p w14:paraId="0C8BA819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2" w:type="dxa"/>
          </w:tcPr>
          <w:p w14:paraId="64BC6F3E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A02FF3" w:rsidRPr="007A442F" w14:paraId="2CDCD8E4" w14:textId="77777777" w:rsidTr="00A02FF3">
        <w:tc>
          <w:tcPr>
            <w:tcW w:w="567" w:type="dxa"/>
          </w:tcPr>
          <w:p w14:paraId="4474E4A9" w14:textId="7567BFD3" w:rsidR="00A02FF3" w:rsidRPr="007A442F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11</w:t>
            </w:r>
          </w:p>
        </w:tc>
        <w:tc>
          <w:tcPr>
            <w:tcW w:w="5891" w:type="dxa"/>
          </w:tcPr>
          <w:p w14:paraId="537509C6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執行人數:建議2-3人(視機種調整)</w:t>
            </w:r>
          </w:p>
        </w:tc>
        <w:tc>
          <w:tcPr>
            <w:tcW w:w="3342" w:type="dxa"/>
          </w:tcPr>
          <w:p w14:paraId="4C04DDBA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71BAF884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</w:tr>
      <w:tr w:rsidR="00A02FF3" w:rsidRPr="007A442F" w14:paraId="615AC178" w14:textId="77777777" w:rsidTr="00A02FF3">
        <w:tc>
          <w:tcPr>
            <w:tcW w:w="567" w:type="dxa"/>
          </w:tcPr>
          <w:p w14:paraId="2F795CE6" w14:textId="77777777" w:rsidR="00A02FF3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14:paraId="5DEDB4A0" w14:textId="77777777" w:rsidR="00A02FF3" w:rsidRDefault="00A02FF3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14:paraId="03374C80" w14:textId="5FB6D2AB" w:rsidR="00A02FF3" w:rsidRPr="007A442F" w:rsidRDefault="005924B2" w:rsidP="005924B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12</w:t>
            </w:r>
          </w:p>
        </w:tc>
        <w:tc>
          <w:tcPr>
            <w:tcW w:w="5891" w:type="dxa"/>
          </w:tcPr>
          <w:p w14:paraId="7B7E6CF7" w14:textId="77777777" w:rsidR="00A02FF3" w:rsidRDefault="00A02FF3" w:rsidP="00A02FF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飛行前檢查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員/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Pre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-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Flight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inspector: 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飛手姓名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controller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Name</w:t>
            </w:r>
          </w:p>
          <w:p w14:paraId="3C272EDA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技術人員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Technician: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技術人員姓名/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Technician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Name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</w:p>
        </w:tc>
        <w:tc>
          <w:tcPr>
            <w:tcW w:w="3342" w:type="dxa"/>
          </w:tcPr>
          <w:p w14:paraId="463D39FC" w14:textId="77777777" w:rsidR="00A02FF3" w:rsidRPr="007A442F" w:rsidRDefault="00A02FF3" w:rsidP="00A02FF3">
            <w:pPr>
              <w:spacing w:line="276" w:lineRule="auto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最終</w:t>
            </w:r>
            <w:r w:rsidRPr="00DA32DD">
              <w:rPr>
                <w:rFonts w:ascii="標楷體" w:eastAsia="標楷體" w:hAnsi="標楷體"/>
                <w:sz w:val="20"/>
                <w:szCs w:val="20"/>
                <w:lang w:eastAsia="zh-TW"/>
              </w:rPr>
              <w:t>檢查完成者簽名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4F04F8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Signature of the person who completed the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final </w:t>
            </w:r>
            <w:r w:rsidRPr="004F04F8">
              <w:rPr>
                <w:rFonts w:ascii="標楷體" w:eastAsia="標楷體" w:hAnsi="標楷體"/>
                <w:sz w:val="20"/>
                <w:szCs w:val="20"/>
                <w:lang w:eastAsia="zh-TW"/>
              </w:rPr>
              <w:t>check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702" w:type="dxa"/>
          </w:tcPr>
          <w:p w14:paraId="35E65BC1" w14:textId="77777777" w:rsidR="00A02FF3" w:rsidRPr="007A442F" w:rsidRDefault="00A02FF3" w:rsidP="00A02FF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14:paraId="682B4D7D" w14:textId="77777777" w:rsidR="00A02FF3" w:rsidRPr="00A02FF3" w:rsidRDefault="00A02FF3">
      <w:pPr>
        <w:spacing w:after="100"/>
        <w:rPr>
          <w:rFonts w:eastAsia="新細明體"/>
          <w:lang w:eastAsia="zh-TW"/>
        </w:rPr>
      </w:pPr>
    </w:p>
    <w:tbl>
      <w:tblPr>
        <w:tblStyle w:val="aff2"/>
        <w:tblW w:w="0" w:type="auto"/>
        <w:tblInd w:w="334" w:type="dxa"/>
        <w:tblLook w:val="04A0" w:firstRow="1" w:lastRow="0" w:firstColumn="1" w:lastColumn="0" w:noHBand="0" w:noVBand="1"/>
      </w:tblPr>
      <w:tblGrid>
        <w:gridCol w:w="202"/>
        <w:gridCol w:w="5386"/>
        <w:gridCol w:w="3118"/>
        <w:gridCol w:w="1724"/>
      </w:tblGrid>
      <w:tr w:rsidR="00377B5D" w14:paraId="7F7300CC" w14:textId="77777777" w:rsidTr="00B62BE2">
        <w:tc>
          <w:tcPr>
            <w:tcW w:w="10430" w:type="dxa"/>
            <w:gridSpan w:val="4"/>
            <w:shd w:val="clear" w:color="auto" w:fill="D9D9D9" w:themeFill="background1" w:themeFillShade="D9"/>
            <w:tcMar>
              <w:top w:w="30" w:type="dxa"/>
              <w:left w:w="50" w:type="dxa"/>
              <w:bottom w:w="30" w:type="dxa"/>
              <w:right w:w="50" w:type="dxa"/>
            </w:tcMar>
          </w:tcPr>
          <w:p w14:paraId="15B297B7" w14:textId="269B7FE4" w:rsidR="00377B5D" w:rsidRPr="00B62BE2" w:rsidRDefault="00BE74A4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62BE2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 xml:space="preserve">2. </w:t>
            </w:r>
            <w:r w:rsidR="00CA61F4" w:rsidRPr="00B62BE2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降落</w:t>
            </w:r>
            <w:proofErr w:type="spellStart"/>
            <w:r w:rsidRPr="00B62BE2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>安全</w:t>
            </w:r>
            <w:proofErr w:type="spellEnd"/>
            <w:r w:rsidR="00CA61F4" w:rsidRPr="00B62BE2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檢查</w:t>
            </w:r>
            <w:r w:rsidRPr="00B62BE2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 xml:space="preserve"> (SAFETY)</w:t>
            </w:r>
          </w:p>
        </w:tc>
      </w:tr>
      <w:tr w:rsidR="00377B5D" w14:paraId="100F0291" w14:textId="77777777" w:rsidTr="00B62BE2">
        <w:tc>
          <w:tcPr>
            <w:tcW w:w="202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9F29096" w14:textId="77777777" w:rsidR="00377B5D" w:rsidRDefault="00BE74A4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9A1BBB5" w14:textId="60FC67F7" w:rsidR="00377B5D" w:rsidRPr="00AF6B5F" w:rsidRDefault="000A4A06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地面站上鎖</w:t>
            </w:r>
            <w:r w:rsidR="0026037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260378">
              <w:t xml:space="preserve"> </w:t>
            </w:r>
            <w:r w:rsidR="00260378" w:rsidRPr="00260378">
              <w:rPr>
                <w:rFonts w:ascii="標楷體" w:eastAsia="標楷體" w:hAnsi="標楷體"/>
                <w:sz w:val="20"/>
                <w:szCs w:val="20"/>
                <w:lang w:eastAsia="zh-TW"/>
              </w:rPr>
              <w:t>Ground station locked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CAAFA46" w14:textId="1CF4A966" w:rsidR="00377B5D" w:rsidRPr="00021C81" w:rsidRDefault="00021C81" w:rsidP="00021C81">
            <w:pPr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已上鎖</w:t>
            </w:r>
            <w:r>
              <w:rPr>
                <w:rFonts w:eastAsia="新細明體" w:hint="eastAsia"/>
                <w:lang w:eastAsia="zh-TW"/>
              </w:rPr>
              <w:t>/Disarmed</w:t>
            </w:r>
          </w:p>
        </w:tc>
        <w:tc>
          <w:tcPr>
            <w:tcW w:w="1724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650425F" w14:textId="77777777" w:rsidR="00377B5D" w:rsidRDefault="00BE74A4">
            <w:pPr>
              <w:jc w:val="center"/>
            </w:pPr>
            <w:r>
              <w:t>□</w:t>
            </w:r>
          </w:p>
        </w:tc>
      </w:tr>
      <w:tr w:rsidR="00377B5D" w14:paraId="38FC198A" w14:textId="77777777" w:rsidTr="00B62BE2">
        <w:tc>
          <w:tcPr>
            <w:tcW w:w="202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AE2362A" w14:textId="77777777" w:rsidR="00377B5D" w:rsidRDefault="00BE74A4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344B9A8" w14:textId="545D8BAD" w:rsidR="00377B5D" w:rsidRPr="00AF6B5F" w:rsidRDefault="000A4A06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測量飛行前後電瓶電壓</w:t>
            </w:r>
            <w:proofErr w:type="gramStart"/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壓</w:t>
            </w:r>
            <w:proofErr w:type="gramEnd"/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降</w:t>
            </w:r>
            <w:r w:rsidR="0026037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1A68DC">
              <w:t xml:space="preserve"> </w:t>
            </w:r>
            <w:r w:rsidR="001A68DC" w:rsidRPr="001A68DC">
              <w:rPr>
                <w:rFonts w:ascii="標楷體" w:eastAsia="標楷體" w:hAnsi="標楷體"/>
                <w:sz w:val="20"/>
                <w:szCs w:val="20"/>
                <w:lang w:eastAsia="zh-TW"/>
              </w:rPr>
              <w:t>Measure the voltage drop of the battery before and after flight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05220D6" w14:textId="7EB15917" w:rsidR="00377B5D" w:rsidRPr="00BC60F4" w:rsidRDefault="00021C81" w:rsidP="00021C81">
            <w:pPr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Before</w:t>
            </w:r>
            <w:r w:rsidR="00BC60F4">
              <w:rPr>
                <w:rFonts w:eastAsia="新細明體" w:hint="eastAsia"/>
                <w:lang w:eastAsia="zh-TW"/>
              </w:rPr>
              <w:t xml:space="preserve">: </w:t>
            </w:r>
            <w:proofErr w:type="gramStart"/>
            <w:r w:rsidR="00BC60F4">
              <w:rPr>
                <w:rFonts w:eastAsia="新細明體" w:hint="eastAsia"/>
                <w:lang w:eastAsia="zh-TW"/>
              </w:rPr>
              <w:t>(  )</w:t>
            </w:r>
            <w:proofErr w:type="gramEnd"/>
            <w:r w:rsidR="00BC60F4">
              <w:rPr>
                <w:rFonts w:eastAsia="新細明體" w:hint="eastAsia"/>
                <w:lang w:eastAsia="zh-TW"/>
              </w:rPr>
              <w:t>V</w:t>
            </w:r>
          </w:p>
          <w:p w14:paraId="3E93380D" w14:textId="2C94BF11" w:rsidR="00021C81" w:rsidRPr="00021C81" w:rsidRDefault="00021C81" w:rsidP="00021C81">
            <w:pPr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After:</w:t>
            </w:r>
            <w:r w:rsidR="00BC60F4">
              <w:rPr>
                <w:rFonts w:eastAsia="新細明體" w:hint="eastAsia"/>
                <w:lang w:eastAsia="zh-TW"/>
              </w:rPr>
              <w:t xml:space="preserve"> </w:t>
            </w:r>
            <w:proofErr w:type="gramStart"/>
            <w:r w:rsidR="00BC60F4">
              <w:rPr>
                <w:rFonts w:eastAsia="新細明體" w:hint="eastAsia"/>
                <w:lang w:eastAsia="zh-TW"/>
              </w:rPr>
              <w:t>(  )</w:t>
            </w:r>
            <w:proofErr w:type="gramEnd"/>
            <w:r w:rsidR="00BC60F4">
              <w:rPr>
                <w:rFonts w:eastAsia="新細明體" w:hint="eastAsia"/>
                <w:lang w:eastAsia="zh-TW"/>
              </w:rPr>
              <w:t>V</w:t>
            </w:r>
          </w:p>
        </w:tc>
        <w:tc>
          <w:tcPr>
            <w:tcW w:w="1724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0DA1248" w14:textId="77777777" w:rsidR="00377B5D" w:rsidRDefault="00BE74A4">
            <w:pPr>
              <w:jc w:val="center"/>
            </w:pPr>
            <w:r>
              <w:t>□</w:t>
            </w:r>
          </w:p>
        </w:tc>
      </w:tr>
      <w:tr w:rsidR="00B62BE2" w14:paraId="1DE1547E" w14:textId="77777777" w:rsidTr="00B62BE2">
        <w:tc>
          <w:tcPr>
            <w:tcW w:w="202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A6CA49D" w14:textId="77777777" w:rsidR="00B62BE2" w:rsidRDefault="00B62BE2" w:rsidP="00B62BE2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4F400EF" w14:textId="11D2EE98" w:rsidR="00B62BE2" w:rsidRPr="00AF6B5F" w:rsidRDefault="000A4A06" w:rsidP="00B62BE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拔除電池連接</w:t>
            </w:r>
            <w:r w:rsidR="0026037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7D6A7E">
              <w:t xml:space="preserve"> </w:t>
            </w:r>
            <w:r w:rsidR="007D6A7E" w:rsidRPr="007D6A7E">
              <w:rPr>
                <w:rFonts w:ascii="標楷體" w:eastAsia="標楷體" w:hAnsi="標楷體"/>
                <w:sz w:val="20"/>
                <w:szCs w:val="20"/>
                <w:lang w:eastAsia="zh-TW"/>
              </w:rPr>
              <w:t>Disconnect the battery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FD4D23A" w14:textId="3CA3CECA" w:rsidR="00B62BE2" w:rsidRPr="00EC327D" w:rsidRDefault="00EC327D" w:rsidP="00021C81">
            <w:pPr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已斷電</w:t>
            </w:r>
            <w:r>
              <w:rPr>
                <w:rFonts w:eastAsia="新細明體" w:hint="eastAsia"/>
                <w:lang w:eastAsia="zh-TW"/>
              </w:rPr>
              <w:t>/Disconnect</w:t>
            </w:r>
          </w:p>
        </w:tc>
        <w:tc>
          <w:tcPr>
            <w:tcW w:w="1724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291C939" w14:textId="77777777" w:rsidR="00B62BE2" w:rsidRDefault="00B62BE2" w:rsidP="00B62BE2">
            <w:pPr>
              <w:jc w:val="center"/>
            </w:pPr>
            <w:r>
              <w:t>□</w:t>
            </w:r>
          </w:p>
        </w:tc>
      </w:tr>
      <w:tr w:rsidR="00B62BE2" w14:paraId="61760B0D" w14:textId="77777777" w:rsidTr="00B62BE2">
        <w:tc>
          <w:tcPr>
            <w:tcW w:w="202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87335DF" w14:textId="77777777" w:rsidR="00B62BE2" w:rsidRDefault="00B62BE2" w:rsidP="00B62BE2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6E68C85" w14:textId="50F30D91" w:rsidR="00B62BE2" w:rsidRPr="00AF6B5F" w:rsidRDefault="00B62BE2" w:rsidP="00B62BE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將無人</w:t>
            </w:r>
            <w:proofErr w:type="gramStart"/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機體移離跑道</w:t>
            </w:r>
            <w:proofErr w:type="gramEnd"/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至</w:t>
            </w:r>
            <w:r w:rsidR="000A4A0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試車區</w:t>
            </w:r>
            <w:r w:rsidR="0026037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7D6A7E">
              <w:t xml:space="preserve"> </w:t>
            </w:r>
            <w:r w:rsidR="007D6A7E" w:rsidRPr="007D6A7E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Move </w:t>
            </w:r>
            <w:proofErr w:type="spellStart"/>
            <w:r w:rsidR="007D6A7E" w:rsidRPr="007D6A7E">
              <w:rPr>
                <w:rFonts w:ascii="標楷體" w:eastAsia="標楷體" w:hAnsi="標楷體"/>
                <w:sz w:val="20"/>
                <w:szCs w:val="20"/>
                <w:lang w:eastAsia="zh-TW"/>
              </w:rPr>
              <w:t>u</w:t>
            </w:r>
            <w:r w:rsidR="007D6A7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av</w:t>
            </w:r>
            <w:proofErr w:type="spellEnd"/>
            <w:r w:rsidR="007D6A7E" w:rsidRPr="007D6A7E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</w:t>
            </w:r>
            <w:r w:rsidR="007D6A7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to</w:t>
            </w:r>
            <w:r w:rsidR="007D6A7E" w:rsidRPr="007D6A7E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</w:t>
            </w:r>
            <w:r w:rsidR="007D6A7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the runup </w:t>
            </w:r>
            <w:r w:rsidR="00021C8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area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5A9A25B" w14:textId="308BC27C" w:rsidR="00B62BE2" w:rsidRPr="00CB03B3" w:rsidRDefault="00FB5915" w:rsidP="00021C8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Check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Area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Markings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檢查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區域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標記</w:t>
            </w:r>
            <w:proofErr w:type="spellEnd"/>
          </w:p>
        </w:tc>
        <w:tc>
          <w:tcPr>
            <w:tcW w:w="1724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7C66750" w14:textId="7E8B2414" w:rsidR="00B62BE2" w:rsidRDefault="00CD571D" w:rsidP="00B62BE2">
            <w:pPr>
              <w:jc w:val="center"/>
              <w:rPr>
                <w:lang w:eastAsia="zh-TW"/>
              </w:rPr>
            </w:pPr>
            <w:r>
              <w:t>□</w:t>
            </w:r>
          </w:p>
        </w:tc>
      </w:tr>
    </w:tbl>
    <w:p w14:paraId="5A1E1A7D" w14:textId="77777777" w:rsidR="0042794A" w:rsidRDefault="0042794A">
      <w:pPr>
        <w:spacing w:after="100"/>
        <w:rPr>
          <w:rFonts w:eastAsia="新細明體"/>
          <w:lang w:eastAsia="zh-TW"/>
        </w:rPr>
      </w:pPr>
    </w:p>
    <w:p w14:paraId="33D60283" w14:textId="77777777" w:rsidR="00CD571D" w:rsidRPr="002B7F90" w:rsidRDefault="00CD571D">
      <w:pPr>
        <w:spacing w:after="100"/>
        <w:rPr>
          <w:rFonts w:eastAsia="新細明體"/>
          <w:lang w:eastAsia="zh-TW"/>
        </w:rPr>
      </w:pP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1055"/>
        <w:gridCol w:w="5386"/>
        <w:gridCol w:w="3118"/>
        <w:gridCol w:w="680"/>
      </w:tblGrid>
      <w:tr w:rsidR="000413B0" w14:paraId="41B5A13D" w14:textId="77777777" w:rsidTr="000413B0">
        <w:trPr>
          <w:jc w:val="center"/>
        </w:trPr>
        <w:tc>
          <w:tcPr>
            <w:tcW w:w="10239" w:type="dxa"/>
            <w:gridSpan w:val="4"/>
            <w:shd w:val="clear" w:color="auto" w:fill="D9D9D9" w:themeFill="background1" w:themeFillShade="D9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9A7B41D" w14:textId="77E77F2E" w:rsidR="000413B0" w:rsidRPr="001768B4" w:rsidRDefault="00D12BAE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768B4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3.</w:t>
            </w:r>
            <w:r w:rsidRPr="001768B4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>一般項目 (GENERAL)</w:t>
            </w:r>
          </w:p>
        </w:tc>
      </w:tr>
      <w:tr w:rsidR="008D31DE" w14:paraId="329DD461" w14:textId="77777777" w:rsidTr="002B7F90">
        <w:trPr>
          <w:jc w:val="center"/>
        </w:trPr>
        <w:tc>
          <w:tcPr>
            <w:tcW w:w="1055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371C229" w14:textId="77777777" w:rsidR="008D31DE" w:rsidRPr="00EC2194" w:rsidRDefault="008D31DE" w:rsidP="008D31DE">
            <w:pPr>
              <w:jc w:val="center"/>
              <w:rPr>
                <w:bCs/>
              </w:rPr>
            </w:pPr>
            <w:r w:rsidRPr="00EC2194">
              <w:rPr>
                <w:bCs/>
              </w:rPr>
              <w:t>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E3265ED" w14:textId="5EFF6B89" w:rsidR="008D31DE" w:rsidRPr="00CA61F4" w:rsidRDefault="008D31DE" w:rsidP="008D31DE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360°</w:t>
            </w:r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目視檢查機體有</w:t>
            </w:r>
            <w:proofErr w:type="gramStart"/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無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鳥擊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或其他</w:t>
            </w:r>
            <w:r w:rsidRPr="00AF6B5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受損</w:t>
            </w:r>
            <w:r w:rsidR="008836A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950712" w:rsidRPr="00950712">
              <w:rPr>
                <w:rFonts w:ascii="標楷體" w:eastAsia="標楷體" w:hAnsi="標楷體"/>
                <w:sz w:val="20"/>
                <w:szCs w:val="20"/>
                <w:lang w:eastAsia="zh-TW"/>
              </w:rPr>
              <w:t>360° visual inspection of the aircraft for bird strikes or other damage.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E7D166E" w14:textId="442F50C7" w:rsidR="008D31DE" w:rsidRPr="00E2185A" w:rsidRDefault="00EC2194" w:rsidP="008D31DE">
            <w:pPr>
              <w:rPr>
                <w:rFonts w:eastAsia="新細明體"/>
                <w:lang w:eastAsia="zh-TW"/>
              </w:rPr>
            </w:pPr>
            <w:proofErr w:type="gramStart"/>
            <w:r>
              <w:rPr>
                <w:rFonts w:eastAsia="新細明體" w:hint="eastAsia"/>
                <w:lang w:eastAsia="zh-TW"/>
              </w:rPr>
              <w:t>無鳥擊</w:t>
            </w:r>
            <w:proofErr w:type="gramEnd"/>
            <w:r>
              <w:rPr>
                <w:rFonts w:eastAsia="新細明體" w:hint="eastAsia"/>
                <w:lang w:eastAsia="zh-TW"/>
              </w:rPr>
              <w:t>無損傷</w:t>
            </w:r>
            <w:r w:rsidR="00950712">
              <w:rPr>
                <w:rFonts w:eastAsia="新細明體" w:hint="eastAsia"/>
                <w:lang w:eastAsia="zh-TW"/>
              </w:rPr>
              <w:t>/No Bird</w:t>
            </w:r>
            <w:r w:rsidR="00053588">
              <w:rPr>
                <w:rFonts w:eastAsia="新細明體" w:hint="eastAsia"/>
                <w:lang w:eastAsia="zh-TW"/>
              </w:rPr>
              <w:t xml:space="preserve"> strikes and Undamaged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FD251EE" w14:textId="77777777" w:rsidR="008D31DE" w:rsidRDefault="008D31DE" w:rsidP="008D31DE">
            <w:pPr>
              <w:jc w:val="center"/>
            </w:pPr>
            <w:r>
              <w:t>□</w:t>
            </w:r>
          </w:p>
        </w:tc>
      </w:tr>
      <w:tr w:rsidR="008D31DE" w14:paraId="48DC46CD" w14:textId="77777777" w:rsidTr="002B7F90">
        <w:trPr>
          <w:jc w:val="center"/>
        </w:trPr>
        <w:tc>
          <w:tcPr>
            <w:tcW w:w="1055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536190A" w14:textId="35B959AA" w:rsidR="008D31DE" w:rsidRPr="0042794A" w:rsidRDefault="00EC2194" w:rsidP="008D31DE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76B900A" w14:textId="632ADC22" w:rsidR="008D31DE" w:rsidRPr="00CD571D" w:rsidRDefault="008D31DE" w:rsidP="008D31DE">
            <w:pPr>
              <w:rPr>
                <w:rFonts w:eastAsia="新細明體"/>
                <w:color w:val="EE0000"/>
                <w:lang w:eastAsia="zh-TW"/>
              </w:rPr>
            </w:pPr>
            <w:proofErr w:type="gramStart"/>
            <w:r w:rsidRPr="00CD571D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空速管</w:t>
            </w:r>
            <w:proofErr w:type="gramEnd"/>
            <w:r w:rsidR="008836A7" w:rsidRPr="00CD571D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/</w:t>
            </w:r>
            <w:r w:rsidR="00950712" w:rsidRPr="00CD571D">
              <w:rPr>
                <w:color w:val="EE0000"/>
              </w:rPr>
              <w:t xml:space="preserve"> </w:t>
            </w:r>
            <w:r w:rsidR="00950712" w:rsidRPr="00CD571D">
              <w:rPr>
                <w:rFonts w:ascii="標楷體" w:eastAsia="標楷體" w:hAnsi="標楷體"/>
                <w:color w:val="EE0000"/>
                <w:sz w:val="20"/>
                <w:szCs w:val="20"/>
                <w:lang w:eastAsia="zh-TW"/>
              </w:rPr>
              <w:t>pitot tube</w:t>
            </w:r>
            <w:r w:rsidR="00CD571D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(視</w:t>
            </w:r>
            <w:r w:rsidR="00F116BA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飛機設計更改)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481AFB1" w14:textId="29F31CA7" w:rsidR="008D31DE" w:rsidRPr="00CD571D" w:rsidRDefault="00EC2194" w:rsidP="008D31DE">
            <w:pPr>
              <w:rPr>
                <w:rFonts w:eastAsia="新細明體"/>
                <w:color w:val="EE0000"/>
                <w:lang w:eastAsia="zh-TW"/>
              </w:rPr>
            </w:pPr>
            <w:r w:rsidRPr="00CD571D">
              <w:rPr>
                <w:rFonts w:eastAsia="新細明體" w:hint="eastAsia"/>
                <w:color w:val="EE0000"/>
                <w:lang w:eastAsia="zh-TW"/>
              </w:rPr>
              <w:t>無堵塞損毀</w:t>
            </w:r>
            <w:r w:rsidR="00053588" w:rsidRPr="00CD571D">
              <w:rPr>
                <w:rFonts w:eastAsia="新細明體" w:hint="eastAsia"/>
                <w:color w:val="EE0000"/>
                <w:lang w:eastAsia="zh-TW"/>
              </w:rPr>
              <w:t>/</w:t>
            </w:r>
            <w:r w:rsidR="00053588" w:rsidRPr="00CD571D">
              <w:rPr>
                <w:color w:val="EE0000"/>
              </w:rPr>
              <w:t xml:space="preserve"> </w:t>
            </w:r>
            <w:r w:rsidR="00053588" w:rsidRPr="00CD571D">
              <w:rPr>
                <w:rFonts w:eastAsia="新細明體"/>
                <w:color w:val="EE0000"/>
                <w:lang w:eastAsia="zh-TW"/>
              </w:rPr>
              <w:t>No blockage or damage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E3DEDE6" w14:textId="77777777" w:rsidR="008D31DE" w:rsidRDefault="008D31DE" w:rsidP="008D31DE">
            <w:pPr>
              <w:jc w:val="center"/>
            </w:pPr>
            <w:r>
              <w:t>□</w:t>
            </w:r>
          </w:p>
        </w:tc>
      </w:tr>
    </w:tbl>
    <w:p w14:paraId="459513CB" w14:textId="4C43FBF5" w:rsidR="00377B5D" w:rsidRDefault="00950712" w:rsidP="00950712">
      <w:pPr>
        <w:tabs>
          <w:tab w:val="left" w:pos="4778"/>
        </w:tabs>
        <w:spacing w:after="100"/>
        <w:rPr>
          <w:lang w:eastAsia="zh-TW"/>
        </w:rPr>
      </w:pPr>
      <w:r>
        <w:rPr>
          <w:lang w:eastAsia="zh-TW"/>
        </w:rPr>
        <w:tab/>
      </w:r>
    </w:p>
    <w:p w14:paraId="70DBF972" w14:textId="77777777" w:rsidR="00CD571D" w:rsidRDefault="00CD571D" w:rsidP="00D12BAE">
      <w:pPr>
        <w:spacing w:after="100"/>
        <w:jc w:val="center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14:paraId="5933B223" w14:textId="5235B134" w:rsidR="00377B5D" w:rsidRPr="001768B4" w:rsidRDefault="00D12BAE" w:rsidP="00D12BAE">
      <w:pPr>
        <w:spacing w:after="100"/>
        <w:jc w:val="center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 w:rsidRPr="001768B4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飛行後360°檢查</w:t>
      </w:r>
    </w:p>
    <w:p w14:paraId="0501D794" w14:textId="77777777" w:rsidR="00D12BAE" w:rsidRPr="00D12BAE" w:rsidRDefault="00D12BAE">
      <w:pPr>
        <w:spacing w:after="100"/>
        <w:rPr>
          <w:rFonts w:eastAsia="新細明體"/>
          <w:lang w:eastAsia="zh-TW"/>
        </w:rPr>
      </w:pP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5386"/>
        <w:gridCol w:w="3118"/>
        <w:gridCol w:w="680"/>
      </w:tblGrid>
      <w:tr w:rsidR="00377B5D" w14:paraId="262DE641" w14:textId="77777777" w:rsidTr="008D31DE">
        <w:trPr>
          <w:jc w:val="center"/>
        </w:trPr>
        <w:tc>
          <w:tcPr>
            <w:tcW w:w="9638" w:type="dxa"/>
            <w:gridSpan w:val="4"/>
            <w:shd w:val="clear" w:color="auto" w:fill="D9D9D9" w:themeFill="background1" w:themeFillShade="D9"/>
            <w:tcMar>
              <w:top w:w="30" w:type="dxa"/>
              <w:left w:w="50" w:type="dxa"/>
              <w:bottom w:w="30" w:type="dxa"/>
              <w:right w:w="50" w:type="dxa"/>
            </w:tcMar>
          </w:tcPr>
          <w:p w14:paraId="2F45DCA1" w14:textId="0EB075AF" w:rsidR="00377B5D" w:rsidRPr="00864ADD" w:rsidRDefault="00864ADD">
            <w:pPr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864ADD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4.</w:t>
            </w:r>
            <w:r w:rsidR="00BE74A4" w:rsidRPr="00864ADD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E74A4" w:rsidRPr="00864ADD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>左機翼</w:t>
            </w:r>
            <w:proofErr w:type="spellEnd"/>
            <w:r w:rsidR="00BE74A4" w:rsidRPr="00864ADD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 xml:space="preserve"> L</w:t>
            </w:r>
            <w:r w:rsidR="001768B4" w:rsidRPr="00864ADD">
              <w:rPr>
                <w:rFonts w:ascii="標楷體" w:eastAsia="標楷體" w:hAnsi="標楷體" w:cs="微軟正黑體" w:hint="eastAsia"/>
                <w:b/>
                <w:color w:val="000000"/>
                <w:sz w:val="24"/>
                <w:szCs w:val="24"/>
                <w:lang w:eastAsia="zh-TW"/>
              </w:rPr>
              <w:t>eft</w:t>
            </w:r>
            <w:r w:rsidR="00BE74A4" w:rsidRPr="00864ADD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 xml:space="preserve"> WING</w:t>
            </w:r>
          </w:p>
        </w:tc>
      </w:tr>
      <w:tr w:rsidR="00341CF6" w14:paraId="03B19DDE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9E71651" w14:textId="6E7F41B3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14FFEF0" w14:textId="148D075B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(Leading Edge, 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前緣、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上部、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r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航行</w:t>
            </w:r>
            <w:r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燈?</w:t>
            </w:r>
            <w:proofErr w:type="gramStart"/>
            <w:r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)左紅右綠</w:t>
            </w:r>
            <w:proofErr w:type="gram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4F40B0A" w14:textId="56B5326E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1584DE9" w14:textId="7B686D06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3DCAE606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002064B" w14:textId="4D55CEAB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8B8515F" w14:textId="7306517C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Ailerons (Both) (Upper,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副翼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上部、後緣、下部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2169974" w14:textId="0A14D52E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809DF5E" w14:textId="0F812212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148B7E6B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BE75BF5" w14:textId="1AC579ED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E39C6A6" w14:textId="77777777" w:rsidR="00341CF6" w:rsidRDefault="00341CF6" w:rsidP="00341CF6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Flap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Upper, Trailing Edge, Lower)</w:t>
            </w:r>
          </w:p>
          <w:p w14:paraId="65BF8F6F" w14:textId="4986920A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襟翼</w:t>
            </w:r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(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上部、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後緣、下部)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0EE6F78" w14:textId="1428DD2F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636EF69" w14:textId="40B24A0D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732CACFF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67D83B2" w14:textId="44E7164B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8321FAD" w14:textId="2669ED56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Tip LED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翼尖</w:t>
            </w:r>
            <w:r>
              <w:rPr>
                <w:rFonts w:ascii="標楷體" w:eastAsia="標楷體" w:hAnsi="標楷體"/>
                <w:sz w:val="20"/>
                <w:szCs w:val="20"/>
              </w:rPr>
              <w:t>閃光</w:t>
            </w:r>
            <w:proofErr w:type="spellEnd"/>
            <w:r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>
              <w:rPr>
                <w:rFonts w:ascii="標楷體" w:eastAsia="標楷體" w:hAnsi="標楷體"/>
                <w:sz w:val="20"/>
                <w:szCs w:val="20"/>
              </w:rPr>
              <w:t>防撞</w:t>
            </w:r>
            <w:proofErr w:type="spellEnd"/>
            <w:r>
              <w:rPr>
                <w:rFonts w:ascii="標楷體" w:eastAsia="標楷體" w:hAnsi="標楷體"/>
                <w:sz w:val="20"/>
                <w:szCs w:val="20"/>
              </w:rPr>
              <w:t>)燈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5F60BCA" w14:textId="7345D033" w:rsidR="00341CF6" w:rsidRPr="00E2185A" w:rsidRDefault="00341CF6" w:rsidP="00D1020D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B2EF2FE" w14:textId="3A89A7E9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51D332B1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3F5B1B8" w14:textId="41699FCC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3AF95B7" w14:textId="63608F7D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伺服馬達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20F7E53" w14:textId="2C82F233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76DFEC1" w14:textId="2916D732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64E25486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E4C7E74" w14:textId="7A0ED9E0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79BECED" w14:textId="16AD964F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Servo Covers (Covers 0.3 Nm Torque)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(看飛機設計更改)</w:t>
            </w: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伺服馬達護蓋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(</w:t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護蓋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0.3 Nm </w:t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3DD1032" w14:textId="7A3CF897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Secure</w:t>
            </w: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2C32EAD" w14:textId="4533ADC0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701E8E16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9D182ED" w14:textId="380814EE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598ADAA" w14:textId="10B3E06A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Push Rods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伺服推桿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D4B3E5A" w14:textId="3E0B222C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Bent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無損壞，無彎曲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AA3FC9B" w14:textId="22CB78F4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022D73F0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F3DE2A4" w14:textId="5FBB41CC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42CA922" w14:textId="5831B207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Arms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伺服擺臂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0616B59" w14:textId="3FBD2E9D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46001AF" w14:textId="674993DB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1B3E242D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4C57E1A" w14:textId="598EA2A8" w:rsidR="00341CF6" w:rsidRDefault="00341CF6" w:rsidP="00341CF6">
            <w:pPr>
              <w:jc w:val="center"/>
            </w:pPr>
            <w:r>
              <w:t>9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78382F7" w14:textId="1B064AD7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Control Surface Horns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控制面角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B440E35" w14:textId="38DA13F0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CE1BDE1" w14:textId="0ADBF88C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1E279ADE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9FE981B" w14:textId="6A84A816" w:rsidR="00341CF6" w:rsidRDefault="00341CF6" w:rsidP="00341CF6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  <w:r>
              <w:rPr>
                <w:rFonts w:ascii="標楷體" w:eastAsia="標楷體" w:hAnsi="標楷體"/>
                <w:sz w:val="20"/>
                <w:szCs w:val="20"/>
              </w:rPr>
              <w:t>0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71E21C4" w14:textId="415BC32B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Pushrod Clips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推桿夾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A0253DD" w14:textId="5D06465D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 Place,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就位，穩固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6582246" w14:textId="54A9B747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3D4C6CCA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06CFC67" w14:textId="3E26EA0F" w:rsidR="00341CF6" w:rsidRDefault="00341CF6" w:rsidP="00341CF6">
            <w:pPr>
              <w:jc w:val="center"/>
            </w:pPr>
            <w:r>
              <w:rPr>
                <w:b/>
              </w:rPr>
              <w:t>11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01BFFBE" w14:textId="486650E7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右主輪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外觀/ Right</w:t>
            </w:r>
            <w:r>
              <w:rPr>
                <w:rFonts w:eastAsia="新細明體" w:hint="eastAsia"/>
                <w:lang w:eastAsia="zh-TW"/>
              </w:rPr>
              <w:t xml:space="preserve"> main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tire </w:t>
            </w:r>
            <w:r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D2EED78" w14:textId="18BBEC0C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正常無破損/Normal Undamaged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C58FF71" w14:textId="556EF741" w:rsidR="00341CF6" w:rsidRDefault="00341CF6" w:rsidP="00341CF6">
            <w:pPr>
              <w:jc w:val="center"/>
            </w:pPr>
            <w:r>
              <w:t>□</w:t>
            </w:r>
          </w:p>
        </w:tc>
      </w:tr>
      <w:tr w:rsidR="00341CF6" w14:paraId="7BDECFB3" w14:textId="77777777" w:rsidTr="00046C8D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3AA43A7" w14:textId="18B0615D" w:rsidR="00341CF6" w:rsidRDefault="00341CF6" w:rsidP="00341CF6">
            <w:pPr>
              <w:jc w:val="center"/>
              <w:rPr>
                <w:b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5F24751" w14:textId="631A6479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右輪擋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 Right</w:t>
            </w:r>
            <w:r>
              <w:rPr>
                <w:rFonts w:eastAsia="新細明體" w:hint="eastAsia"/>
                <w:lang w:eastAsia="zh-TW"/>
              </w:rPr>
              <w:t xml:space="preserve"> </w:t>
            </w:r>
            <w:r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wheel chocks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AA6CCC3" w14:textId="78BEF9CF" w:rsidR="00341CF6" w:rsidRPr="00E2185A" w:rsidRDefault="00341CF6" w:rsidP="00341CF6">
            <w:pPr>
              <w:rPr>
                <w:rFonts w:eastAsia="新細明體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擋妥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/Installed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C0A229E" w14:textId="5182778E" w:rsidR="00341CF6" w:rsidRDefault="00341CF6" w:rsidP="00341CF6">
            <w:pPr>
              <w:jc w:val="center"/>
            </w:pPr>
            <w:r>
              <w:t>□</w:t>
            </w:r>
          </w:p>
        </w:tc>
      </w:tr>
    </w:tbl>
    <w:p w14:paraId="2CE7D312" w14:textId="77777777" w:rsidR="00377B5D" w:rsidRDefault="00377B5D">
      <w:pPr>
        <w:spacing w:after="100"/>
      </w:pP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5386"/>
        <w:gridCol w:w="3118"/>
        <w:gridCol w:w="680"/>
      </w:tblGrid>
      <w:tr w:rsidR="00377B5D" w14:paraId="1135C5DE" w14:textId="77777777" w:rsidTr="008D31DE">
        <w:trPr>
          <w:jc w:val="center"/>
        </w:trPr>
        <w:tc>
          <w:tcPr>
            <w:tcW w:w="9638" w:type="dxa"/>
            <w:gridSpan w:val="4"/>
            <w:shd w:val="clear" w:color="auto" w:fill="D9D9D9" w:themeFill="background1" w:themeFillShade="D9"/>
            <w:tcMar>
              <w:top w:w="30" w:type="dxa"/>
              <w:left w:w="50" w:type="dxa"/>
              <w:bottom w:w="30" w:type="dxa"/>
              <w:right w:w="50" w:type="dxa"/>
            </w:tcMar>
          </w:tcPr>
          <w:p w14:paraId="54991E8C" w14:textId="37666B67" w:rsidR="00377B5D" w:rsidRPr="00864ADD" w:rsidRDefault="00864ADD">
            <w:pPr>
              <w:jc w:val="center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864ADD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5.</w:t>
            </w:r>
            <w:r w:rsidR="00BE74A4" w:rsidRPr="00864ADD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>飛行員</w:t>
            </w:r>
            <w:r w:rsidR="00776157" w:rsidRPr="00864ADD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攝影機(機頭位置)/</w:t>
            </w:r>
            <w:r w:rsidR="00BE74A4" w:rsidRPr="00864ADD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 xml:space="preserve"> </w:t>
            </w:r>
            <w:r w:rsidR="004816B9" w:rsidRPr="00864ADD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Pilot camera</w:t>
            </w:r>
            <w:r w:rsidR="00776157" w:rsidRPr="00864ADD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(</w:t>
            </w:r>
            <w:r w:rsidR="00FF4D1D" w:rsidRPr="00864ADD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Nose position</w:t>
            </w:r>
            <w:r w:rsidR="00776157" w:rsidRPr="00864ADD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)</w:t>
            </w:r>
          </w:p>
        </w:tc>
      </w:tr>
      <w:tr w:rsidR="007802A1" w14:paraId="3D6711A6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6F4836E" w14:textId="7A3F3E86" w:rsidR="007802A1" w:rsidRDefault="007802A1" w:rsidP="007802A1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D62EC1F" w14:textId="674E8227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Support &amp; Cover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支架與護蓋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709674F" w14:textId="49E40C87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ECD19E4" w14:textId="77777777" w:rsidR="007802A1" w:rsidRDefault="007802A1" w:rsidP="007802A1">
            <w:pPr>
              <w:jc w:val="center"/>
            </w:pPr>
            <w:r>
              <w:t>□</w:t>
            </w:r>
          </w:p>
        </w:tc>
      </w:tr>
      <w:tr w:rsidR="007802A1" w14:paraId="07245554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61CF4A2" w14:textId="31E3D8FE" w:rsidR="007802A1" w:rsidRDefault="007802A1" w:rsidP="007802A1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FE1B0D6" w14:textId="0D085FA5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Camera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攝影機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049CE3E" w14:textId="1549E87A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Aligned Correctly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對齊正確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A7A0BD3" w14:textId="77777777" w:rsidR="007802A1" w:rsidRDefault="007802A1" w:rsidP="007802A1">
            <w:pPr>
              <w:jc w:val="center"/>
            </w:pPr>
            <w:r>
              <w:t>□</w:t>
            </w:r>
          </w:p>
        </w:tc>
      </w:tr>
      <w:tr w:rsidR="007802A1" w14:paraId="015BEF65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7EA296C" w14:textId="710E7779" w:rsidR="007802A1" w:rsidRDefault="007802A1" w:rsidP="007802A1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D43C6AA" w14:textId="530A5032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Camera Lens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攝影機鏡頭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C292499" w14:textId="4DB37617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Clean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and 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乾淨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16DEE4D" w14:textId="77777777" w:rsidR="007802A1" w:rsidRDefault="007802A1" w:rsidP="007802A1">
            <w:pPr>
              <w:jc w:val="center"/>
            </w:pPr>
            <w:r>
              <w:t>□</w:t>
            </w:r>
          </w:p>
        </w:tc>
      </w:tr>
      <w:tr w:rsidR="007802A1" w14:paraId="49D9E8E5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EFBACFD" w14:textId="64EEB61A" w:rsidR="007802A1" w:rsidRDefault="007802A1" w:rsidP="007802A1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82841B3" w14:textId="3565A7C2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Camera Lens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攝影機鏡頭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B6D4287" w14:textId="17E1863C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 Fog, Moisture or Residue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無起霧、濕氣或殘留物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99DE7FE" w14:textId="77777777" w:rsidR="007802A1" w:rsidRDefault="007802A1" w:rsidP="007802A1">
            <w:pPr>
              <w:jc w:val="center"/>
            </w:pPr>
            <w:r>
              <w:t>□</w:t>
            </w:r>
          </w:p>
        </w:tc>
      </w:tr>
      <w:tr w:rsidR="007802A1" w14:paraId="3421A1CB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8E5937E" w14:textId="56667BF0" w:rsidR="007802A1" w:rsidRDefault="007802A1" w:rsidP="007802A1">
            <w:pPr>
              <w:jc w:val="center"/>
              <w:rPr>
                <w:b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A584681" w14:textId="34AD9395" w:rsidR="007802A1" w:rsidRDefault="007802A1" w:rsidP="007802A1">
            <w:pPr>
              <w:rPr>
                <w:rFonts w:eastAsia="新細明體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鼻輪外觀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Nose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tire </w:t>
            </w:r>
            <w:r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79594C3" w14:textId="02039C77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正常無破損/Normal Undamaged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078C4C6" w14:textId="0224170F" w:rsidR="007802A1" w:rsidRDefault="007802A1" w:rsidP="007802A1">
            <w:pPr>
              <w:jc w:val="center"/>
            </w:pPr>
            <w:r>
              <w:t>□</w:t>
            </w:r>
          </w:p>
        </w:tc>
      </w:tr>
      <w:tr w:rsidR="007802A1" w14:paraId="200D77FB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854A182" w14:textId="5F9632D5" w:rsidR="007802A1" w:rsidRDefault="007802A1" w:rsidP="007802A1">
            <w:pPr>
              <w:jc w:val="center"/>
              <w:rPr>
                <w:b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1C4F942" w14:textId="2028F8AA" w:rsidR="007802A1" w:rsidRDefault="007802A1" w:rsidP="007802A1">
            <w:pPr>
              <w:rPr>
                <w:rFonts w:eastAsia="新細明體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輪擋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wheel chocks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C9B0436" w14:textId="5ED84FB9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擋妥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/Installed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1FD5E09" w14:textId="3D955412" w:rsidR="007802A1" w:rsidRDefault="007802A1" w:rsidP="007802A1">
            <w:pPr>
              <w:jc w:val="center"/>
            </w:pPr>
            <w:r>
              <w:t>□</w:t>
            </w:r>
          </w:p>
        </w:tc>
      </w:tr>
      <w:tr w:rsidR="007802A1" w14:paraId="74D97103" w14:textId="77777777" w:rsidTr="006B421B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F6488C1" w14:textId="2B774E5D" w:rsidR="007802A1" w:rsidRDefault="007802A1" w:rsidP="007802A1">
            <w:pPr>
              <w:jc w:val="center"/>
              <w:rPr>
                <w:b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lastRenderedPageBreak/>
              <w:t>8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EDEFE86" w14:textId="1B061DAE" w:rsidR="007802A1" w:rsidRDefault="007802A1" w:rsidP="007802A1">
            <w:pPr>
              <w:rPr>
                <w:rFonts w:eastAsia="新細明體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鼻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輪轉向/</w:t>
            </w:r>
            <w:r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nose wheel steering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BD72D2C" w14:textId="54AD5229" w:rsidR="007802A1" w:rsidRPr="00E2185A" w:rsidRDefault="007802A1" w:rsidP="007802A1">
            <w:pPr>
              <w:rPr>
                <w:rFonts w:eastAsia="新細明體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作動正常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/Normal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8ECF0AA" w14:textId="24C7042B" w:rsidR="007802A1" w:rsidRDefault="007802A1" w:rsidP="007802A1">
            <w:pPr>
              <w:jc w:val="center"/>
            </w:pPr>
            <w:r>
              <w:t>□</w:t>
            </w:r>
          </w:p>
        </w:tc>
      </w:tr>
    </w:tbl>
    <w:p w14:paraId="20B790DB" w14:textId="77777777" w:rsidR="00377B5D" w:rsidRDefault="00377B5D">
      <w:pPr>
        <w:spacing w:after="100"/>
      </w:pPr>
    </w:p>
    <w:tbl>
      <w:tblPr>
        <w:tblStyle w:val="aff2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5386"/>
        <w:gridCol w:w="3118"/>
        <w:gridCol w:w="680"/>
      </w:tblGrid>
      <w:tr w:rsidR="00377B5D" w14:paraId="65BC3E4A" w14:textId="77777777" w:rsidTr="008D31DE">
        <w:trPr>
          <w:jc w:val="center"/>
        </w:trPr>
        <w:tc>
          <w:tcPr>
            <w:tcW w:w="9638" w:type="dxa"/>
            <w:gridSpan w:val="4"/>
            <w:shd w:val="clear" w:color="auto" w:fill="EAEAEA"/>
            <w:tcMar>
              <w:top w:w="30" w:type="dxa"/>
              <w:left w:w="50" w:type="dxa"/>
              <w:bottom w:w="30" w:type="dxa"/>
              <w:right w:w="50" w:type="dxa"/>
            </w:tcMar>
          </w:tcPr>
          <w:p w14:paraId="3D3CEF7C" w14:textId="3C2DF650" w:rsidR="00377B5D" w:rsidRPr="00864ADD" w:rsidRDefault="00864ADD">
            <w:pPr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864ADD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6.</w:t>
            </w:r>
            <w:r w:rsidR="00BE74A4" w:rsidRPr="00864ADD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E74A4" w:rsidRPr="00864ADD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>右機翼</w:t>
            </w:r>
            <w:proofErr w:type="spellEnd"/>
            <w:r w:rsidR="00BE74A4" w:rsidRPr="00864ADD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 xml:space="preserve"> R</w:t>
            </w:r>
            <w:r w:rsidR="00FF4D1D" w:rsidRPr="00864ADD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ight</w:t>
            </w:r>
            <w:r w:rsidR="00BE74A4" w:rsidRPr="00864ADD">
              <w:rPr>
                <w:rFonts w:ascii="標楷體" w:eastAsia="標楷體" w:hAnsi="標楷體"/>
                <w:b/>
                <w:color w:val="000000"/>
                <w:sz w:val="24"/>
                <w:szCs w:val="24"/>
              </w:rPr>
              <w:t xml:space="preserve"> WING</w:t>
            </w:r>
          </w:p>
        </w:tc>
      </w:tr>
      <w:tr w:rsidR="006D63DF" w14:paraId="289794F2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1AE7959" w14:textId="51AC3F71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D72045B" w14:textId="655B927E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(Leading Edge, 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前緣、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上部、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r w:rsidR="00341CF6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341CF6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航行</w:t>
            </w:r>
            <w:r w:rsidR="00341CF6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燈?</w:t>
            </w:r>
            <w:proofErr w:type="gramStart"/>
            <w:r w:rsidR="00341CF6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)左紅右綠</w:t>
            </w:r>
            <w:proofErr w:type="gram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A1DD34E" w14:textId="77E3AF3E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5402351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6D7448CE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A39DC6F" w14:textId="0B85A249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8CA63F7" w14:textId="06F77785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Ailerons (Both) (Upper,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副翼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上部、後緣、下部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769EC2D" w14:textId="5EB0E256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5962E21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1EF742AD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119F61B" w14:textId="5483632B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8EC7EBD" w14:textId="77777777" w:rsidR="006D63DF" w:rsidRDefault="006D63DF" w:rsidP="006D63DF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Flap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Upper, Trailing Edge, Lower)</w:t>
            </w:r>
          </w:p>
          <w:p w14:paraId="7C03399B" w14:textId="73C6C803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襟翼</w:t>
            </w:r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(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上部、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後緣、下部)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2C5DA4F" w14:textId="2BF41380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B54CADD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0B421711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EC597C7" w14:textId="18013501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D5C7839" w14:textId="546A593A" w:rsidR="006D63DF" w:rsidRPr="00E2185A" w:rsidRDefault="00341CF6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Tip LED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翼尖</w:t>
            </w:r>
            <w:r>
              <w:rPr>
                <w:rFonts w:ascii="標楷體" w:eastAsia="標楷體" w:hAnsi="標楷體"/>
                <w:sz w:val="20"/>
                <w:szCs w:val="20"/>
              </w:rPr>
              <w:t>閃光</w:t>
            </w:r>
            <w:proofErr w:type="spellEnd"/>
            <w:r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>
              <w:rPr>
                <w:rFonts w:ascii="標楷體" w:eastAsia="標楷體" w:hAnsi="標楷體"/>
                <w:sz w:val="20"/>
                <w:szCs w:val="20"/>
              </w:rPr>
              <w:t>防撞</w:t>
            </w:r>
            <w:proofErr w:type="spellEnd"/>
            <w:r>
              <w:rPr>
                <w:rFonts w:ascii="標楷體" w:eastAsia="標楷體" w:hAnsi="標楷體"/>
                <w:sz w:val="20"/>
                <w:szCs w:val="20"/>
              </w:rPr>
              <w:t>)燈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F7CEEC2" w14:textId="226E95C2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6E07054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626300EF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17BA4C5" w14:textId="06C5E0EB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F6CD8E1" w14:textId="70524BDB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伺服馬達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DC91C3D" w14:textId="203506C3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74D0FC5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101D6C30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B27C125" w14:textId="1BA4E483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F2966A3" w14:textId="1FDF4949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Servo Covers (Covers 0.3 Nm Torque)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(看飛機設計更改)</w:t>
            </w: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伺服馬達護蓋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(</w:t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護蓋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0.3 Nm </w:t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253258D" w14:textId="540B4B3D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Secure</w:t>
            </w: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AD45DC1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6233384E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3CC3452" w14:textId="7CD0081E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C00012F" w14:textId="53D46D3E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Push Rods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伺服推桿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73A4849" w14:textId="176FD797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Bent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無損壞，無彎曲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1F3D4AF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47433611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203F667" w14:textId="1905A9A1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D10C71A" w14:textId="09493D63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Arms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伺服擺臂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7B309B0" w14:textId="59C4C5C5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A87653A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63D796D8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117F628" w14:textId="666460B3" w:rsidR="006D63DF" w:rsidRDefault="00687F9D" w:rsidP="006D63DF">
            <w:pPr>
              <w:jc w:val="center"/>
            </w:pPr>
            <w:r>
              <w:t>9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F4B25E2" w14:textId="14C83388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Control Surface Horns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控制面角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0F948A2" w14:textId="5F6DAEB0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6646084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4A69A2A6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0C2D613" w14:textId="7E641492" w:rsidR="006D63DF" w:rsidRDefault="006D63DF" w:rsidP="006D63DF">
            <w:pPr>
              <w:jc w:val="center"/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="00687F9D">
              <w:rPr>
                <w:rFonts w:ascii="標楷體" w:eastAsia="標楷體" w:hAnsi="標楷體"/>
                <w:sz w:val="20"/>
                <w:szCs w:val="20"/>
              </w:rPr>
              <w:t>0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D9B8F8A" w14:textId="243279E9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Pushrod Clips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推桿夾</w:t>
            </w:r>
            <w:proofErr w:type="spellEnd"/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3DE658B" w14:textId="3F7BA9D3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 Place,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就位，穩固</w:t>
            </w:r>
            <w:proofErr w:type="spellEnd"/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5EA591E" w14:textId="77777777" w:rsidR="006D63DF" w:rsidRDefault="006D63DF" w:rsidP="006D63DF">
            <w:pPr>
              <w:jc w:val="center"/>
            </w:pPr>
            <w:r>
              <w:t>□</w:t>
            </w:r>
          </w:p>
        </w:tc>
      </w:tr>
      <w:tr w:rsidR="006D63DF" w14:paraId="5C5DA3E9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CCFCEE9" w14:textId="311D7AA6" w:rsidR="006D63DF" w:rsidRPr="00687F9D" w:rsidRDefault="00687F9D" w:rsidP="006D63DF">
            <w:pPr>
              <w:jc w:val="center"/>
              <w:rPr>
                <w:rFonts w:eastAsia="新細明體"/>
                <w:b/>
                <w:lang w:eastAsia="zh-TW"/>
              </w:rPr>
            </w:pPr>
            <w:r>
              <w:rPr>
                <w:b/>
              </w:rPr>
              <w:t>11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B4166B6" w14:textId="5B9F6FA9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右主輪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外觀/ Right</w:t>
            </w:r>
            <w:r>
              <w:rPr>
                <w:rFonts w:eastAsia="新細明體" w:hint="eastAsia"/>
                <w:lang w:eastAsia="zh-TW"/>
              </w:rPr>
              <w:t xml:space="preserve"> main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tire </w:t>
            </w:r>
            <w:r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70E1215" w14:textId="0E8B96DE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正常無破損/Normal Undamaged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1D891C9" w14:textId="1B8B8511" w:rsidR="006D63DF" w:rsidRDefault="00341CF6" w:rsidP="006D63DF">
            <w:pPr>
              <w:jc w:val="center"/>
            </w:pPr>
            <w:r>
              <w:t>□</w:t>
            </w:r>
          </w:p>
        </w:tc>
      </w:tr>
      <w:tr w:rsidR="006D63DF" w14:paraId="4615041B" w14:textId="77777777" w:rsidTr="00060E57">
        <w:trPr>
          <w:jc w:val="center"/>
        </w:trPr>
        <w:tc>
          <w:tcPr>
            <w:tcW w:w="454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301462F" w14:textId="68E1ECE6" w:rsidR="006D63DF" w:rsidRDefault="006D63DF" w:rsidP="006D63DF">
            <w:pPr>
              <w:jc w:val="center"/>
              <w:rPr>
                <w:b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</w:t>
            </w:r>
            <w:r w:rsidR="00687F9D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2</w:t>
            </w:r>
          </w:p>
        </w:tc>
        <w:tc>
          <w:tcPr>
            <w:tcW w:w="5386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2EE5696" w14:textId="2EDD72F7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右輪擋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 Right</w:t>
            </w:r>
            <w:r>
              <w:rPr>
                <w:rFonts w:eastAsia="新細明體" w:hint="eastAsia"/>
                <w:lang w:eastAsia="zh-TW"/>
              </w:rPr>
              <w:t xml:space="preserve"> </w:t>
            </w:r>
            <w:r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wheel chocks</w:t>
            </w:r>
          </w:p>
        </w:tc>
        <w:tc>
          <w:tcPr>
            <w:tcW w:w="3118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C7C8658" w14:textId="00903A03" w:rsidR="006D63DF" w:rsidRPr="00E2185A" w:rsidRDefault="006D63DF" w:rsidP="006D63DF">
            <w:pPr>
              <w:rPr>
                <w:rFonts w:eastAsia="新細明體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擋妥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/Installed</w:t>
            </w:r>
          </w:p>
        </w:tc>
        <w:tc>
          <w:tcPr>
            <w:tcW w:w="680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03AAD3E" w14:textId="527C996B" w:rsidR="006D63DF" w:rsidRDefault="00341CF6" w:rsidP="006D63DF">
            <w:pPr>
              <w:jc w:val="center"/>
            </w:pPr>
            <w:r>
              <w:t>□</w:t>
            </w:r>
          </w:p>
        </w:tc>
      </w:tr>
    </w:tbl>
    <w:p w14:paraId="51919079" w14:textId="77777777" w:rsidR="00377B5D" w:rsidRDefault="00377B5D">
      <w:pPr>
        <w:spacing w:after="100"/>
      </w:pPr>
    </w:p>
    <w:p w14:paraId="22862712" w14:textId="77777777" w:rsidR="00377B5D" w:rsidRDefault="00377B5D">
      <w:pPr>
        <w:spacing w:after="100"/>
      </w:pPr>
    </w:p>
    <w:tbl>
      <w:tblPr>
        <w:tblStyle w:val="aff2"/>
        <w:tblW w:w="0" w:type="auto"/>
        <w:tblInd w:w="192" w:type="dxa"/>
        <w:tblLook w:val="04A0" w:firstRow="1" w:lastRow="0" w:firstColumn="1" w:lastColumn="0" w:noHBand="0" w:noVBand="1"/>
      </w:tblPr>
      <w:tblGrid>
        <w:gridCol w:w="1551"/>
        <w:gridCol w:w="4881"/>
        <w:gridCol w:w="3015"/>
        <w:gridCol w:w="759"/>
      </w:tblGrid>
      <w:tr w:rsidR="00377B5D" w14:paraId="797A1615" w14:textId="77777777" w:rsidTr="00F43F3A">
        <w:tc>
          <w:tcPr>
            <w:tcW w:w="10206" w:type="dxa"/>
            <w:gridSpan w:val="4"/>
            <w:shd w:val="clear" w:color="auto" w:fill="EAEAEA"/>
            <w:tcMar>
              <w:top w:w="30" w:type="dxa"/>
              <w:left w:w="50" w:type="dxa"/>
              <w:bottom w:w="30" w:type="dxa"/>
              <w:right w:w="50" w:type="dxa"/>
            </w:tcMar>
          </w:tcPr>
          <w:p w14:paraId="0F959B78" w14:textId="4BAAE5E5" w:rsidR="00377B5D" w:rsidRPr="00864ADD" w:rsidRDefault="00864ADD">
            <w:pPr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864ADD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7.</w:t>
            </w:r>
            <w:r w:rsidR="00FF4D1D" w:rsidRPr="00864ADD">
              <w:rPr>
                <w:rFonts w:ascii="標楷體" w:eastAsia="標楷體" w:hAnsi="標楷體" w:hint="eastAsia"/>
                <w:b/>
                <w:color w:val="000000"/>
                <w:sz w:val="24"/>
                <w:szCs w:val="24"/>
                <w:lang w:eastAsia="zh-TW"/>
              </w:rPr>
              <w:t>馬達及螺旋槳/Motor and propellers</w:t>
            </w:r>
          </w:p>
        </w:tc>
      </w:tr>
      <w:tr w:rsidR="003B3C04" w14:paraId="15169F7D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BAE10C3" w14:textId="77777777" w:rsidR="003B3C04" w:rsidRDefault="003B3C04" w:rsidP="003B3C04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3FC5E514" w14:textId="4962108E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馬達</w:t>
            </w:r>
            <w:r w:rsidR="00C1020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(小心高溫)/Motor</w:t>
            </w:r>
            <w:r w:rsidR="000165B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 w:rsidR="000165B6" w:rsidRPr="000165B6">
              <w:rPr>
                <w:rFonts w:ascii="標楷體" w:eastAsia="標楷體" w:hAnsi="標楷體"/>
                <w:sz w:val="20"/>
                <w:szCs w:val="20"/>
                <w:lang w:eastAsia="zh-TW"/>
              </w:rPr>
              <w:t>careful the</w:t>
            </w:r>
            <w:r w:rsidR="000165B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high </w:t>
            </w:r>
            <w:r w:rsidR="00DC5A58" w:rsidRPr="00DC5A58">
              <w:rPr>
                <w:rFonts w:ascii="標楷體" w:eastAsia="標楷體" w:hAnsi="標楷體"/>
                <w:sz w:val="20"/>
                <w:szCs w:val="20"/>
                <w:lang w:eastAsia="zh-TW"/>
              </w:rPr>
              <w:t>temperature</w:t>
            </w:r>
            <w:r w:rsidR="00DC5A5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5F1FABF" w14:textId="17957AF3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Rotates by Hand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Secure,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可用手轉動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穩固，無損壞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F2D39FE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6CDBDD62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FF14C90" w14:textId="77777777" w:rsidR="003B3C04" w:rsidRDefault="003B3C04" w:rsidP="003B3C04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712F51A" w14:textId="2C760883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底座固定/</w:t>
            </w:r>
            <w:r>
              <w:t xml:space="preserve"> </w:t>
            </w:r>
            <w:r w:rsidRPr="00B53074">
              <w:rPr>
                <w:rFonts w:ascii="標楷體" w:eastAsia="標楷體" w:hAnsi="標楷體"/>
                <w:sz w:val="20"/>
                <w:szCs w:val="20"/>
                <w:lang w:eastAsia="zh-TW"/>
              </w:rPr>
              <w:t>Base fixed</w:t>
            </w:r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D51902D" w14:textId="47314169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螺絲鎖緊/</w:t>
            </w:r>
            <w:r w:rsidRPr="00B53074">
              <w:rPr>
                <w:rFonts w:ascii="標楷體" w:eastAsia="標楷體" w:hAnsi="標楷體"/>
                <w:sz w:val="20"/>
                <w:szCs w:val="20"/>
                <w:lang w:eastAsia="zh-TW"/>
              </w:rPr>
              <w:t>Tighten screws</w:t>
            </w:r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D151538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3F819B41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12072D9" w14:textId="77777777" w:rsidR="003B3C04" w:rsidRDefault="003B3C04" w:rsidP="003B3C04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4E2D615" w14:textId="26552BA6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All Torque Seals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(看飛機設計更改)</w:t>
            </w: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所有扭力標記</w:t>
            </w:r>
            <w:proofErr w:type="spellEnd"/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D3BC901" w14:textId="2C783CBF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Aligned</w:t>
            </w: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對齊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299B225A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5ABCC668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A2DEE2B" w14:textId="77777777" w:rsidR="003B3C04" w:rsidRDefault="003B3C04" w:rsidP="003B3C04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F16D47D" w14:textId="1BBF4321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Propeller &amp; Blade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螺旋槳與葉片</w:t>
            </w:r>
            <w:proofErr w:type="spellEnd"/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9E2BCB1" w14:textId="137F175E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Secure,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穩固，無損壞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A6DA0BF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5409AF05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71469E9" w14:textId="77777777" w:rsidR="003B3C04" w:rsidRDefault="003B3C04" w:rsidP="003B3C04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052FD93A" w14:textId="0DB0247A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Propeller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螺旋槳</w:t>
            </w:r>
            <w:proofErr w:type="spellEnd"/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7AD47C9" w14:textId="3974200E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Rotates by Hand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可用手轉動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6DA7A8F5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2E2B48A6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28C41F0" w14:textId="77777777" w:rsidR="003B3C04" w:rsidRDefault="003B3C04" w:rsidP="003B3C04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9CA55FA" w14:textId="36FE9AB8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Propeller Attachment Bolts Torque Seals (Remove Spinner to Check, Bolts 9.5 Nm Torque)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螺旋槳連接螺栓扭力標記</w:t>
            </w:r>
            <w:proofErr w:type="spellEnd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(</w:t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拆下整流罩檢查，螺栓</w:t>
            </w:r>
            <w:proofErr w:type="spellEnd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9.5 Nm </w:t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proofErr w:type="spellEnd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(看飛機設計更改)</w:t>
            </w:r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2511DBA" w14:textId="60825251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Aligned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對齊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CEE5478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1022B9BA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D8EE5F7" w14:textId="77777777" w:rsidR="003B3C04" w:rsidRDefault="003B3C04" w:rsidP="003B3C04">
            <w:pPr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7E191084" w14:textId="029CE697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Spinner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螺旋槳整流罩</w:t>
            </w:r>
            <w:proofErr w:type="spellEnd"/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229B855A" w14:textId="5846D751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Aligned,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對齊，無損壞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35788AA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184974FE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F3BD17D" w14:textId="77777777" w:rsidR="003B3C04" w:rsidRDefault="003B3C04" w:rsidP="003B3C04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4E075BC" w14:textId="30BF1B91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Spinner Connection Screw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整流罩連接螺絲</w:t>
            </w:r>
            <w:proofErr w:type="spellEnd"/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2119885" w14:textId="2E914BB0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Tight, No Play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鎖緊，無間隙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814FD62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60C8C66F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5519E653" w14:textId="77777777" w:rsidR="003B3C04" w:rsidRDefault="003B3C04" w:rsidP="003B3C04">
            <w:pPr>
              <w:jc w:val="center"/>
            </w:pPr>
            <w:r>
              <w:rPr>
                <w:b/>
              </w:rPr>
              <w:t>11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DA5E4E1" w14:textId="171179C1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Standoff, Vibration Mounts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支柱，減震墊</w:t>
            </w:r>
            <w:proofErr w:type="spellEnd"/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04A66B4" w14:textId="14789A49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Hard, No Cracks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lastRenderedPageBreak/>
              <w:t>無損壞，未硬化，無裂縫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0152CE80" w14:textId="77777777" w:rsidR="003B3C04" w:rsidRDefault="003B3C04" w:rsidP="003B3C04">
            <w:pPr>
              <w:jc w:val="center"/>
            </w:pPr>
            <w:r>
              <w:lastRenderedPageBreak/>
              <w:t>□</w:t>
            </w:r>
          </w:p>
        </w:tc>
      </w:tr>
      <w:tr w:rsidR="003B3C04" w14:paraId="71EA3F6A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11718A89" w14:textId="77777777" w:rsidR="003B3C04" w:rsidRDefault="003B3C04" w:rsidP="003B3C04">
            <w:pPr>
              <w:jc w:val="center"/>
            </w:pPr>
            <w:r>
              <w:rPr>
                <w:b/>
              </w:rPr>
              <w:t>12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4BDC7286" w14:textId="71C3ACB2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All Torque Seals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所有扭力標記</w:t>
            </w:r>
            <w:proofErr w:type="spellEnd"/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(看飛機設計更改)</w:t>
            </w:r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632266D4" w14:textId="7AC5221F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Aligned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對齊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39CFBF4A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  <w:tr w:rsidR="003B3C04" w14:paraId="2890CFD5" w14:textId="77777777" w:rsidTr="003260DD">
        <w:tc>
          <w:tcPr>
            <w:tcW w:w="1551" w:type="dxa"/>
            <w:shd w:val="clear" w:color="auto" w:fill="FAFAF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428FB4ED" w14:textId="77777777" w:rsidR="003B3C04" w:rsidRDefault="003B3C04" w:rsidP="003B3C04">
            <w:pPr>
              <w:jc w:val="center"/>
            </w:pPr>
            <w:r>
              <w:rPr>
                <w:b/>
              </w:rPr>
              <w:t>13</w:t>
            </w:r>
          </w:p>
        </w:tc>
        <w:tc>
          <w:tcPr>
            <w:tcW w:w="4881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1E1CC5D6" w14:textId="77BAEA08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電線連接/</w:t>
            </w:r>
            <w:r>
              <w:t xml:space="preserve"> </w:t>
            </w:r>
            <w:r w:rsidRPr="00B302DA">
              <w:rPr>
                <w:rFonts w:ascii="標楷體" w:eastAsia="標楷體" w:hAnsi="標楷體"/>
                <w:sz w:val="20"/>
                <w:szCs w:val="20"/>
                <w:lang w:eastAsia="zh-TW"/>
              </w:rPr>
              <w:t>Wire connection</w:t>
            </w:r>
          </w:p>
        </w:tc>
        <w:tc>
          <w:tcPr>
            <w:tcW w:w="3015" w:type="dxa"/>
            <w:tcMar>
              <w:top w:w="20" w:type="dxa"/>
              <w:left w:w="50" w:type="dxa"/>
              <w:bottom w:w="20" w:type="dxa"/>
              <w:right w:w="50" w:type="dxa"/>
            </w:tcMar>
          </w:tcPr>
          <w:p w14:paraId="50DE5F22" w14:textId="58B12EF7" w:rsidR="003B3C04" w:rsidRPr="00E2185A" w:rsidRDefault="003B3C04" w:rsidP="003B3C04">
            <w:pPr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Loose, Properly Seated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無損壞，未鬆動，正確就位</w:t>
            </w:r>
            <w:proofErr w:type="spellEnd"/>
          </w:p>
        </w:tc>
        <w:tc>
          <w:tcPr>
            <w:tcW w:w="759" w:type="dxa"/>
            <w:tcMar>
              <w:top w:w="20" w:type="dxa"/>
              <w:left w:w="50" w:type="dxa"/>
              <w:bottom w:w="20" w:type="dxa"/>
              <w:right w:w="50" w:type="dxa"/>
            </w:tcMar>
            <w:vAlign w:val="center"/>
          </w:tcPr>
          <w:p w14:paraId="7DF4849F" w14:textId="77777777" w:rsidR="003B3C04" w:rsidRDefault="003B3C04" w:rsidP="003B3C04">
            <w:pPr>
              <w:jc w:val="center"/>
            </w:pPr>
            <w:r>
              <w:t>□</w:t>
            </w:r>
          </w:p>
        </w:tc>
      </w:tr>
    </w:tbl>
    <w:p w14:paraId="3543A737" w14:textId="77777777" w:rsidR="00377B5D" w:rsidRDefault="00377B5D">
      <w:pPr>
        <w:spacing w:after="100"/>
        <w:rPr>
          <w:rFonts w:eastAsia="新細明體"/>
          <w:lang w:eastAsia="zh-TW"/>
        </w:rPr>
      </w:pPr>
    </w:p>
    <w:p w14:paraId="2A343730" w14:textId="77777777" w:rsidR="00DC5A58" w:rsidRDefault="00DC5A58">
      <w:pPr>
        <w:spacing w:after="100"/>
        <w:rPr>
          <w:rFonts w:eastAsia="新細明體"/>
          <w:lang w:eastAsia="zh-TW"/>
        </w:rPr>
      </w:pPr>
    </w:p>
    <w:tbl>
      <w:tblPr>
        <w:tblStyle w:val="aff2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5245"/>
        <w:gridCol w:w="3260"/>
        <w:gridCol w:w="709"/>
      </w:tblGrid>
      <w:tr w:rsidR="001768B4" w14:paraId="7B825AB4" w14:textId="77777777" w:rsidTr="00F43F3A">
        <w:tc>
          <w:tcPr>
            <w:tcW w:w="10206" w:type="dxa"/>
            <w:gridSpan w:val="4"/>
            <w:shd w:val="clear" w:color="auto" w:fill="D9D9D9" w:themeFill="background1" w:themeFillShade="D9"/>
          </w:tcPr>
          <w:p w14:paraId="23B1EA9D" w14:textId="614838AD" w:rsidR="001768B4" w:rsidRPr="00864ADD" w:rsidRDefault="00864ADD" w:rsidP="001768B4">
            <w:pPr>
              <w:spacing w:after="100"/>
              <w:jc w:val="center"/>
              <w:rPr>
                <w:rFonts w:ascii="標楷體" w:eastAsia="標楷體" w:hAnsi="標楷體"/>
                <w:b/>
                <w:color w:val="BFBFBF" w:themeColor="background1" w:themeShade="BF"/>
                <w:sz w:val="24"/>
                <w:szCs w:val="24"/>
                <w:lang w:eastAsia="zh-TW"/>
              </w:rPr>
            </w:pPr>
            <w:r w:rsidRPr="00864ADD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eastAsia="zh-TW"/>
              </w:rPr>
              <w:t>8.</w:t>
            </w:r>
            <w:r w:rsidR="0071404E" w:rsidRPr="00864ADD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eastAsia="zh-TW"/>
              </w:rPr>
              <w:t>酬載(</w:t>
            </w:r>
            <w:proofErr w:type="gramStart"/>
            <w:r w:rsidR="0071404E" w:rsidRPr="00864ADD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eastAsia="zh-TW"/>
              </w:rPr>
              <w:t>武掛</w:t>
            </w:r>
            <w:proofErr w:type="gramEnd"/>
            <w:r w:rsidR="0071404E" w:rsidRPr="00864ADD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eastAsia="zh-TW"/>
              </w:rPr>
              <w:t>)檢查/payload</w:t>
            </w:r>
            <w:r w:rsidR="0071404E" w:rsidRPr="00864ADD"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71404E" w:rsidRPr="00864ADD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eastAsia="zh-TW"/>
              </w:rPr>
              <w:t>(</w:t>
            </w:r>
            <w:r w:rsidR="0071404E" w:rsidRPr="00864ADD"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  <w:t>Armored</w:t>
            </w:r>
            <w:r w:rsidR="0071404E" w:rsidRPr="00864ADD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eastAsia="zh-TW"/>
              </w:rPr>
              <w:t>) check</w:t>
            </w:r>
          </w:p>
        </w:tc>
      </w:tr>
      <w:tr w:rsidR="0071404E" w14:paraId="39AFD1C8" w14:textId="77777777" w:rsidTr="00F43F3A">
        <w:tc>
          <w:tcPr>
            <w:tcW w:w="992" w:type="dxa"/>
          </w:tcPr>
          <w:p w14:paraId="52DEAB24" w14:textId="45312EF1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</w:t>
            </w:r>
          </w:p>
        </w:tc>
        <w:tc>
          <w:tcPr>
            <w:tcW w:w="5245" w:type="dxa"/>
          </w:tcPr>
          <w:p w14:paraId="435878BE" w14:textId="6E71466F" w:rsidR="0071404E" w:rsidRDefault="0071404E" w:rsidP="0071404E">
            <w:pPr>
              <w:spacing w:after="100"/>
              <w:rPr>
                <w:rFonts w:eastAsia="新細明體"/>
                <w:lang w:eastAsia="zh-TW"/>
              </w:rPr>
            </w:pPr>
            <w:r w:rsidRPr="00F565AB">
              <w:rPr>
                <w:rFonts w:ascii="標楷體" w:eastAsia="標楷體" w:hAnsi="標楷體"/>
                <w:sz w:val="20"/>
                <w:szCs w:val="20"/>
                <w:lang w:eastAsia="zh-TW"/>
              </w:rPr>
              <w:t>靜電接地（ESD）防護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0B1B77">
              <w:rPr>
                <w:rFonts w:ascii="標楷體" w:eastAsia="標楷體" w:hAnsi="標楷體"/>
                <w:sz w:val="20"/>
                <w:szCs w:val="20"/>
                <w:lang w:eastAsia="zh-TW"/>
              </w:rPr>
              <w:t>Electrostatic discharge (ESD) protection</w:t>
            </w:r>
          </w:p>
        </w:tc>
        <w:tc>
          <w:tcPr>
            <w:tcW w:w="3260" w:type="dxa"/>
          </w:tcPr>
          <w:p w14:paraId="341CE3BF" w14:textId="3B1E1334" w:rsidR="0071404E" w:rsidRDefault="0071404E" w:rsidP="0071404E">
            <w:pPr>
              <w:tabs>
                <w:tab w:val="left" w:pos="900"/>
              </w:tabs>
              <w:spacing w:after="100"/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已連接/</w:t>
            </w:r>
            <w:r>
              <w:t xml:space="preserve"> </w:t>
            </w:r>
            <w:r w:rsidRPr="00A34927">
              <w:rPr>
                <w:rFonts w:ascii="標楷體" w:eastAsia="標楷體" w:hAnsi="標楷體"/>
                <w:sz w:val="20"/>
                <w:szCs w:val="20"/>
                <w:lang w:eastAsia="zh-TW"/>
              </w:rPr>
              <w:t>Connected</w:t>
            </w:r>
          </w:p>
        </w:tc>
        <w:tc>
          <w:tcPr>
            <w:tcW w:w="709" w:type="dxa"/>
          </w:tcPr>
          <w:p w14:paraId="5359DE3E" w14:textId="37AAC633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 w:rsidRPr="008646EF">
              <w:t>□</w:t>
            </w:r>
          </w:p>
        </w:tc>
      </w:tr>
      <w:tr w:rsidR="0071404E" w14:paraId="15E7B333" w14:textId="77777777" w:rsidTr="00F43F3A">
        <w:tc>
          <w:tcPr>
            <w:tcW w:w="992" w:type="dxa"/>
          </w:tcPr>
          <w:p w14:paraId="37814D2F" w14:textId="74D27315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2</w:t>
            </w:r>
          </w:p>
        </w:tc>
        <w:tc>
          <w:tcPr>
            <w:tcW w:w="5245" w:type="dxa"/>
          </w:tcPr>
          <w:p w14:paraId="767AC70F" w14:textId="74C478F6" w:rsidR="0071404E" w:rsidRPr="00F565AB" w:rsidRDefault="0071404E" w:rsidP="0071404E">
            <w:pPr>
              <w:spacing w:after="100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F565AB">
              <w:rPr>
                <w:rFonts w:ascii="標楷體" w:eastAsia="標楷體" w:hAnsi="標楷體"/>
                <w:sz w:val="20"/>
                <w:szCs w:val="20"/>
                <w:lang w:eastAsia="zh-TW"/>
              </w:rPr>
              <w:t>檢視地面站「武器安全狀態」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0B1B77">
              <w:rPr>
                <w:rFonts w:ascii="標楷體" w:eastAsia="標楷體" w:hAnsi="標楷體"/>
                <w:sz w:val="20"/>
                <w:szCs w:val="20"/>
                <w:lang w:eastAsia="zh-TW"/>
              </w:rPr>
              <w:t>Inspect the ground station's "weapon safety status"</w:t>
            </w:r>
          </w:p>
        </w:tc>
        <w:tc>
          <w:tcPr>
            <w:tcW w:w="3260" w:type="dxa"/>
          </w:tcPr>
          <w:p w14:paraId="5F33731F" w14:textId="28F3BF1A" w:rsidR="0071404E" w:rsidRDefault="0071404E" w:rsidP="0071404E">
            <w:pPr>
              <w:spacing w:after="100"/>
              <w:rPr>
                <w:rFonts w:eastAsia="新細明體"/>
                <w:lang w:eastAsia="zh-TW"/>
              </w:rPr>
            </w:pPr>
            <w:r w:rsidRPr="0099623D">
              <w:rPr>
                <w:rFonts w:ascii="標楷體" w:eastAsia="標楷體" w:hAnsi="標楷體"/>
                <w:sz w:val="20"/>
                <w:szCs w:val="20"/>
                <w:lang w:eastAsia="zh-TW"/>
              </w:rPr>
              <w:t>安全鎖定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Pr="0099623D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DISARMED</w:t>
            </w:r>
          </w:p>
        </w:tc>
        <w:tc>
          <w:tcPr>
            <w:tcW w:w="709" w:type="dxa"/>
          </w:tcPr>
          <w:p w14:paraId="53D46306" w14:textId="2D8252AB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 w:rsidRPr="008646EF">
              <w:t>□</w:t>
            </w:r>
          </w:p>
        </w:tc>
      </w:tr>
      <w:tr w:rsidR="0071404E" w14:paraId="057878D8" w14:textId="77777777" w:rsidTr="00F43F3A">
        <w:tc>
          <w:tcPr>
            <w:tcW w:w="992" w:type="dxa"/>
          </w:tcPr>
          <w:p w14:paraId="290FB6A8" w14:textId="379ABC82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lang w:eastAsia="zh-TW"/>
              </w:rPr>
              <w:t>3</w:t>
            </w:r>
          </w:p>
        </w:tc>
        <w:tc>
          <w:tcPr>
            <w:tcW w:w="5245" w:type="dxa"/>
          </w:tcPr>
          <w:p w14:paraId="5ADF0C11" w14:textId="409E8C6A" w:rsidR="0071404E" w:rsidRDefault="0071404E" w:rsidP="0071404E">
            <w:pPr>
              <w:spacing w:after="100"/>
              <w:rPr>
                <w:rFonts w:eastAsia="新細明體"/>
                <w:lang w:eastAsia="zh-TW"/>
              </w:rPr>
            </w:pPr>
            <w:r w:rsidRPr="00871EEE">
              <w:rPr>
                <w:rFonts w:ascii="標楷體" w:eastAsia="標楷體" w:hAnsi="標楷體"/>
                <w:sz w:val="20"/>
                <w:szCs w:val="20"/>
                <w:lang w:eastAsia="zh-TW"/>
              </w:rPr>
              <w:t>檢查掛架（Pylon）</w:t>
            </w:r>
            <w:proofErr w:type="gramStart"/>
            <w:r w:rsidRPr="00871EEE">
              <w:rPr>
                <w:rFonts w:ascii="標楷體" w:eastAsia="標楷體" w:hAnsi="標楷體"/>
                <w:sz w:val="20"/>
                <w:szCs w:val="20"/>
                <w:lang w:eastAsia="zh-TW"/>
              </w:rPr>
              <w:t>與鎖扣結構</w:t>
            </w:r>
            <w:proofErr w:type="gramEnd"/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ab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0B1B77">
              <w:rPr>
                <w:rFonts w:ascii="標楷體" w:eastAsia="標楷體" w:hAnsi="標楷體"/>
                <w:sz w:val="20"/>
                <w:szCs w:val="20"/>
                <w:lang w:eastAsia="zh-TW"/>
              </w:rPr>
              <w:t>Inspect the hanger (Pylon) and latching mechanism.</w:t>
            </w:r>
          </w:p>
        </w:tc>
        <w:tc>
          <w:tcPr>
            <w:tcW w:w="3260" w:type="dxa"/>
          </w:tcPr>
          <w:p w14:paraId="39DEDB7E" w14:textId="728D34C2" w:rsidR="0071404E" w:rsidRDefault="0071404E" w:rsidP="0071404E">
            <w:pPr>
              <w:spacing w:after="100"/>
              <w:rPr>
                <w:rFonts w:eastAsia="新細明體"/>
                <w:lang w:eastAsia="zh-TW"/>
              </w:rPr>
            </w:pPr>
            <w:r w:rsidRPr="00E80960">
              <w:rPr>
                <w:rFonts w:ascii="標楷體" w:eastAsia="標楷體" w:hAnsi="標楷體"/>
                <w:sz w:val="20"/>
                <w:szCs w:val="20"/>
                <w:lang w:eastAsia="zh-TW"/>
              </w:rPr>
              <w:t>無鬆動、無金屬疲勞裂紋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E80960">
              <w:rPr>
                <w:rFonts w:ascii="標楷體" w:eastAsia="標楷體" w:hAnsi="標楷體"/>
                <w:sz w:val="20"/>
                <w:szCs w:val="20"/>
                <w:lang w:eastAsia="zh-TW"/>
              </w:rPr>
              <w:t>No loosening, no metal fatigue cracks</w:t>
            </w:r>
          </w:p>
        </w:tc>
        <w:tc>
          <w:tcPr>
            <w:tcW w:w="709" w:type="dxa"/>
          </w:tcPr>
          <w:p w14:paraId="35973928" w14:textId="7BAA302D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 w:rsidRPr="008646EF">
              <w:t>□</w:t>
            </w:r>
          </w:p>
        </w:tc>
      </w:tr>
      <w:tr w:rsidR="0071404E" w14:paraId="1C30475A" w14:textId="77777777" w:rsidTr="00F43F3A">
        <w:tc>
          <w:tcPr>
            <w:tcW w:w="992" w:type="dxa"/>
          </w:tcPr>
          <w:p w14:paraId="79C0AA9E" w14:textId="69DB902F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lang w:eastAsia="zh-TW"/>
              </w:rPr>
              <w:t>4</w:t>
            </w:r>
          </w:p>
        </w:tc>
        <w:tc>
          <w:tcPr>
            <w:tcW w:w="5245" w:type="dxa"/>
          </w:tcPr>
          <w:p w14:paraId="6F5E596B" w14:textId="10667BCE" w:rsidR="0071404E" w:rsidRDefault="0071404E" w:rsidP="0071404E">
            <w:pPr>
              <w:spacing w:after="100"/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酬載物外觀/payload </w:t>
            </w:r>
            <w:r w:rsidRPr="00482FA8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260" w:type="dxa"/>
          </w:tcPr>
          <w:p w14:paraId="11995EFA" w14:textId="57BB413C" w:rsidR="0071404E" w:rsidRDefault="0071404E" w:rsidP="0071404E">
            <w:pPr>
              <w:spacing w:after="100"/>
              <w:rPr>
                <w:rFonts w:eastAsia="新細明體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09" w:type="dxa"/>
          </w:tcPr>
          <w:p w14:paraId="43DD4F19" w14:textId="4B07282E" w:rsidR="0071404E" w:rsidRDefault="0071404E" w:rsidP="0071404E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 w:rsidRPr="008646EF">
              <w:t>□</w:t>
            </w:r>
          </w:p>
        </w:tc>
      </w:tr>
    </w:tbl>
    <w:p w14:paraId="1F2BF481" w14:textId="77777777" w:rsidR="001768B4" w:rsidRDefault="001768B4">
      <w:pPr>
        <w:spacing w:after="100"/>
        <w:rPr>
          <w:rFonts w:eastAsia="新細明體"/>
          <w:lang w:eastAsia="zh-TW"/>
        </w:rPr>
      </w:pPr>
    </w:p>
    <w:p w14:paraId="174F138C" w14:textId="77777777" w:rsidR="00F43F3A" w:rsidRPr="00F43F3A" w:rsidRDefault="00F43F3A">
      <w:pPr>
        <w:spacing w:after="100"/>
        <w:rPr>
          <w:rFonts w:eastAsia="新細明體"/>
          <w:color w:val="BFBFBF" w:themeColor="background1" w:themeShade="BF"/>
          <w:lang w:eastAsia="zh-TW"/>
        </w:rPr>
      </w:pPr>
      <w:r>
        <w:rPr>
          <w:rFonts w:eastAsia="新細明體" w:hint="eastAsia"/>
          <w:lang w:eastAsia="zh-TW"/>
        </w:rPr>
        <w:t xml:space="preserve"> </w:t>
      </w:r>
    </w:p>
    <w:tbl>
      <w:tblPr>
        <w:tblStyle w:val="aff2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4306"/>
        <w:gridCol w:w="4199"/>
        <w:gridCol w:w="709"/>
      </w:tblGrid>
      <w:tr w:rsidR="00F43F3A" w:rsidRPr="00F43F3A" w14:paraId="24014DAC" w14:textId="77777777" w:rsidTr="00F20523">
        <w:tc>
          <w:tcPr>
            <w:tcW w:w="10206" w:type="dxa"/>
            <w:gridSpan w:val="4"/>
            <w:shd w:val="clear" w:color="auto" w:fill="BFBFBF" w:themeFill="background1" w:themeFillShade="BF"/>
          </w:tcPr>
          <w:p w14:paraId="776CCCFF" w14:textId="0E0EEA63" w:rsidR="00F43F3A" w:rsidRPr="00F20523" w:rsidRDefault="00864ADD" w:rsidP="00F43F3A">
            <w:pPr>
              <w:spacing w:after="100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4"/>
                <w:szCs w:val="24"/>
                <w:lang w:eastAsia="zh-TW"/>
              </w:rPr>
              <w:t>9.</w:t>
            </w:r>
            <w:r w:rsidR="00F20523" w:rsidRPr="00F20523">
              <w:rPr>
                <w:rFonts w:ascii="標楷體" w:eastAsia="標楷體" w:hAnsi="標楷體" w:hint="eastAsia"/>
                <w:b/>
                <w:bCs/>
                <w:color w:val="000000" w:themeColor="text1"/>
                <w:sz w:val="24"/>
                <w:szCs w:val="24"/>
                <w:lang w:eastAsia="zh-TW"/>
              </w:rPr>
              <w:t>飛行紀錄</w:t>
            </w:r>
          </w:p>
        </w:tc>
      </w:tr>
      <w:tr w:rsidR="00F43F3A" w14:paraId="1A3F303E" w14:textId="77777777" w:rsidTr="00F20523">
        <w:tc>
          <w:tcPr>
            <w:tcW w:w="992" w:type="dxa"/>
          </w:tcPr>
          <w:p w14:paraId="610D7CD9" w14:textId="5FC73378" w:rsidR="00F43F3A" w:rsidRDefault="00F20523" w:rsidP="00F20523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</w:t>
            </w:r>
          </w:p>
        </w:tc>
        <w:tc>
          <w:tcPr>
            <w:tcW w:w="4306" w:type="dxa"/>
          </w:tcPr>
          <w:p w14:paraId="5D7B87F7" w14:textId="6F1F62E4" w:rsidR="00F43F3A" w:rsidRDefault="003645C9">
            <w:pPr>
              <w:spacing w:after="100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lang w:eastAsia="zh-TW"/>
              </w:rPr>
              <w:t>D</w:t>
            </w:r>
            <w:r>
              <w:rPr>
                <w:rFonts w:eastAsia="新細明體" w:hint="eastAsia"/>
                <w:lang w:eastAsia="zh-TW"/>
              </w:rPr>
              <w:t xml:space="preserve">ownload the </w:t>
            </w:r>
            <w:proofErr w:type="spellStart"/>
            <w:r w:rsidR="00702F7A">
              <w:rPr>
                <w:rFonts w:eastAsia="新細明體" w:hint="eastAsia"/>
                <w:lang w:eastAsia="zh-TW"/>
              </w:rPr>
              <w:t>flyrecord</w:t>
            </w:r>
            <w:proofErr w:type="spellEnd"/>
            <w:r w:rsidR="00702F7A">
              <w:rPr>
                <w:rFonts w:eastAsia="新細明體" w:hint="eastAsia"/>
                <w:lang w:eastAsia="zh-TW"/>
              </w:rPr>
              <w:t xml:space="preserve"> data from </w:t>
            </w:r>
            <w:r w:rsidR="00100E01">
              <w:rPr>
                <w:rFonts w:eastAsia="新細明體" w:hint="eastAsia"/>
                <w:lang w:eastAsia="zh-TW"/>
              </w:rPr>
              <w:t xml:space="preserve">memory </w:t>
            </w:r>
            <w:r w:rsidR="00100E01" w:rsidRPr="00100E01">
              <w:rPr>
                <w:rFonts w:eastAsia="新細明體"/>
                <w:lang w:eastAsia="zh-TW"/>
              </w:rPr>
              <w:t>card</w:t>
            </w:r>
            <w:r w:rsidR="00100E01">
              <w:rPr>
                <w:rFonts w:eastAsia="新細明體" w:hint="eastAsia"/>
                <w:lang w:eastAsia="zh-TW"/>
              </w:rPr>
              <w:t>/</w:t>
            </w:r>
            <w:r w:rsidR="00674742">
              <w:rPr>
                <w:rFonts w:eastAsia="新細明體" w:hint="eastAsia"/>
                <w:lang w:eastAsia="zh-TW"/>
              </w:rPr>
              <w:t>從記憶卡上下載飛行數據紀錄</w:t>
            </w:r>
          </w:p>
        </w:tc>
        <w:tc>
          <w:tcPr>
            <w:tcW w:w="4199" w:type="dxa"/>
          </w:tcPr>
          <w:p w14:paraId="671C0796" w14:textId="45E2CB3B" w:rsidR="0071404E" w:rsidRDefault="0071404E">
            <w:pPr>
              <w:spacing w:after="100"/>
              <w:rPr>
                <w:rFonts w:eastAsia="新細明體"/>
                <w:lang w:eastAsia="zh-TW"/>
              </w:rPr>
            </w:pPr>
            <w:r w:rsidRPr="0071404E">
              <w:rPr>
                <w:rFonts w:eastAsia="新細明體"/>
                <w:lang w:eastAsia="zh-TW"/>
              </w:rPr>
              <w:t>Downloaded</w:t>
            </w:r>
            <w:r>
              <w:rPr>
                <w:rFonts w:eastAsia="新細明體"/>
                <w:lang w:eastAsia="zh-TW"/>
              </w:rPr>
              <w:t>/</w:t>
            </w:r>
            <w:r>
              <w:rPr>
                <w:rFonts w:eastAsia="新細明體"/>
                <w:lang w:eastAsia="zh-TW"/>
              </w:rPr>
              <w:t>已下載</w:t>
            </w:r>
          </w:p>
        </w:tc>
        <w:tc>
          <w:tcPr>
            <w:tcW w:w="709" w:type="dxa"/>
          </w:tcPr>
          <w:p w14:paraId="395C052C" w14:textId="3BF4A690" w:rsidR="00F43F3A" w:rsidRDefault="00674742" w:rsidP="00674742">
            <w:pPr>
              <w:spacing w:after="100"/>
              <w:jc w:val="center"/>
              <w:rPr>
                <w:rFonts w:eastAsia="新細明體"/>
                <w:lang w:eastAsia="zh-TW"/>
              </w:rPr>
            </w:pPr>
            <w:r>
              <w:t>□</w:t>
            </w:r>
          </w:p>
        </w:tc>
      </w:tr>
    </w:tbl>
    <w:p w14:paraId="73C33A60" w14:textId="3B4D15EE" w:rsidR="00393B3D" w:rsidRPr="001768B4" w:rsidRDefault="00393B3D">
      <w:pPr>
        <w:spacing w:after="100"/>
        <w:rPr>
          <w:rFonts w:eastAsia="新細明體"/>
          <w:lang w:eastAsia="zh-TW"/>
        </w:rPr>
      </w:pPr>
    </w:p>
    <w:sectPr w:rsidR="00393B3D" w:rsidRPr="001768B4" w:rsidSect="00034616">
      <w:pgSz w:w="12240" w:h="15840"/>
      <w:pgMar w:top="567" w:right="680" w:bottom="567" w:left="6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3EA58" w14:textId="77777777" w:rsidR="00F52B2A" w:rsidRDefault="00F52B2A" w:rsidP="008C596F">
      <w:pPr>
        <w:spacing w:after="0" w:line="240" w:lineRule="auto"/>
      </w:pPr>
      <w:r>
        <w:separator/>
      </w:r>
    </w:p>
  </w:endnote>
  <w:endnote w:type="continuationSeparator" w:id="0">
    <w:p w14:paraId="44BFDE56" w14:textId="77777777" w:rsidR="00F52B2A" w:rsidRDefault="00F52B2A" w:rsidP="008C5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EEE25" w14:textId="77777777" w:rsidR="00F52B2A" w:rsidRDefault="00F52B2A" w:rsidP="008C596F">
      <w:pPr>
        <w:spacing w:after="0" w:line="240" w:lineRule="auto"/>
      </w:pPr>
      <w:r>
        <w:separator/>
      </w:r>
    </w:p>
  </w:footnote>
  <w:footnote w:type="continuationSeparator" w:id="0">
    <w:p w14:paraId="145C10E9" w14:textId="77777777" w:rsidR="00F52B2A" w:rsidRDefault="00F52B2A" w:rsidP="008C59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39070606">
    <w:abstractNumId w:val="8"/>
  </w:num>
  <w:num w:numId="2" w16cid:durableId="867377681">
    <w:abstractNumId w:val="6"/>
  </w:num>
  <w:num w:numId="3" w16cid:durableId="1842619796">
    <w:abstractNumId w:val="5"/>
  </w:num>
  <w:num w:numId="4" w16cid:durableId="105538536">
    <w:abstractNumId w:val="4"/>
  </w:num>
  <w:num w:numId="5" w16cid:durableId="869101580">
    <w:abstractNumId w:val="7"/>
  </w:num>
  <w:num w:numId="6" w16cid:durableId="1967465334">
    <w:abstractNumId w:val="3"/>
  </w:num>
  <w:num w:numId="7" w16cid:durableId="55129159">
    <w:abstractNumId w:val="2"/>
  </w:num>
  <w:num w:numId="8" w16cid:durableId="1693646927">
    <w:abstractNumId w:val="1"/>
  </w:num>
  <w:num w:numId="9" w16cid:durableId="1640070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65B6"/>
    <w:rsid w:val="00021C81"/>
    <w:rsid w:val="00034616"/>
    <w:rsid w:val="000413B0"/>
    <w:rsid w:val="00053588"/>
    <w:rsid w:val="00056144"/>
    <w:rsid w:val="0006063C"/>
    <w:rsid w:val="000A4A06"/>
    <w:rsid w:val="000D0B3F"/>
    <w:rsid w:val="000E23D0"/>
    <w:rsid w:val="000F498D"/>
    <w:rsid w:val="00100E01"/>
    <w:rsid w:val="00111674"/>
    <w:rsid w:val="0012084A"/>
    <w:rsid w:val="0015074B"/>
    <w:rsid w:val="00164806"/>
    <w:rsid w:val="001768B4"/>
    <w:rsid w:val="001A68DC"/>
    <w:rsid w:val="00260378"/>
    <w:rsid w:val="0029639D"/>
    <w:rsid w:val="002B7F90"/>
    <w:rsid w:val="00315E35"/>
    <w:rsid w:val="00326F90"/>
    <w:rsid w:val="0033045C"/>
    <w:rsid w:val="00341CF6"/>
    <w:rsid w:val="003645C9"/>
    <w:rsid w:val="00377B5D"/>
    <w:rsid w:val="00384C99"/>
    <w:rsid w:val="0038791D"/>
    <w:rsid w:val="00392B49"/>
    <w:rsid w:val="00393B3D"/>
    <w:rsid w:val="003B3C04"/>
    <w:rsid w:val="0042794A"/>
    <w:rsid w:val="00467B26"/>
    <w:rsid w:val="00480069"/>
    <w:rsid w:val="004816B9"/>
    <w:rsid w:val="00576FB8"/>
    <w:rsid w:val="005924B2"/>
    <w:rsid w:val="00626B51"/>
    <w:rsid w:val="00674742"/>
    <w:rsid w:val="00687F9D"/>
    <w:rsid w:val="006B34E6"/>
    <w:rsid w:val="006D63DF"/>
    <w:rsid w:val="006F4C78"/>
    <w:rsid w:val="00702F7A"/>
    <w:rsid w:val="0071404E"/>
    <w:rsid w:val="0071537E"/>
    <w:rsid w:val="00776157"/>
    <w:rsid w:val="007802A1"/>
    <w:rsid w:val="007D6A7E"/>
    <w:rsid w:val="00864ADD"/>
    <w:rsid w:val="008836A7"/>
    <w:rsid w:val="0089492F"/>
    <w:rsid w:val="008B7971"/>
    <w:rsid w:val="008C596F"/>
    <w:rsid w:val="008D31DE"/>
    <w:rsid w:val="00942BEB"/>
    <w:rsid w:val="00947254"/>
    <w:rsid w:val="00950712"/>
    <w:rsid w:val="00977F75"/>
    <w:rsid w:val="00980CBB"/>
    <w:rsid w:val="009A775C"/>
    <w:rsid w:val="00A02FF3"/>
    <w:rsid w:val="00A74374"/>
    <w:rsid w:val="00AA1D8D"/>
    <w:rsid w:val="00AE2F8B"/>
    <w:rsid w:val="00AF6B5F"/>
    <w:rsid w:val="00B47730"/>
    <w:rsid w:val="00B62BE2"/>
    <w:rsid w:val="00BC60F4"/>
    <w:rsid w:val="00BE74A4"/>
    <w:rsid w:val="00C10207"/>
    <w:rsid w:val="00C536A7"/>
    <w:rsid w:val="00CA61F4"/>
    <w:rsid w:val="00CB03B3"/>
    <w:rsid w:val="00CB0664"/>
    <w:rsid w:val="00CD571D"/>
    <w:rsid w:val="00D1020D"/>
    <w:rsid w:val="00D12BAE"/>
    <w:rsid w:val="00D4648E"/>
    <w:rsid w:val="00DC5A58"/>
    <w:rsid w:val="00DF16FB"/>
    <w:rsid w:val="00E2185A"/>
    <w:rsid w:val="00EC2194"/>
    <w:rsid w:val="00EC327D"/>
    <w:rsid w:val="00F116BA"/>
    <w:rsid w:val="00F20523"/>
    <w:rsid w:val="00F43F3A"/>
    <w:rsid w:val="00F520DD"/>
    <w:rsid w:val="00F52B2A"/>
    <w:rsid w:val="00FA5BF3"/>
    <w:rsid w:val="00FB5915"/>
    <w:rsid w:val="00FC693F"/>
    <w:rsid w:val="00FF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1DF03A"/>
  <w14:defaultImageDpi w14:val="300"/>
  <w15:docId w15:val="{EB9A3EF0-54FA-42FC-9C93-8578B790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微軟正黑體" w:hAnsi="微軟正黑體"/>
      <w:sz w:val="17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標題 1 字元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標題 2 字元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標題 3 字元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標題 字元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字元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文 字元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標題 4 字元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鮮明引文 字元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易羽 張</cp:lastModifiedBy>
  <cp:revision>65</cp:revision>
  <dcterms:created xsi:type="dcterms:W3CDTF">2026-07-06T05:04:00Z</dcterms:created>
  <dcterms:modified xsi:type="dcterms:W3CDTF">2026-07-07T08:56:00Z</dcterms:modified>
  <cp:category/>
</cp:coreProperties>
</file>